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1242A" w14:textId="6D3E22A1" w:rsidR="00AF03F6" w:rsidRPr="00087C06" w:rsidRDefault="003F0C01">
      <w:pPr>
        <w:jc w:val="center"/>
      </w:pPr>
      <w:r w:rsidRPr="00087C06">
        <w:rPr>
          <w:b/>
          <w:sz w:val="40"/>
        </w:rPr>
        <w:t xml:space="preserve">Request for a </w:t>
      </w:r>
      <w:r w:rsidR="00E20090">
        <w:rPr>
          <w:b/>
          <w:sz w:val="40"/>
        </w:rPr>
        <w:br/>
      </w:r>
      <w:r w:rsidRPr="00087C06">
        <w:rPr>
          <w:b/>
          <w:sz w:val="40"/>
        </w:rPr>
        <w:t>Data Collection or Information Standard</w:t>
      </w:r>
    </w:p>
    <w:p w14:paraId="38E56575" w14:textId="10A56928" w:rsidR="00AF03F6" w:rsidRPr="00087C06" w:rsidRDefault="003F0C01">
      <w:pPr>
        <w:jc w:val="center"/>
      </w:pPr>
      <w:r w:rsidRPr="00087C06">
        <w:br/>
        <w:t xml:space="preserve">Return to: </w:t>
      </w:r>
      <w:hyperlink r:id="rId11" w:history="1">
        <w:r w:rsidR="00E20090" w:rsidRPr="009472F8">
          <w:rPr>
            <w:rStyle w:val="Hyperlink"/>
          </w:rPr>
          <w:t>england.standards.assurance@nhs.net</w:t>
        </w:r>
      </w:hyperlink>
      <w:r w:rsidR="00E20090">
        <w:t xml:space="preserve"> </w:t>
      </w:r>
    </w:p>
    <w:p w14:paraId="5371F944" w14:textId="71397EC5" w:rsidR="00AF03F6" w:rsidRPr="00087C06" w:rsidRDefault="00087C06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68083908" wp14:editId="15C1A95A">
                <wp:simplePos x="0" y="0"/>
                <wp:positionH relativeFrom="column">
                  <wp:posOffset>-19050</wp:posOffset>
                </wp:positionH>
                <wp:positionV relativeFrom="paragraph">
                  <wp:posOffset>3359151</wp:posOffset>
                </wp:positionV>
                <wp:extent cx="5772150" cy="3619500"/>
                <wp:effectExtent l="0" t="0" r="19050" b="1905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2150" cy="3619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sdt>
                            <w:sdtPr>
                              <w:rPr>
                                <w:rFonts w:eastAsiaTheme="minorEastAsia" w:cstheme="minorBidi"/>
                                <w:b w:val="0"/>
                                <w:bCs w:val="0"/>
                                <w:color w:val="000000" w:themeColor="text1"/>
                                <w:sz w:val="22"/>
                                <w:szCs w:val="22"/>
                              </w:rPr>
                              <w:id w:val="-424800088"/>
                              <w:docPartObj>
                                <w:docPartGallery w:val="Table of Contents"/>
                                <w:docPartUnique/>
                              </w:docPartObj>
                            </w:sdtPr>
                            <w:sdtEndPr/>
                            <w:sdtContent>
                              <w:p w14:paraId="6E915CC4" w14:textId="77777777" w:rsidR="00087C06" w:rsidRDefault="00087C06" w:rsidP="00087C06">
                                <w:pPr>
                                  <w:pStyle w:val="TOCHeading"/>
                                </w:pPr>
                                <w:r>
                                  <w:t>Contents</w:t>
                                </w:r>
                              </w:p>
                              <w:p w14:paraId="6C13E683" w14:textId="66CF11FB" w:rsidR="00420237" w:rsidRDefault="00087C06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TOC \o "1-3" \h \z \u </w:instrText>
                                </w:r>
                                <w:r>
                                  <w:fldChar w:fldCharType="separate"/>
                                </w:r>
                                <w:hyperlink w:anchor="_Toc228395129" w:history="1">
                                  <w:r w:rsidR="00420237" w:rsidRPr="00BF1E53">
                                    <w:rPr>
                                      <w:rStyle w:val="Hyperlink"/>
                                      <w:noProof/>
                                    </w:rPr>
                                    <w:t>Before you start</w:t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_Toc228395129 \h </w:instrText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  <w:t>2</w:t>
                                  </w:r>
                                  <w:r w:rsidR="00420237"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527F11BF" w14:textId="4513BEFA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0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1: About your request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_Toc228395130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3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6FD8A46D" w14:textId="046CD615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1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2: Ownership and accountability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_Toc228395131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4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6528D3D8" w14:textId="4635E718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2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3: Your request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_Toc228395132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5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6A53F52F" w14:textId="269FE037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3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4: Key dates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_Toc228395133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6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31F2059C" w14:textId="0F2F2494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4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5: Policy, legal and governance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_Toc228395134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7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2CCDFCFA" w14:textId="37D39350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5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6: Local impact and clinical safety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_Toc228395135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9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756ECB59" w14:textId="54ECE323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6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7: Technical design and data quality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_Toc228395136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11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367C0EF1" w14:textId="10BFD668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7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Section 8: Supporting evidence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_Toc228395137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13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505605E5" w14:textId="17DBEBA5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8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Submitting your request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_Toc228395138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14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0F2D13F0" w14:textId="73BD4EA7" w:rsidR="00420237" w:rsidRDefault="00420237">
                                <w:pPr>
                                  <w:pStyle w:val="TOC1"/>
                                  <w:tabs>
                                    <w:tab w:val="right" w:leader="dot" w:pos="8630"/>
                                  </w:tabs>
                                  <w:rPr>
                                    <w:rFonts w:asciiTheme="minorHAnsi" w:hAnsiTheme="minorHAnsi"/>
                                    <w:noProof/>
                                    <w:color w:val="auto"/>
                                    <w:kern w:val="2"/>
                                    <w:sz w:val="24"/>
                                    <w:szCs w:val="24"/>
                                    <w:lang w:eastAsia="en-GB"/>
                                    <w14:ligatures w14:val="standardContextual"/>
                                  </w:rPr>
                                </w:pPr>
                                <w:hyperlink w:anchor="_Toc228395139" w:history="1">
                                  <w:r w:rsidRPr="00BF1E53">
                                    <w:rPr>
                                      <w:rStyle w:val="Hyperlink"/>
                                      <w:noProof/>
                                    </w:rPr>
                                    <w:t>Summary (for reporting and Excel transfer)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ab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instrText xml:space="preserve"> PAGEREF _Toc228395139 \h </w:instrTex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t>16</w:t>
                                  </w:r>
                                  <w:r>
                                    <w:rPr>
                                      <w:noProof/>
                                      <w:webHidden/>
                                    </w:rPr>
                                    <w:fldChar w:fldCharType="end"/>
                                  </w:r>
                                </w:hyperlink>
                              </w:p>
                              <w:p w14:paraId="1A5F5107" w14:textId="4F628753" w:rsidR="00087C06" w:rsidRDefault="00087C06" w:rsidP="00087C06">
                                <w:pPr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fldChar w:fldCharType="end"/>
                                </w:r>
                              </w:p>
                            </w:sdtContent>
                          </w:sdt>
                          <w:p w14:paraId="6511E4E7" w14:textId="239C1797" w:rsidR="00087C06" w:rsidRDefault="00087C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08390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.5pt;margin-top:264.5pt;width:454.5pt;height:28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" fillcolor="#f2f2f2 [3052]">
                <v:textbox>
                  <w:txbxContent>
                    <w:sdt>
                      <w:sdtPr>
                        <w:rPr>
                          <w:rFonts w:eastAsiaTheme="minorEastAsia" w:cstheme="minorBidi"/>
                          <w:b w:val="0"/>
                          <w:bCs w:val="0"/>
                          <w:color w:val="000000" w:themeColor="text1"/>
                          <w:sz w:val="22"/>
                          <w:szCs w:val="22"/>
                        </w:rPr>
                        <w:id w:val="-424800088"/>
                        <w:docPartObj>
                          <w:docPartGallery w:val="Table of Contents"/>
                          <w:docPartUnique/>
                        </w:docPartObj>
                      </w:sdtPr>
                      <w:sdtEndPr/>
                      <w:sdtContent>
                        <w:p w14:paraId="6E915CC4" w14:textId="77777777" w:rsidR="00087C06" w:rsidRDefault="00087C06" w:rsidP="00087C06">
                          <w:pPr>
                            <w:pStyle w:val="TOCHeading"/>
                          </w:pPr>
                          <w:r>
                            <w:t>Contents</w:t>
                          </w:r>
                        </w:p>
                        <w:p w14:paraId="6C13E683" w14:textId="66CF11FB" w:rsidR="00420237" w:rsidRDefault="00087C06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TOC \o "1-3" \h \z \u </w:instrText>
                          </w:r>
                          <w:r>
                            <w:fldChar w:fldCharType="separate"/>
                          </w:r>
                          <w:hyperlink w:anchor="_Toc228395129" w:history="1">
                            <w:r w:rsidR="00420237" w:rsidRPr="00BF1E53">
                              <w:rPr>
                                <w:rStyle w:val="Hyperlink"/>
                                <w:noProof/>
                              </w:rPr>
                              <w:t>Before you start</w:t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  <w:tab/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  <w:instrText xml:space="preserve"> PAGEREF _Toc228395129 \h </w:instrText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  <w:t>2</w:t>
                            </w:r>
                            <w:r w:rsidR="00420237"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527F11BF" w14:textId="4513BEFA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0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1: About your request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_Toc228395130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3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6FD8A46D" w14:textId="046CD615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1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2: Ownership and accountability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_Toc228395131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4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6528D3D8" w14:textId="4635E718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2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3: Your request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_Toc228395132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5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6A53F52F" w14:textId="269FE037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3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4: Key dates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_Toc228395133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6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31F2059C" w14:textId="0F2F2494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4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5: Policy, legal and governance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_Toc228395134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7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2CCDFCFA" w14:textId="37D39350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5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6: Local impact and clinical safety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_Toc228395135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9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756ECB59" w14:textId="54ECE323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6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7: Technical design and data quality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_Toc228395136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11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367C0EF1" w14:textId="10BFD668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7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Section 8: Supporting evidence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_Toc228395137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13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505605E5" w14:textId="17DBEBA5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8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Submitting your request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_Toc228395138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14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0F2D13F0" w14:textId="73BD4EA7" w:rsidR="00420237" w:rsidRDefault="00420237">
                          <w:pPr>
                            <w:pStyle w:val="TOC1"/>
                            <w:tabs>
                              <w:tab w:val="right" w:leader="dot" w:pos="8630"/>
                            </w:tabs>
                            <w:rPr>
                              <w:rFonts w:asciiTheme="minorHAnsi" w:hAnsiTheme="minorHAnsi"/>
                              <w:noProof/>
                              <w:color w:val="auto"/>
                              <w:kern w:val="2"/>
                              <w:sz w:val="24"/>
                              <w:szCs w:val="24"/>
                              <w:lang w:eastAsia="en-GB"/>
                              <w14:ligatures w14:val="standardContextual"/>
                            </w:rPr>
                          </w:pPr>
                          <w:hyperlink w:anchor="_Toc228395139" w:history="1">
                            <w:r w:rsidRPr="00BF1E53">
                              <w:rPr>
                                <w:rStyle w:val="Hyperlink"/>
                                <w:noProof/>
                              </w:rPr>
                              <w:t>Summary (for reporting and Excel transfer)</w:t>
                            </w:r>
                            <w:r>
                              <w:rPr>
                                <w:noProof/>
                                <w:webHidden/>
                              </w:rPr>
                              <w:tab/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  <w:webHidden/>
                              </w:rPr>
                              <w:instrText xml:space="preserve"> PAGEREF _Toc228395139 \h </w:instrText>
                            </w:r>
                            <w:r>
                              <w:rPr>
                                <w:noProof/>
                                <w:webHidden/>
                              </w:rPr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  <w:webHidden/>
                              </w:rPr>
                              <w:t>16</w:t>
                            </w:r>
                            <w:r>
                              <w:rPr>
                                <w:noProof/>
                                <w:webHidden/>
                              </w:rPr>
                              <w:fldChar w:fldCharType="end"/>
                            </w:r>
                          </w:hyperlink>
                        </w:p>
                        <w:p w14:paraId="1A5F5107" w14:textId="4F628753" w:rsidR="00087C06" w:rsidRDefault="00087C06" w:rsidP="00087C06">
                          <w:pPr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sdtContent>
                    </w:sdt>
                    <w:p w14:paraId="6511E4E7" w14:textId="239C1797" w:rsidR="00087C06" w:rsidRDefault="00087C06"/>
                  </w:txbxContent>
                </v:textbox>
              </v:shape>
            </w:pict>
          </mc:Fallback>
        </mc:AlternateContent>
      </w:r>
      <w:r w:rsidRPr="00087C06">
        <w:br w:type="page"/>
      </w:r>
    </w:p>
    <w:p w14:paraId="1C946597" w14:textId="77777777" w:rsidR="00087C06" w:rsidRPr="00087C06" w:rsidRDefault="00087C06" w:rsidP="00087C06">
      <w:pPr>
        <w:pStyle w:val="Heading1"/>
      </w:pPr>
      <w:bookmarkStart w:id="0" w:name="_Toc227697781"/>
      <w:bookmarkStart w:id="1" w:name="_Toc227697976"/>
      <w:bookmarkStart w:id="2" w:name="_Toc227700900"/>
      <w:bookmarkStart w:id="3" w:name="_Toc227701104"/>
      <w:bookmarkStart w:id="4" w:name="_Toc227785446"/>
      <w:bookmarkStart w:id="5" w:name="_Toc227697780"/>
      <w:bookmarkStart w:id="6" w:name="_Toc228395129"/>
      <w:r w:rsidRPr="00087C06">
        <w:lastRenderedPageBreak/>
        <w:t>Before you start</w:t>
      </w:r>
      <w:bookmarkEnd w:id="0"/>
      <w:bookmarkEnd w:id="1"/>
      <w:bookmarkEnd w:id="2"/>
      <w:bookmarkEnd w:id="3"/>
      <w:bookmarkEnd w:id="4"/>
      <w:bookmarkEnd w:id="6"/>
    </w:p>
    <w:p w14:paraId="040A1512" w14:textId="47CAB90E" w:rsidR="00087C06" w:rsidRPr="00087C06" w:rsidRDefault="005A7CF3" w:rsidP="00087C06">
      <w:pPr>
        <w:rPr>
          <w:iCs/>
        </w:rPr>
      </w:pPr>
      <w:r>
        <w:rPr>
          <w:iCs/>
        </w:rPr>
        <w:t xml:space="preserve">Before submitting your request, </w:t>
      </w:r>
      <w:r w:rsidR="000E2655">
        <w:rPr>
          <w:iCs/>
        </w:rPr>
        <w:t>it’s important to</w:t>
      </w:r>
      <w:r>
        <w:rPr>
          <w:iCs/>
        </w:rPr>
        <w:t xml:space="preserve"> confirm </w:t>
      </w:r>
      <w:r w:rsidR="000E2655">
        <w:rPr>
          <w:iCs/>
        </w:rPr>
        <w:t xml:space="preserve">that </w:t>
      </w:r>
      <w:r>
        <w:rPr>
          <w:iCs/>
        </w:rPr>
        <w:t xml:space="preserve">you have the following </w:t>
      </w:r>
      <w:r w:rsidR="005B6599">
        <w:rPr>
          <w:iCs/>
        </w:rPr>
        <w:t>in place</w:t>
      </w:r>
      <w:r w:rsidR="00E20090">
        <w:rPr>
          <w:iCs/>
        </w:rPr>
        <w:t xml:space="preserve"> by checking the boxes to the left of the item.</w:t>
      </w:r>
      <w:r w:rsidR="005B6599">
        <w:rPr>
          <w:iCs/>
        </w:rPr>
        <w:t xml:space="preserve"> </w:t>
      </w:r>
      <w:r w:rsidR="000E2655">
        <w:rPr>
          <w:iCs/>
        </w:rPr>
        <w:t>These items are essential and support you to complete your request</w:t>
      </w:r>
      <w:r w:rsidR="00C058D0">
        <w:rPr>
          <w:iCs/>
        </w:rPr>
        <w:t xml:space="preserve"> so that it can progress timely and successfully.</w:t>
      </w:r>
      <w:r w:rsidR="00087C06" w:rsidRPr="00087C06">
        <w:rPr>
          <w:iCs/>
        </w:rPr>
        <w:t xml:space="preserve">  </w:t>
      </w:r>
    </w:p>
    <w:p w14:paraId="11D70465" w14:textId="77777777" w:rsidR="00087C06" w:rsidRPr="00087C06" w:rsidRDefault="00087C06" w:rsidP="00087C06">
      <w:pPr>
        <w:rPr>
          <w:iCs/>
        </w:rPr>
      </w:pPr>
    </w:p>
    <w:p w14:paraId="00D05AA8" w14:textId="4D0C6C62" w:rsidR="00087C06" w:rsidRPr="0023378A" w:rsidRDefault="00BB7AF4" w:rsidP="00087C06">
      <w:pPr>
        <w:rPr>
          <w:b/>
          <w:bCs/>
        </w:rPr>
      </w:pPr>
      <w:sdt>
        <w:sdtPr>
          <w:rPr>
            <w:b/>
            <w:bCs/>
          </w:rPr>
          <w:id w:val="135527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2258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087C06" w:rsidRPr="0023378A">
        <w:rPr>
          <w:b/>
          <w:bCs/>
        </w:rPr>
        <w:t xml:space="preserve">  </w:t>
      </w:r>
      <w:r w:rsidR="0023378A" w:rsidRPr="0023378A">
        <w:rPr>
          <w:b/>
          <w:bCs/>
        </w:rPr>
        <w:tab/>
      </w:r>
      <w:r w:rsidR="00087C06" w:rsidRPr="0023378A">
        <w:rPr>
          <w:b/>
          <w:bCs/>
        </w:rPr>
        <w:t>Sponsoring programme</w:t>
      </w:r>
    </w:p>
    <w:p w14:paraId="543288D7" w14:textId="53A89D00" w:rsidR="00087C06" w:rsidRPr="0023378A" w:rsidRDefault="00BB7AF4" w:rsidP="00087C06">
      <w:pPr>
        <w:rPr>
          <w:b/>
          <w:bCs/>
        </w:rPr>
      </w:pPr>
      <w:sdt>
        <w:sdtPr>
          <w:rPr>
            <w:b/>
            <w:bCs/>
          </w:rPr>
          <w:id w:val="-1921313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2258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087C06" w:rsidRPr="0023378A">
        <w:rPr>
          <w:b/>
          <w:bCs/>
        </w:rPr>
        <w:t xml:space="preserve"> </w:t>
      </w:r>
      <w:r w:rsidR="0023378A" w:rsidRPr="0023378A">
        <w:rPr>
          <w:b/>
          <w:bCs/>
        </w:rPr>
        <w:tab/>
      </w:r>
      <w:r w:rsidR="00087C06" w:rsidRPr="0023378A">
        <w:rPr>
          <w:b/>
          <w:bCs/>
        </w:rPr>
        <w:t>Senior Responsible Owner (SRO)</w:t>
      </w:r>
    </w:p>
    <w:p w14:paraId="31B88795" w14:textId="72939794" w:rsidR="00087C06" w:rsidRPr="0023378A" w:rsidRDefault="00BB7AF4" w:rsidP="00087C06">
      <w:pPr>
        <w:rPr>
          <w:b/>
          <w:bCs/>
        </w:rPr>
      </w:pPr>
      <w:sdt>
        <w:sdtPr>
          <w:rPr>
            <w:b/>
            <w:bCs/>
          </w:rPr>
          <w:id w:val="-1316569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087C06" w:rsidRPr="0023378A">
        <w:rPr>
          <w:b/>
          <w:bCs/>
        </w:rPr>
        <w:t xml:space="preserve">  </w:t>
      </w:r>
      <w:r w:rsidR="0023378A" w:rsidRPr="0023378A">
        <w:rPr>
          <w:b/>
          <w:bCs/>
        </w:rPr>
        <w:tab/>
      </w:r>
      <w:r w:rsidR="00087C06" w:rsidRPr="0023378A">
        <w:rPr>
          <w:b/>
          <w:bCs/>
        </w:rPr>
        <w:t>Initial business justification</w:t>
      </w:r>
    </w:p>
    <w:p w14:paraId="445C64E3" w14:textId="0DC59913" w:rsidR="0023378A" w:rsidRPr="0023378A" w:rsidRDefault="00BB7AF4" w:rsidP="0023378A">
      <w:pPr>
        <w:rPr>
          <w:b/>
          <w:bCs/>
        </w:rPr>
      </w:pPr>
      <w:sdt>
        <w:sdtPr>
          <w:rPr>
            <w:b/>
            <w:bCs/>
          </w:rPr>
          <w:id w:val="374745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087C06" w:rsidRPr="0023378A">
        <w:rPr>
          <w:b/>
          <w:bCs/>
        </w:rPr>
        <w:t xml:space="preserve">  </w:t>
      </w:r>
      <w:r w:rsidR="0023378A" w:rsidRPr="0023378A">
        <w:rPr>
          <w:b/>
          <w:bCs/>
        </w:rPr>
        <w:tab/>
      </w:r>
      <w:r w:rsidR="00087C06" w:rsidRPr="0023378A">
        <w:rPr>
          <w:b/>
          <w:bCs/>
        </w:rPr>
        <w:t>New Work Request approval</w:t>
      </w:r>
      <w:r w:rsidR="0023378A" w:rsidRPr="0023378A">
        <w:rPr>
          <w:b/>
          <w:bCs/>
        </w:rPr>
        <w:t xml:space="preserve"> and reference</w:t>
      </w:r>
    </w:p>
    <w:p w14:paraId="398FD544" w14:textId="458D72CB" w:rsidR="0023378A" w:rsidRPr="0023378A" w:rsidRDefault="0023378A" w:rsidP="0023378A">
      <w:pPr>
        <w:ind w:left="720"/>
      </w:pPr>
      <w:r>
        <w:t xml:space="preserve">If you have not been through the New Work Request approval process, please contact </w:t>
      </w:r>
      <w:hyperlink r:id="rId12">
        <w:r w:rsidRPr="2BA05E5C">
          <w:rPr>
            <w:rStyle w:val="Hyperlink"/>
          </w:rPr>
          <w:t>england.dataservices.businessmanagement@nhs.net</w:t>
        </w:r>
      </w:hyperlink>
      <w:r>
        <w:t xml:space="preserve"> who will </w:t>
      </w:r>
      <w:r w:rsidR="00FD0F4D">
        <w:t xml:space="preserve">help and support you with </w:t>
      </w:r>
      <w:r>
        <w:t xml:space="preserve">the </w:t>
      </w:r>
      <w:r>
        <w:t xml:space="preserve">process. </w:t>
      </w:r>
    </w:p>
    <w:p w14:paraId="08EE493D" w14:textId="1ED68963" w:rsidR="36D6DE34" w:rsidRDefault="36D6DE34" w:rsidP="2E913D88">
      <w:pPr>
        <w:ind w:left="720"/>
      </w:pPr>
      <w:r>
        <w:t xml:space="preserve">If you have any questions, </w:t>
      </w:r>
      <w:r w:rsidR="00FD0F4D">
        <w:t xml:space="preserve">either before you submit your request or at any time during the process, </w:t>
      </w:r>
      <w:r>
        <w:t xml:space="preserve">please contact </w:t>
      </w:r>
      <w:r w:rsidR="00FD0F4D">
        <w:t xml:space="preserve">the team at </w:t>
      </w:r>
      <w:hyperlink r:id="rId13">
        <w:r w:rsidRPr="2E913D88">
          <w:rPr>
            <w:rStyle w:val="Hyperlink"/>
          </w:rPr>
          <w:t>england.dataservices.businessmanagement@nhs.net</w:t>
        </w:r>
      </w:hyperlink>
      <w:r w:rsidR="528FA6FE">
        <w:t xml:space="preserve"> who will assist you.</w:t>
      </w:r>
    </w:p>
    <w:p w14:paraId="3C0AA9CA" w14:textId="19F02DC1" w:rsidR="005B6599" w:rsidRDefault="0023378A" w:rsidP="00087C06">
      <w:pPr>
        <w:rPr>
          <w:iCs/>
        </w:rPr>
      </w:pPr>
      <w:r>
        <w:tab/>
      </w:r>
    </w:p>
    <w:p w14:paraId="2766210C" w14:textId="77777777" w:rsidR="0023378A" w:rsidRDefault="0023378A" w:rsidP="00087C06">
      <w:pPr>
        <w:rPr>
          <w:iCs/>
        </w:rPr>
      </w:pPr>
    </w:p>
    <w:p w14:paraId="25549B6D" w14:textId="140ABAC4" w:rsidR="005B6599" w:rsidRDefault="005B6599" w:rsidP="00087C06"/>
    <w:p w14:paraId="0B7EDA96" w14:textId="77777777" w:rsidR="00087C06" w:rsidRDefault="00087C06">
      <w:pPr>
        <w:spacing w:after="200"/>
        <w:rPr>
          <w:rFonts w:eastAsiaTheme="majorEastAsia" w:cstheme="majorBidi"/>
          <w:b/>
          <w:bCs/>
          <w:color w:val="17365D" w:themeColor="text2" w:themeShade="BF"/>
          <w:sz w:val="28"/>
          <w:szCs w:val="28"/>
        </w:rPr>
      </w:pPr>
      <w:r>
        <w:br w:type="page"/>
      </w:r>
    </w:p>
    <w:p w14:paraId="327DBD38" w14:textId="77777777" w:rsidR="00AF03F6" w:rsidRPr="00087C06" w:rsidRDefault="003F0C01">
      <w:pPr>
        <w:pStyle w:val="Heading1"/>
      </w:pPr>
      <w:bookmarkStart w:id="7" w:name="_Toc227697782"/>
      <w:bookmarkStart w:id="8" w:name="_Toc227697978"/>
      <w:bookmarkStart w:id="9" w:name="_Toc227700902"/>
      <w:bookmarkStart w:id="10" w:name="_Toc227701106"/>
      <w:bookmarkStart w:id="11" w:name="_Toc227785448"/>
      <w:bookmarkStart w:id="12" w:name="_Toc228395130"/>
      <w:bookmarkEnd w:id="5"/>
      <w:r w:rsidRPr="00087C06">
        <w:lastRenderedPageBreak/>
        <w:t>Section 1: About your request</w:t>
      </w:r>
      <w:bookmarkEnd w:id="7"/>
      <w:bookmarkEnd w:id="8"/>
      <w:bookmarkEnd w:id="9"/>
      <w:bookmarkEnd w:id="10"/>
      <w:bookmarkEnd w:id="11"/>
      <w:bookmarkEnd w:id="12"/>
    </w:p>
    <w:p w14:paraId="1CD0E277" w14:textId="65757CD4" w:rsidR="00AF03F6" w:rsidRPr="00087C06" w:rsidRDefault="00FD0F4D">
      <w:pPr>
        <w:rPr>
          <w:iCs/>
        </w:rPr>
      </w:pPr>
      <w:r>
        <w:rPr>
          <w:iCs/>
        </w:rPr>
        <w:t>Please</w:t>
      </w:r>
      <w:r w:rsidR="00945716">
        <w:rPr>
          <w:iCs/>
        </w:rPr>
        <w:t xml:space="preserve"> define clearly what you are requesting so it can be correctly classified and assessed.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799"/>
        <w:gridCol w:w="5831"/>
      </w:tblGrid>
      <w:tr w:rsidR="00AF03F6" w:rsidRPr="00087C06" w14:paraId="3FA325C0" w14:textId="77777777" w:rsidTr="00087C06">
        <w:tc>
          <w:tcPr>
            <w:tcW w:w="2802" w:type="dxa"/>
          </w:tcPr>
          <w:p w14:paraId="148CBE48" w14:textId="09165605" w:rsidR="00AF03F6" w:rsidRPr="00087C06" w:rsidRDefault="00AF03F6">
            <w:pPr>
              <w:rPr>
                <w:b/>
                <w:bCs/>
              </w:rPr>
            </w:pPr>
          </w:p>
        </w:tc>
        <w:tc>
          <w:tcPr>
            <w:tcW w:w="5838" w:type="dxa"/>
          </w:tcPr>
          <w:p w14:paraId="766C9BD5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Response</w:t>
            </w:r>
          </w:p>
        </w:tc>
      </w:tr>
      <w:tr w:rsidR="00AF03F6" w:rsidRPr="00087C06" w14:paraId="38581A08" w14:textId="77777777" w:rsidTr="00087C06">
        <w:tc>
          <w:tcPr>
            <w:tcW w:w="2802" w:type="dxa"/>
          </w:tcPr>
          <w:p w14:paraId="70EC1BD3" w14:textId="77777777" w:rsidR="00AF03F6" w:rsidRPr="005B6599" w:rsidRDefault="003F0C01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>Type of request</w:t>
            </w:r>
          </w:p>
        </w:tc>
        <w:tc>
          <w:tcPr>
            <w:tcW w:w="5838" w:type="dxa"/>
          </w:tcPr>
          <w:p w14:paraId="4EA93E7D" w14:textId="77777777" w:rsidR="00AF03F6" w:rsidRDefault="00BB7AF4">
            <w:sdt>
              <w:sdtPr>
                <w:id w:val="1812362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87C0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87C06">
              <w:t xml:space="preserve">  New data collection </w:t>
            </w:r>
          </w:p>
          <w:p w14:paraId="627C24E5" w14:textId="77777777" w:rsidR="00087C06" w:rsidRDefault="00BB7AF4">
            <w:sdt>
              <w:sdtPr>
                <w:id w:val="-1684195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87C0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87C06">
              <w:t xml:space="preserve">  New information standard </w:t>
            </w:r>
          </w:p>
          <w:p w14:paraId="2CF46F21" w14:textId="06891ADC" w:rsidR="00087C06" w:rsidRPr="00087C06" w:rsidRDefault="00BB7AF4">
            <w:sdt>
              <w:sdtPr>
                <w:id w:val="-1623152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87C0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87C06">
              <w:t xml:space="preserve">  Change to existing collection or standard</w:t>
            </w:r>
          </w:p>
        </w:tc>
      </w:tr>
      <w:tr w:rsidR="00945716" w:rsidRPr="00087C06" w14:paraId="66C390A6" w14:textId="77777777" w:rsidTr="00087C06">
        <w:tc>
          <w:tcPr>
            <w:tcW w:w="2802" w:type="dxa"/>
          </w:tcPr>
          <w:p w14:paraId="39391725" w14:textId="1C5DA5A7" w:rsidR="00945716" w:rsidRPr="005B6599" w:rsidRDefault="00945716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 xml:space="preserve">Change to existing? </w:t>
            </w:r>
          </w:p>
        </w:tc>
        <w:tc>
          <w:tcPr>
            <w:tcW w:w="5838" w:type="dxa"/>
          </w:tcPr>
          <w:p w14:paraId="5E39B437" w14:textId="7D08082B" w:rsidR="00945716" w:rsidRDefault="00945716">
            <w:r w:rsidRPr="00945716">
              <w:rPr>
                <w:highlight w:val="lightGray"/>
              </w:rPr>
              <w:t>[insert the link to the existing, approved and published version here]</w:t>
            </w:r>
          </w:p>
        </w:tc>
      </w:tr>
      <w:tr w:rsidR="00AF03F6" w:rsidRPr="00087C06" w14:paraId="4DA368C3" w14:textId="77777777" w:rsidTr="00087C06">
        <w:tc>
          <w:tcPr>
            <w:tcW w:w="2802" w:type="dxa"/>
          </w:tcPr>
          <w:p w14:paraId="26EB84F7" w14:textId="77777777" w:rsidR="00AF03F6" w:rsidRPr="005B6599" w:rsidRDefault="003F0C01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>Title</w:t>
            </w:r>
          </w:p>
        </w:tc>
        <w:tc>
          <w:tcPr>
            <w:tcW w:w="5838" w:type="dxa"/>
          </w:tcPr>
          <w:p w14:paraId="3458CC53" w14:textId="77777777" w:rsidR="00AF03F6" w:rsidRPr="00087C06" w:rsidRDefault="00AF03F6"/>
        </w:tc>
      </w:tr>
      <w:tr w:rsidR="00AF03F6" w:rsidRPr="00087C06" w14:paraId="746E4110" w14:textId="77777777" w:rsidTr="00087C06">
        <w:tc>
          <w:tcPr>
            <w:tcW w:w="2802" w:type="dxa"/>
          </w:tcPr>
          <w:p w14:paraId="10F6EE2A" w14:textId="77777777" w:rsidR="00AF03F6" w:rsidRPr="005B6599" w:rsidRDefault="003F0C01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>Version</w:t>
            </w:r>
          </w:p>
        </w:tc>
        <w:tc>
          <w:tcPr>
            <w:tcW w:w="5838" w:type="dxa"/>
          </w:tcPr>
          <w:p w14:paraId="6C1B7541" w14:textId="77777777" w:rsidR="00AF03F6" w:rsidRPr="00087C06" w:rsidRDefault="00AF03F6"/>
        </w:tc>
      </w:tr>
      <w:tr w:rsidR="005B6599" w:rsidRPr="00087C06" w14:paraId="0BB0E0AF" w14:textId="77777777" w:rsidTr="00087C06">
        <w:tc>
          <w:tcPr>
            <w:tcW w:w="2802" w:type="dxa"/>
          </w:tcPr>
          <w:p w14:paraId="43C33325" w14:textId="0F38AA10" w:rsidR="005B6599" w:rsidRPr="005B6599" w:rsidRDefault="005B6599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 xml:space="preserve">New Work Request approval reference </w:t>
            </w:r>
          </w:p>
        </w:tc>
        <w:tc>
          <w:tcPr>
            <w:tcW w:w="5838" w:type="dxa"/>
          </w:tcPr>
          <w:p w14:paraId="328DF9B2" w14:textId="2453A7AF" w:rsidR="005B6599" w:rsidRPr="00087C06" w:rsidRDefault="005B6599">
            <w:r>
              <w:t>[insert reference number]</w:t>
            </w:r>
          </w:p>
        </w:tc>
      </w:tr>
    </w:tbl>
    <w:p w14:paraId="2ECAB745" w14:textId="77777777" w:rsidR="00945716" w:rsidRDefault="00945716"/>
    <w:p w14:paraId="77A538BE" w14:textId="77777777" w:rsidR="00945716" w:rsidRPr="00945716" w:rsidRDefault="00945716">
      <w:pPr>
        <w:rPr>
          <w:b/>
          <w:bCs/>
        </w:rPr>
      </w:pPr>
      <w:r w:rsidRPr="00945716">
        <w:rPr>
          <w:b/>
          <w:bCs/>
        </w:rPr>
        <w:t xml:space="preserve">Guidance: </w:t>
      </w:r>
    </w:p>
    <w:p w14:paraId="5D4F648F" w14:textId="77777777" w:rsidR="00945716" w:rsidRDefault="00945716" w:rsidP="00945716">
      <w:pPr>
        <w:numPr>
          <w:ilvl w:val="0"/>
          <w:numId w:val="12"/>
        </w:numPr>
      </w:pPr>
      <w:r>
        <w:t>Be specific in your title (avoid generic wording)</w:t>
      </w:r>
    </w:p>
    <w:p w14:paraId="44C2E5CB" w14:textId="27895572" w:rsidR="00AF03F6" w:rsidRPr="00087C06" w:rsidRDefault="00945716" w:rsidP="00945716">
      <w:pPr>
        <w:numPr>
          <w:ilvl w:val="0"/>
          <w:numId w:val="12"/>
        </w:numPr>
      </w:pPr>
      <w:r>
        <w:t xml:space="preserve">Ensure the request type is accurate as this affects how it is assessed </w:t>
      </w:r>
      <w:r w:rsidRPr="00087C06">
        <w:br w:type="page"/>
      </w:r>
    </w:p>
    <w:p w14:paraId="03F674A4" w14:textId="7862CE16" w:rsidR="00AF03F6" w:rsidRPr="00087C06" w:rsidRDefault="003F0C01">
      <w:pPr>
        <w:pStyle w:val="Heading1"/>
      </w:pPr>
      <w:bookmarkStart w:id="13" w:name="_Toc227697783"/>
      <w:bookmarkStart w:id="14" w:name="_Toc227697979"/>
      <w:bookmarkStart w:id="15" w:name="_Toc227700903"/>
      <w:bookmarkStart w:id="16" w:name="_Toc227701107"/>
      <w:bookmarkStart w:id="17" w:name="_Toc227785449"/>
      <w:bookmarkStart w:id="18" w:name="_Toc228395131"/>
      <w:r w:rsidRPr="00087C06">
        <w:lastRenderedPageBreak/>
        <w:t>Section 2: Ownership and accountability</w:t>
      </w:r>
      <w:bookmarkEnd w:id="13"/>
      <w:bookmarkEnd w:id="14"/>
      <w:bookmarkEnd w:id="15"/>
      <w:bookmarkEnd w:id="16"/>
      <w:bookmarkEnd w:id="17"/>
      <w:bookmarkEnd w:id="18"/>
    </w:p>
    <w:p w14:paraId="20E56D87" w14:textId="5DD73BCE" w:rsidR="00AF03F6" w:rsidRPr="00087C06" w:rsidRDefault="00FD0F4D">
      <w:pPr>
        <w:rPr>
          <w:iCs/>
        </w:rPr>
      </w:pPr>
      <w:r>
        <w:rPr>
          <w:iCs/>
        </w:rPr>
        <w:t>Please confirm</w:t>
      </w:r>
      <w:r w:rsidR="00945716">
        <w:rPr>
          <w:iCs/>
        </w:rPr>
        <w:t xml:space="preserve"> </w:t>
      </w:r>
      <w:r w:rsidR="00945716">
        <w:rPr>
          <w:iCs/>
        </w:rPr>
        <w:t>who is responsible for delivering, overseeing and supporting th</w:t>
      </w:r>
      <w:r>
        <w:rPr>
          <w:iCs/>
        </w:rPr>
        <w:t>e</w:t>
      </w:r>
      <w:r w:rsidR="00945716">
        <w:rPr>
          <w:iCs/>
        </w:rPr>
        <w:t xml:space="preserve"> request.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1829"/>
        <w:gridCol w:w="1658"/>
        <w:gridCol w:w="1941"/>
        <w:gridCol w:w="1711"/>
        <w:gridCol w:w="1491"/>
      </w:tblGrid>
      <w:tr w:rsidR="00945716" w:rsidRPr="00087C06" w14:paraId="7310F8E0" w14:textId="5804A89A" w:rsidTr="4B488D86">
        <w:tc>
          <w:tcPr>
            <w:tcW w:w="1851" w:type="dxa"/>
          </w:tcPr>
          <w:p w14:paraId="1CA7A57E" w14:textId="77777777" w:rsidR="00945716" w:rsidRPr="00087C06" w:rsidRDefault="00945716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Role</w:t>
            </w:r>
          </w:p>
        </w:tc>
        <w:tc>
          <w:tcPr>
            <w:tcW w:w="1720" w:type="dxa"/>
          </w:tcPr>
          <w:p w14:paraId="66849742" w14:textId="77777777" w:rsidR="00945716" w:rsidRPr="00087C06" w:rsidRDefault="00945716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Name</w:t>
            </w:r>
          </w:p>
        </w:tc>
        <w:tc>
          <w:tcPr>
            <w:tcW w:w="1968" w:type="dxa"/>
          </w:tcPr>
          <w:p w14:paraId="07AB9992" w14:textId="77777777" w:rsidR="00945716" w:rsidRPr="00087C06" w:rsidRDefault="00945716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Organisation</w:t>
            </w:r>
          </w:p>
        </w:tc>
        <w:tc>
          <w:tcPr>
            <w:tcW w:w="1792" w:type="dxa"/>
          </w:tcPr>
          <w:p w14:paraId="5D2F1A4E" w14:textId="3E01741F" w:rsidR="00945716" w:rsidRPr="00087C06" w:rsidRDefault="00945716">
            <w:pPr>
              <w:rPr>
                <w:b/>
                <w:bCs/>
              </w:rPr>
            </w:pPr>
            <w:r>
              <w:rPr>
                <w:b/>
                <w:bCs/>
              </w:rPr>
              <w:t>Job title</w:t>
            </w:r>
          </w:p>
        </w:tc>
        <w:tc>
          <w:tcPr>
            <w:tcW w:w="1525" w:type="dxa"/>
          </w:tcPr>
          <w:p w14:paraId="45C5066B" w14:textId="42CFCBCF" w:rsidR="00945716" w:rsidRPr="00087C06" w:rsidRDefault="00945716">
            <w:pPr>
              <w:rPr>
                <w:b/>
                <w:bCs/>
              </w:rPr>
            </w:pPr>
            <w:r>
              <w:rPr>
                <w:b/>
                <w:bCs/>
              </w:rPr>
              <w:t>Contact</w:t>
            </w:r>
          </w:p>
        </w:tc>
      </w:tr>
      <w:tr w:rsidR="00945716" w:rsidRPr="00087C06" w14:paraId="34280114" w14:textId="329414FB" w:rsidTr="4B488D86">
        <w:tc>
          <w:tcPr>
            <w:tcW w:w="1851" w:type="dxa"/>
          </w:tcPr>
          <w:p w14:paraId="7BC134EE" w14:textId="77777777" w:rsidR="00945716" w:rsidRDefault="00945716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>Lead Developer</w:t>
            </w:r>
          </w:p>
          <w:p w14:paraId="6D28A1B5" w14:textId="06FABDD3" w:rsidR="005B6599" w:rsidRPr="005B6599" w:rsidRDefault="007073E4">
            <w:r w:rsidRPr="007073E4">
              <w:rPr>
                <w:sz w:val="16"/>
                <w:szCs w:val="16"/>
                <w:highlight w:val="lightGray"/>
              </w:rPr>
              <w:t>The person r</w:t>
            </w:r>
            <w:r w:rsidR="005B6599" w:rsidRPr="007073E4">
              <w:rPr>
                <w:sz w:val="16"/>
                <w:szCs w:val="16"/>
                <w:highlight w:val="lightGray"/>
              </w:rPr>
              <w:t>esponsible for request and liaison with assurance team</w:t>
            </w:r>
          </w:p>
        </w:tc>
        <w:tc>
          <w:tcPr>
            <w:tcW w:w="1720" w:type="dxa"/>
          </w:tcPr>
          <w:p w14:paraId="4AD0922B" w14:textId="77777777" w:rsidR="00945716" w:rsidRPr="00087C06" w:rsidRDefault="00945716"/>
        </w:tc>
        <w:tc>
          <w:tcPr>
            <w:tcW w:w="1968" w:type="dxa"/>
          </w:tcPr>
          <w:p w14:paraId="3E844760" w14:textId="77777777" w:rsidR="00945716" w:rsidRPr="00087C06" w:rsidRDefault="00945716"/>
        </w:tc>
        <w:tc>
          <w:tcPr>
            <w:tcW w:w="1792" w:type="dxa"/>
          </w:tcPr>
          <w:p w14:paraId="73B2F9D9" w14:textId="77777777" w:rsidR="00945716" w:rsidRPr="00087C06" w:rsidRDefault="00945716"/>
        </w:tc>
        <w:tc>
          <w:tcPr>
            <w:tcW w:w="1525" w:type="dxa"/>
          </w:tcPr>
          <w:p w14:paraId="75F5C06A" w14:textId="77777777" w:rsidR="00945716" w:rsidRPr="00087C06" w:rsidRDefault="00945716"/>
        </w:tc>
      </w:tr>
      <w:tr w:rsidR="00945716" w:rsidRPr="00087C06" w14:paraId="20739E53" w14:textId="7984E121" w:rsidTr="4B488D86">
        <w:tc>
          <w:tcPr>
            <w:tcW w:w="1851" w:type="dxa"/>
          </w:tcPr>
          <w:p w14:paraId="6D0220F0" w14:textId="7E83151F" w:rsidR="00945716" w:rsidRDefault="755F1FD4">
            <w:pPr>
              <w:rPr>
                <w:b/>
                <w:bCs/>
              </w:rPr>
            </w:pPr>
            <w:r w:rsidRPr="4B488D86">
              <w:rPr>
                <w:b/>
                <w:bCs/>
              </w:rPr>
              <w:t xml:space="preserve">Senior Responsible Owner (SRO) </w:t>
            </w:r>
          </w:p>
          <w:p w14:paraId="4B93948D" w14:textId="0AC5931A" w:rsidR="005B6599" w:rsidRPr="005B6599" w:rsidRDefault="007073E4">
            <w:pPr>
              <w:rPr>
                <w:sz w:val="18"/>
                <w:szCs w:val="18"/>
              </w:rPr>
            </w:pPr>
            <w:r w:rsidRPr="007073E4">
              <w:rPr>
                <w:sz w:val="16"/>
                <w:szCs w:val="16"/>
                <w:highlight w:val="lightGray"/>
              </w:rPr>
              <w:t>This person makes sure</w:t>
            </w:r>
            <w:r w:rsidR="005B6599" w:rsidRPr="007073E4">
              <w:rPr>
                <w:sz w:val="16"/>
                <w:szCs w:val="16"/>
                <w:highlight w:val="lightGray"/>
              </w:rPr>
              <w:t xml:space="preserve"> processes are in place to manage and monitor development, implementation and maintenance</w:t>
            </w:r>
          </w:p>
        </w:tc>
        <w:tc>
          <w:tcPr>
            <w:tcW w:w="1720" w:type="dxa"/>
          </w:tcPr>
          <w:p w14:paraId="77B6B611" w14:textId="77777777" w:rsidR="00945716" w:rsidRPr="00087C06" w:rsidRDefault="00945716"/>
        </w:tc>
        <w:tc>
          <w:tcPr>
            <w:tcW w:w="1968" w:type="dxa"/>
          </w:tcPr>
          <w:p w14:paraId="3773AA01" w14:textId="77777777" w:rsidR="00945716" w:rsidRPr="00087C06" w:rsidRDefault="00945716"/>
        </w:tc>
        <w:tc>
          <w:tcPr>
            <w:tcW w:w="1792" w:type="dxa"/>
          </w:tcPr>
          <w:p w14:paraId="6B4DBDB4" w14:textId="77777777" w:rsidR="00945716" w:rsidRPr="00087C06" w:rsidRDefault="00945716"/>
        </w:tc>
        <w:tc>
          <w:tcPr>
            <w:tcW w:w="1525" w:type="dxa"/>
          </w:tcPr>
          <w:p w14:paraId="79BDAED0" w14:textId="77777777" w:rsidR="00945716" w:rsidRPr="00087C06" w:rsidRDefault="00945716"/>
        </w:tc>
      </w:tr>
      <w:tr w:rsidR="00945716" w:rsidRPr="00087C06" w14:paraId="5D9DE4CB" w14:textId="7CE85D44" w:rsidTr="4B488D86">
        <w:tc>
          <w:tcPr>
            <w:tcW w:w="1851" w:type="dxa"/>
          </w:tcPr>
          <w:p w14:paraId="548F5329" w14:textId="77777777" w:rsidR="00945716" w:rsidRDefault="00945716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>Pillar Lead</w:t>
            </w:r>
          </w:p>
          <w:p w14:paraId="0E8D9A6A" w14:textId="3862F12B" w:rsidR="00945716" w:rsidRPr="005B6599" w:rsidRDefault="00AE703D">
            <w:pPr>
              <w:rPr>
                <w:b/>
                <w:bCs/>
              </w:rPr>
            </w:pPr>
            <w:r w:rsidRPr="00AE703D">
              <w:rPr>
                <w:sz w:val="16"/>
                <w:szCs w:val="16"/>
                <w:highlight w:val="lightGray"/>
              </w:rPr>
              <w:t>Only applicable if you are changing an existing standard. Reach out to the assurance team if unsure.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720" w:type="dxa"/>
          </w:tcPr>
          <w:p w14:paraId="69699A30" w14:textId="77777777" w:rsidR="00945716" w:rsidRPr="00087C06" w:rsidRDefault="00945716"/>
        </w:tc>
        <w:tc>
          <w:tcPr>
            <w:tcW w:w="1968" w:type="dxa"/>
          </w:tcPr>
          <w:p w14:paraId="134D20CC" w14:textId="77777777" w:rsidR="00945716" w:rsidRPr="00087C06" w:rsidRDefault="00945716"/>
        </w:tc>
        <w:tc>
          <w:tcPr>
            <w:tcW w:w="1792" w:type="dxa"/>
          </w:tcPr>
          <w:p w14:paraId="10EFE12B" w14:textId="77777777" w:rsidR="00945716" w:rsidRPr="00087C06" w:rsidRDefault="00945716"/>
        </w:tc>
        <w:tc>
          <w:tcPr>
            <w:tcW w:w="1525" w:type="dxa"/>
          </w:tcPr>
          <w:p w14:paraId="794EF5B5" w14:textId="77777777" w:rsidR="00945716" w:rsidRPr="00087C06" w:rsidRDefault="00945716"/>
        </w:tc>
      </w:tr>
      <w:tr w:rsidR="005B6599" w:rsidRPr="00087C06" w14:paraId="432F6E84" w14:textId="77777777" w:rsidTr="4B488D86">
        <w:tc>
          <w:tcPr>
            <w:tcW w:w="1851" w:type="dxa"/>
          </w:tcPr>
          <w:p w14:paraId="4334DCAF" w14:textId="322EB2DA" w:rsidR="005B6599" w:rsidRPr="005B6599" w:rsidRDefault="005B6599">
            <w:pPr>
              <w:rPr>
                <w:b/>
                <w:bCs/>
              </w:rPr>
            </w:pPr>
            <w:r w:rsidRPr="005B6599">
              <w:rPr>
                <w:b/>
                <w:bCs/>
              </w:rPr>
              <w:t>Sponsoring team</w:t>
            </w:r>
          </w:p>
        </w:tc>
        <w:tc>
          <w:tcPr>
            <w:tcW w:w="1720" w:type="dxa"/>
          </w:tcPr>
          <w:p w14:paraId="5E030867" w14:textId="77777777" w:rsidR="005B6599" w:rsidRPr="00087C06" w:rsidRDefault="005B6599"/>
        </w:tc>
        <w:tc>
          <w:tcPr>
            <w:tcW w:w="1968" w:type="dxa"/>
          </w:tcPr>
          <w:p w14:paraId="356647A9" w14:textId="77777777" w:rsidR="005B6599" w:rsidRPr="00087C06" w:rsidRDefault="005B6599"/>
        </w:tc>
        <w:tc>
          <w:tcPr>
            <w:tcW w:w="1792" w:type="dxa"/>
          </w:tcPr>
          <w:p w14:paraId="2FD7FBFB" w14:textId="77777777" w:rsidR="005B6599" w:rsidRPr="00087C06" w:rsidRDefault="005B6599"/>
        </w:tc>
        <w:tc>
          <w:tcPr>
            <w:tcW w:w="1525" w:type="dxa"/>
          </w:tcPr>
          <w:p w14:paraId="0BEAA102" w14:textId="77777777" w:rsidR="005B6599" w:rsidRPr="00087C06" w:rsidRDefault="005B6599"/>
        </w:tc>
      </w:tr>
    </w:tbl>
    <w:p w14:paraId="4F2C422B" w14:textId="77777777" w:rsidR="00945716" w:rsidRDefault="00945716"/>
    <w:p w14:paraId="7E09E2EB" w14:textId="77777777" w:rsidR="00945716" w:rsidRPr="00945716" w:rsidRDefault="00945716">
      <w:pPr>
        <w:rPr>
          <w:b/>
          <w:bCs/>
        </w:rPr>
      </w:pPr>
      <w:r w:rsidRPr="00945716">
        <w:rPr>
          <w:b/>
          <w:bCs/>
        </w:rPr>
        <w:t>Guidance:</w:t>
      </w:r>
    </w:p>
    <w:p w14:paraId="3E435233" w14:textId="77777777" w:rsidR="00945716" w:rsidRDefault="00945716" w:rsidP="00945716">
      <w:pPr>
        <w:numPr>
          <w:ilvl w:val="0"/>
          <w:numId w:val="12"/>
        </w:numPr>
      </w:pPr>
      <w:r>
        <w:t xml:space="preserve">Provide named individuals, not teams </w:t>
      </w:r>
    </w:p>
    <w:p w14:paraId="3ACF9A85" w14:textId="77777777" w:rsidR="00945716" w:rsidRDefault="00945716" w:rsidP="00945716">
      <w:pPr>
        <w:numPr>
          <w:ilvl w:val="0"/>
          <w:numId w:val="12"/>
        </w:numPr>
      </w:pPr>
      <w:r>
        <w:t xml:space="preserve">The Senior Responsible Owner (SRO) must have authority to accept risk and ensure delivery </w:t>
      </w:r>
    </w:p>
    <w:p w14:paraId="71E05A2D" w14:textId="64D180CF" w:rsidR="005B6599" w:rsidRDefault="005B6599" w:rsidP="00945716">
      <w:pPr>
        <w:numPr>
          <w:ilvl w:val="0"/>
          <w:numId w:val="12"/>
        </w:numPr>
      </w:pPr>
      <w:r>
        <w:t>Provide guidance of what the role of the SRO is and what the implications are for enforcement and conformance</w:t>
      </w:r>
    </w:p>
    <w:p w14:paraId="0D5F261A" w14:textId="5AFACD92" w:rsidR="00AF03F6" w:rsidRPr="00087C06" w:rsidRDefault="00FD0F4D" w:rsidP="00945716">
      <w:pPr>
        <w:numPr>
          <w:ilvl w:val="0"/>
          <w:numId w:val="12"/>
        </w:numPr>
      </w:pPr>
      <w:r>
        <w:t xml:space="preserve">Please ensure all </w:t>
      </w:r>
      <w:r w:rsidR="0075058D">
        <w:t>r</w:t>
      </w:r>
      <w:r w:rsidR="00945716">
        <w:t xml:space="preserve">equests </w:t>
      </w:r>
      <w:r w:rsidR="0075058D">
        <w:t>have</w:t>
      </w:r>
      <w:r w:rsidR="00945716">
        <w:t xml:space="preserve"> clear ownership</w:t>
      </w:r>
      <w:r w:rsidR="0075058D">
        <w:t>. Without it you may not be able</w:t>
      </w:r>
      <w:r w:rsidR="00945716">
        <w:t xml:space="preserve"> to </w:t>
      </w:r>
      <w:r w:rsidR="00945716">
        <w:t>progress</w:t>
      </w:r>
      <w:r w:rsidR="00945716" w:rsidRPr="00087C06">
        <w:br w:type="page"/>
      </w:r>
    </w:p>
    <w:p w14:paraId="16456B92" w14:textId="77777777" w:rsidR="00AF03F6" w:rsidRPr="00087C06" w:rsidRDefault="003F0C01">
      <w:pPr>
        <w:pStyle w:val="Heading1"/>
      </w:pPr>
      <w:bookmarkStart w:id="19" w:name="_Toc227697784"/>
      <w:bookmarkStart w:id="20" w:name="_Toc227697980"/>
      <w:bookmarkStart w:id="21" w:name="_Toc227700904"/>
      <w:bookmarkStart w:id="22" w:name="_Toc227701108"/>
      <w:bookmarkStart w:id="23" w:name="_Toc227785450"/>
      <w:bookmarkStart w:id="24" w:name="_Toc228395132"/>
      <w:r w:rsidRPr="00087C06">
        <w:lastRenderedPageBreak/>
        <w:t>Section 3: Your request</w:t>
      </w:r>
      <w:bookmarkEnd w:id="19"/>
      <w:bookmarkEnd w:id="20"/>
      <w:bookmarkEnd w:id="21"/>
      <w:bookmarkEnd w:id="22"/>
      <w:bookmarkEnd w:id="23"/>
      <w:bookmarkEnd w:id="24"/>
    </w:p>
    <w:p w14:paraId="003C7564" w14:textId="26625835" w:rsidR="00AF03F6" w:rsidRDefault="0075058D">
      <w:pPr>
        <w:rPr>
          <w:iCs/>
        </w:rPr>
      </w:pPr>
      <w:r>
        <w:rPr>
          <w:iCs/>
        </w:rPr>
        <w:t>Please</w:t>
      </w:r>
      <w:r w:rsidR="00945716">
        <w:rPr>
          <w:iCs/>
        </w:rPr>
        <w:t xml:space="preserve"> explain what you are requesting, why it is needed, and who it affects.  </w:t>
      </w:r>
    </w:p>
    <w:p w14:paraId="18895891" w14:textId="50EE54FF" w:rsidR="0023378A" w:rsidRPr="00087C06" w:rsidRDefault="0075058D">
      <w:pPr>
        <w:rPr>
          <w:iCs/>
        </w:rPr>
      </w:pPr>
      <w:r>
        <w:rPr>
          <w:iCs/>
        </w:rPr>
        <w:t>It is important to p</w:t>
      </w:r>
      <w:r w:rsidR="0023378A">
        <w:rPr>
          <w:iCs/>
        </w:rPr>
        <w:t>rovide as much information as possible</w:t>
      </w:r>
      <w:r>
        <w:rPr>
          <w:iCs/>
        </w:rPr>
        <w:t xml:space="preserve"> and w</w:t>
      </w:r>
      <w:r w:rsidR="0023378A">
        <w:rPr>
          <w:iCs/>
        </w:rPr>
        <w:t xml:space="preserve">e encourage you to attach further documentation and evidence when you submit your workbook. 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AF03F6" w:rsidRPr="00087C06" w14:paraId="49DA80A2" w14:textId="77777777" w:rsidTr="00087C06">
        <w:tc>
          <w:tcPr>
            <w:tcW w:w="4320" w:type="dxa"/>
          </w:tcPr>
          <w:p w14:paraId="2A703D65" w14:textId="4873BF7E" w:rsidR="00AF03F6" w:rsidRPr="00087C06" w:rsidRDefault="00AF03F6">
            <w:pPr>
              <w:rPr>
                <w:b/>
                <w:bCs/>
              </w:rPr>
            </w:pPr>
          </w:p>
        </w:tc>
        <w:tc>
          <w:tcPr>
            <w:tcW w:w="4320" w:type="dxa"/>
          </w:tcPr>
          <w:p w14:paraId="2EF00AC9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Response</w:t>
            </w:r>
          </w:p>
        </w:tc>
      </w:tr>
      <w:tr w:rsidR="00AF03F6" w:rsidRPr="00087C06" w14:paraId="016C7AEF" w14:textId="77777777" w:rsidTr="00087C06">
        <w:tc>
          <w:tcPr>
            <w:tcW w:w="4320" w:type="dxa"/>
          </w:tcPr>
          <w:p w14:paraId="6F164A2D" w14:textId="77777777" w:rsidR="00E20090" w:rsidRDefault="003F0C01">
            <w:r w:rsidRPr="00E20090">
              <w:rPr>
                <w:b/>
                <w:bCs/>
              </w:rPr>
              <w:t>Describe</w:t>
            </w:r>
            <w:r w:rsidR="0023378A" w:rsidRPr="00E20090">
              <w:rPr>
                <w:b/>
                <w:bCs/>
              </w:rPr>
              <w:t xml:space="preserve"> your</w:t>
            </w:r>
            <w:r w:rsidRPr="00E20090">
              <w:rPr>
                <w:b/>
                <w:bCs/>
              </w:rPr>
              <w:t xml:space="preserve"> request</w:t>
            </w:r>
            <w:r w:rsidR="00945716">
              <w:t xml:space="preserve"> </w:t>
            </w:r>
          </w:p>
          <w:p w14:paraId="5E85A8DB" w14:textId="3874ACCF" w:rsidR="00AF03F6" w:rsidRPr="00087C06" w:rsidRDefault="00945716">
            <w:r w:rsidRPr="00E20090">
              <w:rPr>
                <w:sz w:val="18"/>
                <w:szCs w:val="18"/>
              </w:rPr>
              <w:t xml:space="preserve">(what is being introduced, changed or removed) </w:t>
            </w:r>
          </w:p>
        </w:tc>
        <w:tc>
          <w:tcPr>
            <w:tcW w:w="4320" w:type="dxa"/>
          </w:tcPr>
          <w:p w14:paraId="48ABC9E0" w14:textId="77777777" w:rsidR="00AF03F6" w:rsidRPr="00087C06" w:rsidRDefault="00AF03F6"/>
        </w:tc>
      </w:tr>
      <w:tr w:rsidR="00AF03F6" w:rsidRPr="00087C06" w14:paraId="7DEC3D21" w14:textId="77777777" w:rsidTr="00087C06">
        <w:tc>
          <w:tcPr>
            <w:tcW w:w="4320" w:type="dxa"/>
          </w:tcPr>
          <w:p w14:paraId="04BC32E5" w14:textId="77777777" w:rsidR="00E20090" w:rsidRPr="00E20090" w:rsidRDefault="003F0C01">
            <w:pPr>
              <w:rPr>
                <w:b/>
                <w:bCs/>
              </w:rPr>
            </w:pPr>
            <w:r w:rsidRPr="00E20090">
              <w:rPr>
                <w:b/>
                <w:bCs/>
              </w:rPr>
              <w:t>Problem statement</w:t>
            </w:r>
            <w:r w:rsidR="00945716" w:rsidRPr="00E20090">
              <w:rPr>
                <w:b/>
                <w:bCs/>
              </w:rPr>
              <w:t xml:space="preserve"> </w:t>
            </w:r>
          </w:p>
          <w:p w14:paraId="39B4CD29" w14:textId="0F7B3566" w:rsidR="00AF03F6" w:rsidRPr="00087C06" w:rsidRDefault="00945716">
            <w:r w:rsidRPr="00E20090">
              <w:rPr>
                <w:sz w:val="18"/>
                <w:szCs w:val="18"/>
              </w:rPr>
              <w:t>(what issue does this address)</w:t>
            </w:r>
          </w:p>
        </w:tc>
        <w:tc>
          <w:tcPr>
            <w:tcW w:w="4320" w:type="dxa"/>
          </w:tcPr>
          <w:p w14:paraId="682F696C" w14:textId="77777777" w:rsidR="00AF03F6" w:rsidRPr="00087C06" w:rsidRDefault="00AF03F6"/>
        </w:tc>
      </w:tr>
      <w:tr w:rsidR="00AF03F6" w:rsidRPr="00087C06" w14:paraId="445FD2AC" w14:textId="77777777" w:rsidTr="00087C06">
        <w:tc>
          <w:tcPr>
            <w:tcW w:w="4320" w:type="dxa"/>
          </w:tcPr>
          <w:p w14:paraId="6C77882E" w14:textId="77777777" w:rsidR="00E20090" w:rsidRPr="00E20090" w:rsidRDefault="003F0C01">
            <w:pPr>
              <w:rPr>
                <w:b/>
                <w:bCs/>
              </w:rPr>
            </w:pPr>
            <w:r w:rsidRPr="00E20090">
              <w:rPr>
                <w:b/>
                <w:bCs/>
              </w:rPr>
              <w:t>Intended outcomes</w:t>
            </w:r>
            <w:r w:rsidR="00945716" w:rsidRPr="00E20090">
              <w:rPr>
                <w:b/>
                <w:bCs/>
              </w:rPr>
              <w:t xml:space="preserve"> </w:t>
            </w:r>
          </w:p>
          <w:p w14:paraId="6AF22694" w14:textId="42F92E71" w:rsidR="00AF03F6" w:rsidRPr="00087C06" w:rsidRDefault="00945716">
            <w:r w:rsidRPr="00E20090">
              <w:rPr>
                <w:sz w:val="18"/>
                <w:szCs w:val="18"/>
              </w:rPr>
              <w:t>(what will improve and how)</w:t>
            </w:r>
          </w:p>
        </w:tc>
        <w:tc>
          <w:tcPr>
            <w:tcW w:w="4320" w:type="dxa"/>
          </w:tcPr>
          <w:p w14:paraId="66BEE4E3" w14:textId="77777777" w:rsidR="00AF03F6" w:rsidRPr="00087C06" w:rsidRDefault="00AF03F6"/>
        </w:tc>
      </w:tr>
      <w:tr w:rsidR="00AF03F6" w:rsidRPr="00087C06" w14:paraId="1E69FEB9" w14:textId="77777777" w:rsidTr="00087C06">
        <w:tc>
          <w:tcPr>
            <w:tcW w:w="4320" w:type="dxa"/>
          </w:tcPr>
          <w:p w14:paraId="428CCC7B" w14:textId="77777777" w:rsidR="00E20090" w:rsidRPr="00E20090" w:rsidRDefault="003F0C01">
            <w:pPr>
              <w:rPr>
                <w:b/>
                <w:bCs/>
              </w:rPr>
            </w:pPr>
            <w:r w:rsidRPr="00E20090">
              <w:rPr>
                <w:b/>
                <w:bCs/>
              </w:rPr>
              <w:t>Scope</w:t>
            </w:r>
            <w:r w:rsidR="00945716" w:rsidRPr="00E20090">
              <w:rPr>
                <w:b/>
                <w:bCs/>
              </w:rPr>
              <w:t xml:space="preserve"> </w:t>
            </w:r>
          </w:p>
          <w:p w14:paraId="2B21F424" w14:textId="40B03277" w:rsidR="00AF03F6" w:rsidRPr="00087C06" w:rsidRDefault="00945716">
            <w:r w:rsidRPr="00E20090">
              <w:rPr>
                <w:sz w:val="18"/>
                <w:szCs w:val="18"/>
              </w:rPr>
              <w:t xml:space="preserve">(who is affected – organisations, staff groups etc) </w:t>
            </w:r>
          </w:p>
        </w:tc>
        <w:tc>
          <w:tcPr>
            <w:tcW w:w="4320" w:type="dxa"/>
          </w:tcPr>
          <w:p w14:paraId="509FD2E2" w14:textId="77777777" w:rsidR="00AF03F6" w:rsidRPr="00087C06" w:rsidRDefault="00AF03F6"/>
        </w:tc>
      </w:tr>
      <w:tr w:rsidR="00AF03F6" w:rsidRPr="00087C06" w14:paraId="17951497" w14:textId="77777777" w:rsidTr="00087C06">
        <w:tc>
          <w:tcPr>
            <w:tcW w:w="4320" w:type="dxa"/>
          </w:tcPr>
          <w:p w14:paraId="02E5C861" w14:textId="77777777" w:rsidR="00E20090" w:rsidRPr="00E20090" w:rsidRDefault="003F0C01">
            <w:pPr>
              <w:rPr>
                <w:b/>
                <w:bCs/>
              </w:rPr>
            </w:pPr>
            <w:r w:rsidRPr="00E20090">
              <w:rPr>
                <w:b/>
                <w:bCs/>
              </w:rPr>
              <w:t xml:space="preserve">Scope changing </w:t>
            </w:r>
          </w:p>
          <w:p w14:paraId="635DB1C8" w14:textId="2E8D6EF0" w:rsidR="00AF03F6" w:rsidRPr="00087C06" w:rsidRDefault="003F0C01">
            <w:r w:rsidRPr="00E20090">
              <w:rPr>
                <w:sz w:val="18"/>
                <w:szCs w:val="18"/>
              </w:rPr>
              <w:t>(Yes/No</w:t>
            </w:r>
            <w:r w:rsidR="00945716" w:rsidRPr="00E20090">
              <w:rPr>
                <w:sz w:val="18"/>
                <w:szCs w:val="18"/>
              </w:rPr>
              <w:t xml:space="preserve"> + explanation if yes</w:t>
            </w:r>
            <w:r w:rsidRPr="00E20090">
              <w:rPr>
                <w:sz w:val="18"/>
                <w:szCs w:val="18"/>
              </w:rPr>
              <w:t>)</w:t>
            </w:r>
          </w:p>
        </w:tc>
        <w:tc>
          <w:tcPr>
            <w:tcW w:w="4320" w:type="dxa"/>
          </w:tcPr>
          <w:p w14:paraId="1C7A36CD" w14:textId="77777777" w:rsidR="00AF03F6" w:rsidRPr="00087C06" w:rsidRDefault="00AF03F6"/>
        </w:tc>
      </w:tr>
    </w:tbl>
    <w:p w14:paraId="44ED18DE" w14:textId="77777777" w:rsidR="00945716" w:rsidRDefault="00945716"/>
    <w:p w14:paraId="768D7225" w14:textId="77777777" w:rsidR="00945716" w:rsidRPr="00945716" w:rsidRDefault="00945716" w:rsidP="00945716">
      <w:r w:rsidRPr="00945716">
        <w:rPr>
          <w:b/>
          <w:bCs/>
        </w:rPr>
        <w:t>Guidance</w:t>
      </w:r>
    </w:p>
    <w:p w14:paraId="2B60FF9C" w14:textId="77777777" w:rsidR="00945716" w:rsidRPr="00945716" w:rsidRDefault="00945716" w:rsidP="00945716">
      <w:pPr>
        <w:numPr>
          <w:ilvl w:val="0"/>
          <w:numId w:val="12"/>
        </w:numPr>
      </w:pPr>
      <w:r w:rsidRPr="00945716">
        <w:t xml:space="preserve">Clearly describe what is changing (new, updated, or removed) </w:t>
      </w:r>
    </w:p>
    <w:p w14:paraId="433ADB6A" w14:textId="77777777" w:rsidR="00945716" w:rsidRPr="00945716" w:rsidRDefault="00945716" w:rsidP="00945716">
      <w:pPr>
        <w:numPr>
          <w:ilvl w:val="0"/>
          <w:numId w:val="12"/>
        </w:numPr>
      </w:pPr>
      <w:r w:rsidRPr="00945716">
        <w:t xml:space="preserve">Focus on the problem being solved, not just the solution </w:t>
      </w:r>
    </w:p>
    <w:p w14:paraId="44003FE2" w14:textId="1AF0C6B1" w:rsidR="00945716" w:rsidRPr="00945716" w:rsidRDefault="00945716" w:rsidP="00945716">
      <w:pPr>
        <w:numPr>
          <w:ilvl w:val="0"/>
          <w:numId w:val="12"/>
        </w:numPr>
      </w:pPr>
      <w:r w:rsidRPr="00945716">
        <w:t>Define scope carefully</w:t>
      </w:r>
      <w:r>
        <w:t>. T</w:t>
      </w:r>
      <w:r w:rsidRPr="00945716">
        <w:t>his drives impact, cost and feasibility</w:t>
      </w:r>
    </w:p>
    <w:p w14:paraId="4D43AE96" w14:textId="080F1033" w:rsidR="00AF03F6" w:rsidRPr="00087C06" w:rsidRDefault="003F0C01">
      <w:r w:rsidRPr="00087C06">
        <w:br w:type="page"/>
      </w:r>
    </w:p>
    <w:p w14:paraId="388D8024" w14:textId="77777777" w:rsidR="00AF03F6" w:rsidRPr="00087C06" w:rsidRDefault="003F0C01">
      <w:pPr>
        <w:pStyle w:val="Heading1"/>
      </w:pPr>
      <w:bookmarkStart w:id="25" w:name="_Toc227697785"/>
      <w:bookmarkStart w:id="26" w:name="_Toc227697981"/>
      <w:bookmarkStart w:id="27" w:name="_Toc227700905"/>
      <w:bookmarkStart w:id="28" w:name="_Toc227701109"/>
      <w:bookmarkStart w:id="29" w:name="_Toc227785451"/>
      <w:bookmarkStart w:id="30" w:name="_Toc228395133"/>
      <w:r w:rsidRPr="00087C06">
        <w:lastRenderedPageBreak/>
        <w:t>Section 4: Key dates</w:t>
      </w:r>
      <w:bookmarkEnd w:id="25"/>
      <w:bookmarkEnd w:id="26"/>
      <w:bookmarkEnd w:id="27"/>
      <w:bookmarkEnd w:id="28"/>
      <w:bookmarkEnd w:id="29"/>
      <w:bookmarkEnd w:id="30"/>
    </w:p>
    <w:p w14:paraId="2779C224" w14:textId="54729493" w:rsidR="00AF03F6" w:rsidRPr="00087C06" w:rsidRDefault="0075058D">
      <w:pPr>
        <w:rPr>
          <w:iCs/>
        </w:rPr>
      </w:pPr>
      <w:r>
        <w:rPr>
          <w:iCs/>
        </w:rPr>
        <w:t>Please</w:t>
      </w:r>
      <w:r w:rsidR="00945716">
        <w:rPr>
          <w:iCs/>
        </w:rPr>
        <w:t xml:space="preserve"> demonstrate that your request can be delivered within a realistic timeframe.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878"/>
        <w:gridCol w:w="1621"/>
        <w:gridCol w:w="4131"/>
      </w:tblGrid>
      <w:tr w:rsidR="00AF03F6" w:rsidRPr="00087C06" w14:paraId="4E6DE66B" w14:textId="77777777" w:rsidTr="0023378A">
        <w:tc>
          <w:tcPr>
            <w:tcW w:w="2880" w:type="dxa"/>
          </w:tcPr>
          <w:p w14:paraId="0519A97C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Milestone</w:t>
            </w:r>
          </w:p>
        </w:tc>
        <w:tc>
          <w:tcPr>
            <w:tcW w:w="1623" w:type="dxa"/>
          </w:tcPr>
          <w:p w14:paraId="4487BBAF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Date</w:t>
            </w:r>
          </w:p>
        </w:tc>
        <w:tc>
          <w:tcPr>
            <w:tcW w:w="4137" w:type="dxa"/>
          </w:tcPr>
          <w:p w14:paraId="263806E9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Rationale</w:t>
            </w:r>
          </w:p>
        </w:tc>
      </w:tr>
      <w:tr w:rsidR="00AF03F6" w:rsidRPr="00087C06" w14:paraId="66FFB786" w14:textId="77777777" w:rsidTr="0023378A">
        <w:tc>
          <w:tcPr>
            <w:tcW w:w="2880" w:type="dxa"/>
          </w:tcPr>
          <w:p w14:paraId="4F4C260A" w14:textId="77777777" w:rsidR="00AF03F6" w:rsidRDefault="003F0C01">
            <w:pPr>
              <w:rPr>
                <w:b/>
                <w:bCs/>
              </w:rPr>
            </w:pPr>
            <w:r w:rsidRPr="0023378A">
              <w:rPr>
                <w:b/>
                <w:bCs/>
              </w:rPr>
              <w:t>Implementation</w:t>
            </w:r>
          </w:p>
          <w:p w14:paraId="692D858A" w14:textId="5D78B73E" w:rsidR="0023378A" w:rsidRPr="00126BB5" w:rsidRDefault="00126BB5">
            <w:pPr>
              <w:rPr>
                <w:i/>
                <w:iCs/>
                <w:sz w:val="18"/>
                <w:szCs w:val="18"/>
              </w:rPr>
            </w:pPr>
            <w:r w:rsidRPr="00126BB5">
              <w:rPr>
                <w:i/>
                <w:iCs/>
                <w:sz w:val="16"/>
                <w:szCs w:val="16"/>
                <w:highlight w:val="lightGray"/>
              </w:rPr>
              <w:t>D</w:t>
            </w:r>
            <w:r w:rsidR="0023378A" w:rsidRPr="00126BB5">
              <w:rPr>
                <w:i/>
                <w:iCs/>
                <w:sz w:val="16"/>
                <w:szCs w:val="16"/>
                <w:highlight w:val="lightGray"/>
              </w:rPr>
              <w:t>ate work should begin following approval of request</w:t>
            </w:r>
          </w:p>
        </w:tc>
        <w:tc>
          <w:tcPr>
            <w:tcW w:w="1623" w:type="dxa"/>
          </w:tcPr>
          <w:p w14:paraId="1268E3D7" w14:textId="77777777" w:rsidR="00AF03F6" w:rsidRPr="00087C06" w:rsidRDefault="00AF03F6"/>
        </w:tc>
        <w:tc>
          <w:tcPr>
            <w:tcW w:w="4137" w:type="dxa"/>
          </w:tcPr>
          <w:p w14:paraId="5CF96760" w14:textId="77777777" w:rsidR="00AF03F6" w:rsidRPr="00087C06" w:rsidRDefault="00AF03F6"/>
        </w:tc>
      </w:tr>
      <w:tr w:rsidR="00AF03F6" w:rsidRPr="00087C06" w14:paraId="04785EF6" w14:textId="77777777" w:rsidTr="0023378A">
        <w:tc>
          <w:tcPr>
            <w:tcW w:w="2880" w:type="dxa"/>
          </w:tcPr>
          <w:p w14:paraId="0BC7014C" w14:textId="77777777" w:rsidR="00AF03F6" w:rsidRDefault="003F0C01">
            <w:pPr>
              <w:rPr>
                <w:b/>
                <w:bCs/>
              </w:rPr>
            </w:pPr>
            <w:r w:rsidRPr="0023378A">
              <w:rPr>
                <w:b/>
                <w:bCs/>
              </w:rPr>
              <w:t>Conformance</w:t>
            </w:r>
          </w:p>
          <w:p w14:paraId="7B306DDC" w14:textId="4B1DB964" w:rsidR="0023378A" w:rsidRPr="00126BB5" w:rsidRDefault="00126BB5">
            <w:pPr>
              <w:rPr>
                <w:i/>
                <w:iCs/>
              </w:rPr>
            </w:pPr>
            <w:r w:rsidRPr="00126BB5">
              <w:rPr>
                <w:i/>
                <w:iCs/>
                <w:sz w:val="16"/>
                <w:szCs w:val="16"/>
                <w:highlight w:val="lightGray"/>
              </w:rPr>
              <w:t>D</w:t>
            </w:r>
            <w:r w:rsidR="0023378A" w:rsidRPr="00126BB5">
              <w:rPr>
                <w:i/>
                <w:iCs/>
                <w:sz w:val="16"/>
                <w:szCs w:val="16"/>
                <w:highlight w:val="lightGray"/>
              </w:rPr>
              <w:t>ate compliance to the standard is required</w:t>
            </w:r>
          </w:p>
        </w:tc>
        <w:tc>
          <w:tcPr>
            <w:tcW w:w="1623" w:type="dxa"/>
          </w:tcPr>
          <w:p w14:paraId="0BF39D7E" w14:textId="77777777" w:rsidR="00AF03F6" w:rsidRPr="00087C06" w:rsidRDefault="00AF03F6"/>
        </w:tc>
        <w:tc>
          <w:tcPr>
            <w:tcW w:w="4137" w:type="dxa"/>
          </w:tcPr>
          <w:p w14:paraId="1BED94F6" w14:textId="77777777" w:rsidR="00AF03F6" w:rsidRPr="00087C06" w:rsidRDefault="00AF03F6"/>
        </w:tc>
      </w:tr>
      <w:tr w:rsidR="0023378A" w:rsidRPr="00087C06" w14:paraId="785C466A" w14:textId="77777777" w:rsidTr="0023378A">
        <w:tc>
          <w:tcPr>
            <w:tcW w:w="2880" w:type="dxa"/>
          </w:tcPr>
          <w:p w14:paraId="35F15671" w14:textId="698C4312" w:rsidR="0023378A" w:rsidRDefault="0023378A">
            <w:pPr>
              <w:rPr>
                <w:b/>
                <w:bCs/>
              </w:rPr>
            </w:pPr>
            <w:r>
              <w:rPr>
                <w:b/>
                <w:bCs/>
              </w:rPr>
              <w:t>Start date</w:t>
            </w:r>
          </w:p>
          <w:p w14:paraId="3E0891DB" w14:textId="4E5E138F" w:rsidR="0023378A" w:rsidRPr="00126BB5" w:rsidRDefault="00126BB5">
            <w:pPr>
              <w:rPr>
                <w:i/>
                <w:iCs/>
                <w:sz w:val="18"/>
                <w:szCs w:val="18"/>
              </w:rPr>
            </w:pPr>
            <w:r w:rsidRPr="00126BB5">
              <w:rPr>
                <w:i/>
                <w:iCs/>
                <w:sz w:val="16"/>
                <w:szCs w:val="16"/>
                <w:highlight w:val="lightGray"/>
              </w:rPr>
              <w:t>D</w:t>
            </w:r>
            <w:r w:rsidR="0023378A" w:rsidRPr="00126BB5">
              <w:rPr>
                <w:i/>
                <w:iCs/>
                <w:sz w:val="16"/>
                <w:szCs w:val="16"/>
                <w:highlight w:val="lightGray"/>
              </w:rPr>
              <w:t>ate the collection/submission should start</w:t>
            </w:r>
          </w:p>
        </w:tc>
        <w:tc>
          <w:tcPr>
            <w:tcW w:w="1623" w:type="dxa"/>
          </w:tcPr>
          <w:p w14:paraId="69D0625C" w14:textId="77777777" w:rsidR="0023378A" w:rsidRPr="00087C06" w:rsidRDefault="0023378A"/>
        </w:tc>
        <w:tc>
          <w:tcPr>
            <w:tcW w:w="4137" w:type="dxa"/>
          </w:tcPr>
          <w:p w14:paraId="7A5A6186" w14:textId="77777777" w:rsidR="0023378A" w:rsidRPr="00087C06" w:rsidRDefault="0023378A"/>
        </w:tc>
      </w:tr>
      <w:tr w:rsidR="0023378A" w:rsidRPr="00087C06" w14:paraId="7D9061A7" w14:textId="77777777" w:rsidTr="0023378A">
        <w:tc>
          <w:tcPr>
            <w:tcW w:w="2880" w:type="dxa"/>
          </w:tcPr>
          <w:p w14:paraId="44696ADA" w14:textId="2F07A4F6" w:rsidR="0023378A" w:rsidRDefault="0023378A" w:rsidP="0023378A">
            <w:pPr>
              <w:rPr>
                <w:b/>
                <w:bCs/>
              </w:rPr>
            </w:pPr>
            <w:r>
              <w:rPr>
                <w:b/>
                <w:bCs/>
              </w:rPr>
              <w:t>End date</w:t>
            </w:r>
          </w:p>
          <w:p w14:paraId="225C3FC2" w14:textId="0A2133D0" w:rsidR="0023378A" w:rsidRPr="00126BB5" w:rsidRDefault="00126BB5" w:rsidP="0023378A">
            <w:pPr>
              <w:rPr>
                <w:b/>
                <w:bCs/>
                <w:i/>
                <w:iCs/>
              </w:rPr>
            </w:pPr>
            <w:r w:rsidRPr="00126BB5">
              <w:rPr>
                <w:i/>
                <w:iCs/>
                <w:sz w:val="16"/>
                <w:szCs w:val="16"/>
                <w:highlight w:val="lightGray"/>
              </w:rPr>
              <w:t>D</w:t>
            </w:r>
            <w:r w:rsidR="0023378A" w:rsidRPr="00126BB5">
              <w:rPr>
                <w:i/>
                <w:iCs/>
                <w:sz w:val="16"/>
                <w:szCs w:val="16"/>
                <w:highlight w:val="lightGray"/>
              </w:rPr>
              <w:t>ate the collection/submission should end. If no end date, use ‘ongoing collection’</w:t>
            </w:r>
          </w:p>
        </w:tc>
        <w:tc>
          <w:tcPr>
            <w:tcW w:w="1623" w:type="dxa"/>
          </w:tcPr>
          <w:p w14:paraId="4806C905" w14:textId="77777777" w:rsidR="0023378A" w:rsidRPr="00087C06" w:rsidRDefault="0023378A"/>
        </w:tc>
        <w:tc>
          <w:tcPr>
            <w:tcW w:w="4137" w:type="dxa"/>
          </w:tcPr>
          <w:p w14:paraId="475AB2F6" w14:textId="77777777" w:rsidR="0023378A" w:rsidRPr="00087C06" w:rsidRDefault="0023378A"/>
        </w:tc>
      </w:tr>
    </w:tbl>
    <w:p w14:paraId="7D82D3B5" w14:textId="77777777" w:rsidR="00945716" w:rsidRDefault="00945716"/>
    <w:p w14:paraId="2C9F2940" w14:textId="77777777" w:rsidR="00945716" w:rsidRDefault="00945716">
      <w:pPr>
        <w:rPr>
          <w:b/>
          <w:bCs/>
        </w:rPr>
      </w:pPr>
      <w:r>
        <w:rPr>
          <w:b/>
          <w:bCs/>
        </w:rPr>
        <w:t>Guidance</w:t>
      </w:r>
    </w:p>
    <w:p w14:paraId="6B255FF2" w14:textId="3C665308" w:rsidR="00945716" w:rsidRPr="00945716" w:rsidRDefault="0075058D" w:rsidP="00945716">
      <w:pPr>
        <w:numPr>
          <w:ilvl w:val="0"/>
          <w:numId w:val="12"/>
        </w:numPr>
      </w:pPr>
      <w:r>
        <w:t>At</w:t>
      </w:r>
      <w:r w:rsidR="00945716" w:rsidRPr="00945716">
        <w:t xml:space="preserve"> least 6 months between implementation and conformance unless justified </w:t>
      </w:r>
      <w:r>
        <w:t>is recommended</w:t>
      </w:r>
    </w:p>
    <w:p w14:paraId="18DFC2AF" w14:textId="6E9A05EB" w:rsidR="00AF03F6" w:rsidRPr="00087C06" w:rsidRDefault="00945716" w:rsidP="00945716">
      <w:pPr>
        <w:numPr>
          <w:ilvl w:val="0"/>
          <w:numId w:val="12"/>
        </w:numPr>
      </w:pPr>
      <w:r w:rsidRPr="00945716">
        <w:t>Consider dependencies such as system changes, training and guidance</w:t>
      </w:r>
      <w:r w:rsidRPr="00087C06">
        <w:br w:type="page"/>
      </w:r>
    </w:p>
    <w:p w14:paraId="5B3C79B5" w14:textId="77777777" w:rsidR="00AF03F6" w:rsidRPr="00087C06" w:rsidRDefault="003F0C01">
      <w:pPr>
        <w:pStyle w:val="Heading1"/>
      </w:pPr>
      <w:bookmarkStart w:id="31" w:name="_Toc227697786"/>
      <w:bookmarkStart w:id="32" w:name="_Toc227697982"/>
      <w:bookmarkStart w:id="33" w:name="_Toc227700906"/>
      <w:bookmarkStart w:id="34" w:name="_Toc227701110"/>
      <w:bookmarkStart w:id="35" w:name="_Toc227785452"/>
      <w:bookmarkStart w:id="36" w:name="_Toc228395134"/>
      <w:r w:rsidRPr="00087C06">
        <w:lastRenderedPageBreak/>
        <w:t>Section 5: Policy, legal and governance</w:t>
      </w:r>
      <w:bookmarkEnd w:id="31"/>
      <w:bookmarkEnd w:id="32"/>
      <w:bookmarkEnd w:id="33"/>
      <w:bookmarkEnd w:id="34"/>
      <w:bookmarkEnd w:id="35"/>
      <w:bookmarkEnd w:id="36"/>
    </w:p>
    <w:p w14:paraId="3A15EF31" w14:textId="33679CBA" w:rsidR="00AF03F6" w:rsidRPr="00087C06" w:rsidRDefault="0075058D">
      <w:pPr>
        <w:rPr>
          <w:iCs/>
        </w:rPr>
      </w:pPr>
      <w:r>
        <w:rPr>
          <w:iCs/>
        </w:rPr>
        <w:t>Please</w:t>
      </w:r>
      <w:r w:rsidR="00945716">
        <w:rPr>
          <w:iCs/>
        </w:rPr>
        <w:t xml:space="preserve"> demonstrate that your request is justified, legally sound, funded and gover</w:t>
      </w:r>
      <w:r w:rsidR="005A7CF3">
        <w:rPr>
          <w:iCs/>
        </w:rPr>
        <w:t xml:space="preserve">ned.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878"/>
        <w:gridCol w:w="2876"/>
        <w:gridCol w:w="2876"/>
      </w:tblGrid>
      <w:tr w:rsidR="00AF03F6" w:rsidRPr="00087C06" w14:paraId="7344DB9D" w14:textId="77777777" w:rsidTr="2E913D88">
        <w:tc>
          <w:tcPr>
            <w:tcW w:w="2880" w:type="dxa"/>
          </w:tcPr>
          <w:p w14:paraId="76860DDA" w14:textId="65D68352" w:rsidR="00AF03F6" w:rsidRPr="00087C06" w:rsidRDefault="00AF03F6">
            <w:pPr>
              <w:rPr>
                <w:b/>
                <w:bCs/>
              </w:rPr>
            </w:pPr>
          </w:p>
        </w:tc>
        <w:tc>
          <w:tcPr>
            <w:tcW w:w="2880" w:type="dxa"/>
          </w:tcPr>
          <w:p w14:paraId="0FCE6959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Response</w:t>
            </w:r>
          </w:p>
        </w:tc>
        <w:tc>
          <w:tcPr>
            <w:tcW w:w="2880" w:type="dxa"/>
          </w:tcPr>
          <w:p w14:paraId="7CAC2643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Evidence</w:t>
            </w:r>
          </w:p>
        </w:tc>
      </w:tr>
      <w:tr w:rsidR="2E913D88" w14:paraId="04975EDB" w14:textId="77777777" w:rsidTr="2E913D88">
        <w:trPr>
          <w:trHeight w:val="300"/>
        </w:trPr>
        <w:tc>
          <w:tcPr>
            <w:tcW w:w="2878" w:type="dxa"/>
          </w:tcPr>
          <w:p w14:paraId="3EFCA2A6" w14:textId="3B846CD8" w:rsidR="6F14E33B" w:rsidRDefault="73B154D0" w:rsidP="2E913D88">
            <w:pPr>
              <w:rPr>
                <w:sz w:val="18"/>
                <w:szCs w:val="18"/>
              </w:rPr>
            </w:pPr>
            <w:r w:rsidRPr="2E913D88">
              <w:rPr>
                <w:b/>
                <w:bCs/>
              </w:rPr>
              <w:t xml:space="preserve">Legal basis </w:t>
            </w:r>
            <w:r>
              <w:br/>
            </w:r>
            <w:r w:rsidR="6F14E33B" w:rsidRPr="2E913D88">
              <w:rPr>
                <w:sz w:val="18"/>
                <w:szCs w:val="18"/>
              </w:rPr>
              <w:t>Legislation and data use</w:t>
            </w:r>
          </w:p>
          <w:p w14:paraId="1ABEE05B" w14:textId="696F1473" w:rsidR="2E913D88" w:rsidRPr="00126BB5" w:rsidRDefault="73B154D0" w:rsidP="2E913D88">
            <w:pPr>
              <w:rPr>
                <w:i/>
                <w:iCs/>
              </w:rPr>
            </w:pPr>
            <w:r w:rsidRPr="2E913D88">
              <w:rPr>
                <w:i/>
                <w:iCs/>
                <w:sz w:val="16"/>
                <w:szCs w:val="16"/>
                <w:highlight w:val="lightGray"/>
              </w:rPr>
              <w:t>State the legal powers that support this request</w:t>
            </w:r>
            <w:r w:rsidR="46374A37" w:rsidRPr="2E913D88">
              <w:rPr>
                <w:i/>
                <w:iCs/>
                <w:sz w:val="16"/>
                <w:szCs w:val="16"/>
                <w:highlight w:val="lightGray"/>
              </w:rPr>
              <w:t>.</w:t>
            </w:r>
            <w:r w:rsidR="41446F8B" w:rsidRPr="2E913D88">
              <w:rPr>
                <w:i/>
                <w:iCs/>
                <w:sz w:val="16"/>
                <w:szCs w:val="16"/>
                <w:highlight w:val="lightGray"/>
              </w:rPr>
              <w:t xml:space="preserve"> </w:t>
            </w:r>
            <w:r w:rsidRPr="2E913D88">
              <w:rPr>
                <w:i/>
                <w:iCs/>
                <w:sz w:val="16"/>
                <w:szCs w:val="16"/>
                <w:highlight w:val="lightGray"/>
              </w:rPr>
              <w:t>Confirm which organisations are in scope and how they are covered.</w:t>
            </w:r>
          </w:p>
        </w:tc>
        <w:tc>
          <w:tcPr>
            <w:tcW w:w="2876" w:type="dxa"/>
          </w:tcPr>
          <w:p w14:paraId="6A310A4E" w14:textId="505FB302" w:rsidR="2E913D88" w:rsidRDefault="2E913D88" w:rsidP="2E913D88"/>
        </w:tc>
        <w:tc>
          <w:tcPr>
            <w:tcW w:w="2876" w:type="dxa"/>
          </w:tcPr>
          <w:p w14:paraId="6E81AE85" w14:textId="345F7775" w:rsidR="2E913D88" w:rsidRDefault="2E913D88" w:rsidP="2E913D88">
            <w:pPr>
              <w:rPr>
                <w:i/>
                <w:iCs/>
                <w:sz w:val="16"/>
                <w:szCs w:val="16"/>
                <w:highlight w:val="lightGray"/>
              </w:rPr>
            </w:pPr>
          </w:p>
        </w:tc>
      </w:tr>
      <w:tr w:rsidR="2E913D88" w14:paraId="7C8625C6" w14:textId="77777777" w:rsidTr="2E913D88">
        <w:trPr>
          <w:trHeight w:val="300"/>
        </w:trPr>
        <w:tc>
          <w:tcPr>
            <w:tcW w:w="2878" w:type="dxa"/>
          </w:tcPr>
          <w:p w14:paraId="727C12A7" w14:textId="6EE26752" w:rsidR="2ACD081E" w:rsidRDefault="2ACD081E">
            <w:r w:rsidRPr="2E913D88">
              <w:rPr>
                <w:b/>
                <w:bCs/>
              </w:rPr>
              <w:t>Policy driver and intended outcome</w:t>
            </w:r>
            <w:r>
              <w:br/>
            </w:r>
            <w:r w:rsidRPr="2E913D88">
              <w:rPr>
                <w:sz w:val="18"/>
                <w:szCs w:val="18"/>
              </w:rPr>
              <w:t>What policy this needs to address</w:t>
            </w:r>
          </w:p>
          <w:p w14:paraId="3609A52E" w14:textId="4B7487AD" w:rsidR="2E913D88" w:rsidRPr="00126BB5" w:rsidRDefault="2ACD081E" w:rsidP="2E913D88">
            <w:pPr>
              <w:rPr>
                <w:i/>
                <w:iCs/>
                <w:sz w:val="16"/>
                <w:szCs w:val="16"/>
              </w:rPr>
            </w:pPr>
            <w:r w:rsidRPr="2E913D88">
              <w:rPr>
                <w:i/>
                <w:iCs/>
                <w:sz w:val="16"/>
                <w:szCs w:val="16"/>
                <w:highlight w:val="lightGray"/>
              </w:rPr>
              <w:t>Describe the policy issue this request supports and what it is expected to achieve. Include any relevant policy documents or drivers.</w:t>
            </w:r>
          </w:p>
        </w:tc>
        <w:tc>
          <w:tcPr>
            <w:tcW w:w="2876" w:type="dxa"/>
          </w:tcPr>
          <w:p w14:paraId="48363485" w14:textId="0F6AAD88" w:rsidR="2E913D88" w:rsidRDefault="2E913D88" w:rsidP="2E913D88"/>
        </w:tc>
        <w:tc>
          <w:tcPr>
            <w:tcW w:w="2876" w:type="dxa"/>
          </w:tcPr>
          <w:p w14:paraId="09DECB76" w14:textId="59DD87CA" w:rsidR="2E913D88" w:rsidRDefault="2E913D88" w:rsidP="2E913D88"/>
        </w:tc>
      </w:tr>
      <w:tr w:rsidR="00AF03F6" w:rsidRPr="00087C06" w14:paraId="0254C9B6" w14:textId="77777777" w:rsidTr="2E913D88">
        <w:tc>
          <w:tcPr>
            <w:tcW w:w="2880" w:type="dxa"/>
          </w:tcPr>
          <w:p w14:paraId="58354981" w14:textId="7BB0FAF4" w:rsidR="005A7CF3" w:rsidRPr="005A7CF3" w:rsidRDefault="00C17FB7">
            <w:pPr>
              <w:rPr>
                <w:b/>
                <w:bCs/>
              </w:rPr>
            </w:pPr>
            <w:r>
              <w:rPr>
                <w:b/>
                <w:bCs/>
              </w:rPr>
              <w:t>Alignment to national policy or statutory requirements</w:t>
            </w:r>
          </w:p>
          <w:p w14:paraId="3845890E" w14:textId="7A76C134" w:rsidR="00AF03F6" w:rsidRPr="00B54C5E" w:rsidRDefault="00B54C5E">
            <w:pPr>
              <w:rPr>
                <w:i/>
                <w:iCs/>
              </w:rPr>
            </w:pPr>
            <w:r w:rsidRPr="00D4114E">
              <w:rPr>
                <w:i/>
                <w:iCs/>
                <w:sz w:val="16"/>
                <w:szCs w:val="16"/>
                <w:highlight w:val="lightGray"/>
              </w:rPr>
              <w:t>Explain how this request aligns with national priorities, strategies or statutory requirements. Include links or references where possible.</w:t>
            </w:r>
          </w:p>
        </w:tc>
        <w:tc>
          <w:tcPr>
            <w:tcW w:w="2880" w:type="dxa"/>
          </w:tcPr>
          <w:p w14:paraId="5EA7BB85" w14:textId="77777777" w:rsidR="00AF03F6" w:rsidRPr="00087C06" w:rsidRDefault="00AF03F6"/>
        </w:tc>
        <w:tc>
          <w:tcPr>
            <w:tcW w:w="2880" w:type="dxa"/>
          </w:tcPr>
          <w:p w14:paraId="63D1CA8F" w14:textId="77777777" w:rsidR="00AF03F6" w:rsidRPr="00087C06" w:rsidRDefault="00AF03F6"/>
        </w:tc>
      </w:tr>
      <w:tr w:rsidR="2E913D88" w14:paraId="7788FA7C" w14:textId="77777777" w:rsidTr="2E913D88">
        <w:trPr>
          <w:trHeight w:val="300"/>
        </w:trPr>
        <w:tc>
          <w:tcPr>
            <w:tcW w:w="2878" w:type="dxa"/>
          </w:tcPr>
          <w:p w14:paraId="5F981E7C" w14:textId="77777777" w:rsidR="00126BB5" w:rsidRDefault="2E913D88" w:rsidP="2E913D88">
            <w:pPr>
              <w:rPr>
                <w:sz w:val="18"/>
                <w:szCs w:val="18"/>
              </w:rPr>
            </w:pPr>
            <w:r w:rsidRPr="2E913D88">
              <w:rPr>
                <w:b/>
                <w:bCs/>
              </w:rPr>
              <w:t xml:space="preserve">Funding and resourcing </w:t>
            </w:r>
            <w:r>
              <w:br/>
            </w:r>
            <w:r w:rsidRPr="2E913D88">
              <w:rPr>
                <w:sz w:val="18"/>
                <w:szCs w:val="18"/>
              </w:rPr>
              <w:t>Source, duration, coverage</w:t>
            </w:r>
            <w:r w:rsidR="717BC596" w:rsidRPr="2E913D88">
              <w:rPr>
                <w:sz w:val="18"/>
                <w:szCs w:val="18"/>
              </w:rPr>
              <w:t xml:space="preserve"> </w:t>
            </w:r>
          </w:p>
          <w:p w14:paraId="000B21E4" w14:textId="34B80965" w:rsidR="2E913D88" w:rsidRPr="00126BB5" w:rsidRDefault="2E913D88" w:rsidP="2E913D88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2E913D88">
              <w:rPr>
                <w:i/>
                <w:iCs/>
                <w:sz w:val="16"/>
                <w:szCs w:val="16"/>
                <w:highlight w:val="lightGray"/>
              </w:rPr>
              <w:t>Describe how this request will be funded, how long funding will last, and what it covers (for example development, implementation and support).</w:t>
            </w:r>
          </w:p>
        </w:tc>
        <w:tc>
          <w:tcPr>
            <w:tcW w:w="2876" w:type="dxa"/>
          </w:tcPr>
          <w:p w14:paraId="4A6F774B" w14:textId="77777777" w:rsidR="2E913D88" w:rsidRDefault="2E913D88"/>
        </w:tc>
        <w:tc>
          <w:tcPr>
            <w:tcW w:w="2876" w:type="dxa"/>
          </w:tcPr>
          <w:p w14:paraId="477AC036" w14:textId="16CE56A5" w:rsidR="2E913D88" w:rsidRDefault="2E913D88" w:rsidP="2E913D88">
            <w:pPr>
              <w:rPr>
                <w:i/>
                <w:iCs/>
                <w:sz w:val="16"/>
                <w:szCs w:val="16"/>
              </w:rPr>
            </w:pPr>
            <w:r w:rsidRPr="2E913D88">
              <w:rPr>
                <w:i/>
                <w:iCs/>
                <w:sz w:val="16"/>
                <w:szCs w:val="16"/>
                <w:highlight w:val="lightGray"/>
              </w:rPr>
              <w:t>include GATS/ATAMIS reference code or evidence of an approved business case</w:t>
            </w:r>
          </w:p>
          <w:p w14:paraId="672E1020" w14:textId="3753B100" w:rsidR="2E913D88" w:rsidRDefault="2E913D88"/>
        </w:tc>
      </w:tr>
      <w:tr w:rsidR="00AF03F6" w:rsidRPr="00087C06" w14:paraId="59068D81" w14:textId="77777777" w:rsidTr="2E913D88">
        <w:tc>
          <w:tcPr>
            <w:tcW w:w="2880" w:type="dxa"/>
          </w:tcPr>
          <w:p w14:paraId="4B817696" w14:textId="1CABA36B" w:rsidR="00AF03F6" w:rsidRDefault="003F0C01">
            <w:pPr>
              <w:rPr>
                <w:sz w:val="18"/>
                <w:szCs w:val="18"/>
              </w:rPr>
            </w:pPr>
            <w:r w:rsidRPr="005A7CF3">
              <w:rPr>
                <w:b/>
                <w:bCs/>
              </w:rPr>
              <w:t>Risk ownership</w:t>
            </w:r>
            <w:r w:rsidR="005A7CF3" w:rsidRPr="005A7CF3">
              <w:rPr>
                <w:b/>
                <w:bCs/>
              </w:rPr>
              <w:t xml:space="preserve"> </w:t>
            </w:r>
            <w:r w:rsidR="00C17FB7">
              <w:rPr>
                <w:b/>
                <w:bCs/>
              </w:rPr>
              <w:t>and accountability</w:t>
            </w:r>
            <w:r w:rsidR="00D4114E">
              <w:rPr>
                <w:b/>
                <w:bCs/>
              </w:rPr>
              <w:br/>
            </w:r>
            <w:r w:rsidR="00BE0DF2">
              <w:rPr>
                <w:sz w:val="18"/>
                <w:szCs w:val="18"/>
              </w:rPr>
              <w:t>W</w:t>
            </w:r>
            <w:r w:rsidR="005A7CF3" w:rsidRPr="005A7CF3">
              <w:rPr>
                <w:sz w:val="18"/>
                <w:szCs w:val="18"/>
              </w:rPr>
              <w:t>ho owns and accepts risk</w:t>
            </w:r>
          </w:p>
          <w:p w14:paraId="2E8EED25" w14:textId="48502F48" w:rsidR="00D4114E" w:rsidRPr="00D4114E" w:rsidRDefault="00E86788">
            <w:pPr>
              <w:rPr>
                <w:b/>
                <w:bCs/>
              </w:rPr>
            </w:pPr>
            <w:r w:rsidRPr="00E86788">
              <w:rPr>
                <w:i/>
                <w:iCs/>
                <w:sz w:val="16"/>
                <w:szCs w:val="16"/>
                <w:highlight w:val="lightGray"/>
              </w:rPr>
              <w:t>Identify who is responsible for managing risks and confirm that risks have been reviewed and accepted at the appropriate level.</w:t>
            </w:r>
          </w:p>
        </w:tc>
        <w:tc>
          <w:tcPr>
            <w:tcW w:w="2880" w:type="dxa"/>
          </w:tcPr>
          <w:p w14:paraId="3C2C6B06" w14:textId="77777777" w:rsidR="00AF03F6" w:rsidRPr="00087C06" w:rsidRDefault="00AF03F6"/>
        </w:tc>
        <w:tc>
          <w:tcPr>
            <w:tcW w:w="2880" w:type="dxa"/>
          </w:tcPr>
          <w:p w14:paraId="0F12A311" w14:textId="77777777" w:rsidR="00AF03F6" w:rsidRPr="00087C06" w:rsidRDefault="00AF03F6"/>
        </w:tc>
      </w:tr>
      <w:tr w:rsidR="00AF03F6" w:rsidRPr="00087C06" w14:paraId="1E5EB553" w14:textId="77777777" w:rsidTr="2E913D88">
        <w:tc>
          <w:tcPr>
            <w:tcW w:w="2880" w:type="dxa"/>
          </w:tcPr>
          <w:p w14:paraId="5A22698A" w14:textId="11E813D9" w:rsidR="00AF03F6" w:rsidRDefault="003F0C01" w:rsidP="00E86788">
            <w:pPr>
              <w:rPr>
                <w:sz w:val="18"/>
                <w:szCs w:val="18"/>
              </w:rPr>
            </w:pPr>
            <w:r w:rsidRPr="005A7CF3">
              <w:rPr>
                <w:b/>
                <w:bCs/>
              </w:rPr>
              <w:t>Information governance</w:t>
            </w:r>
            <w:r w:rsidR="00C17FB7">
              <w:rPr>
                <w:b/>
                <w:bCs/>
              </w:rPr>
              <w:t xml:space="preserve"> and data protection</w:t>
            </w:r>
            <w:r w:rsidR="00E86788">
              <w:rPr>
                <w:b/>
                <w:bCs/>
              </w:rPr>
              <w:br/>
            </w:r>
            <w:r w:rsidR="005A7CF3" w:rsidRPr="005A7CF3">
              <w:rPr>
                <w:sz w:val="18"/>
                <w:szCs w:val="18"/>
              </w:rPr>
              <w:t>DPIA, privacy</w:t>
            </w:r>
            <w:r w:rsidR="00C17FB7">
              <w:rPr>
                <w:sz w:val="18"/>
                <w:szCs w:val="18"/>
              </w:rPr>
              <w:t>, data sharing</w:t>
            </w:r>
          </w:p>
          <w:p w14:paraId="6B6F6EE5" w14:textId="71221CD5" w:rsidR="00E86788" w:rsidRPr="00087C06" w:rsidRDefault="00E86788" w:rsidP="00E86788">
            <w:r w:rsidRPr="00E86788">
              <w:rPr>
                <w:i/>
                <w:iCs/>
                <w:sz w:val="16"/>
                <w:szCs w:val="16"/>
                <w:highlight w:val="lightGray"/>
              </w:rPr>
              <w:t>Describe how information governance has been considered, including privacy, transparency and data sharing. Reference any DPIA or supporting documents.</w:t>
            </w:r>
          </w:p>
        </w:tc>
        <w:tc>
          <w:tcPr>
            <w:tcW w:w="2880" w:type="dxa"/>
          </w:tcPr>
          <w:p w14:paraId="2CFE29A6" w14:textId="77777777" w:rsidR="00AF03F6" w:rsidRPr="00087C06" w:rsidRDefault="00AF03F6"/>
        </w:tc>
        <w:tc>
          <w:tcPr>
            <w:tcW w:w="2880" w:type="dxa"/>
          </w:tcPr>
          <w:p w14:paraId="2D9092DB" w14:textId="77777777" w:rsidR="00AF03F6" w:rsidRPr="00087C06" w:rsidRDefault="00AF03F6"/>
        </w:tc>
      </w:tr>
    </w:tbl>
    <w:p w14:paraId="7AEF7E20" w14:textId="77777777" w:rsidR="005A7CF3" w:rsidRDefault="005A7CF3"/>
    <w:p w14:paraId="15EBFDD2" w14:textId="77777777" w:rsidR="005A7CF3" w:rsidRPr="005A7CF3" w:rsidRDefault="005A7CF3" w:rsidP="005A7CF3">
      <w:r w:rsidRPr="005A7CF3">
        <w:rPr>
          <w:b/>
          <w:bCs/>
        </w:rPr>
        <w:t>Guidance</w:t>
      </w:r>
    </w:p>
    <w:p w14:paraId="19751D9C" w14:textId="77777777" w:rsidR="005A7CF3" w:rsidRPr="005A7CF3" w:rsidRDefault="005A7CF3" w:rsidP="005A7CF3">
      <w:pPr>
        <w:numPr>
          <w:ilvl w:val="0"/>
          <w:numId w:val="13"/>
        </w:numPr>
      </w:pPr>
      <w:r w:rsidRPr="005A7CF3">
        <w:lastRenderedPageBreak/>
        <w:t xml:space="preserve">Be clear about the policy driver and intended outcome </w:t>
      </w:r>
    </w:p>
    <w:p w14:paraId="3CFDA59D" w14:textId="77777777" w:rsidR="005A7CF3" w:rsidRPr="005A7CF3" w:rsidRDefault="005A7CF3" w:rsidP="005A7CF3">
      <w:pPr>
        <w:numPr>
          <w:ilvl w:val="0"/>
          <w:numId w:val="13"/>
        </w:numPr>
      </w:pPr>
      <w:r w:rsidRPr="005A7CF3">
        <w:t xml:space="preserve">Identify the legal basis and organisations in scope </w:t>
      </w:r>
    </w:p>
    <w:p w14:paraId="69C75DDC" w14:textId="77777777" w:rsidR="005A7CF3" w:rsidRPr="005A7CF3" w:rsidRDefault="005A7CF3" w:rsidP="005A7CF3">
      <w:pPr>
        <w:numPr>
          <w:ilvl w:val="0"/>
          <w:numId w:val="13"/>
        </w:numPr>
      </w:pPr>
      <w:r w:rsidRPr="005A7CF3">
        <w:t xml:space="preserve">Provide evidence of funding and governance </w:t>
      </w:r>
    </w:p>
    <w:p w14:paraId="2068BB5B" w14:textId="77777777" w:rsidR="005A7CF3" w:rsidRPr="005A7CF3" w:rsidRDefault="005A7CF3" w:rsidP="005A7CF3">
      <w:pPr>
        <w:numPr>
          <w:ilvl w:val="0"/>
          <w:numId w:val="13"/>
        </w:numPr>
      </w:pPr>
      <w:r w:rsidRPr="005A7CF3">
        <w:t>Include links or references where possible</w:t>
      </w:r>
    </w:p>
    <w:p w14:paraId="325EFBDB" w14:textId="06D02A32" w:rsidR="00AF03F6" w:rsidRPr="00087C06" w:rsidRDefault="003F0C01">
      <w:r w:rsidRPr="00087C06">
        <w:br w:type="page"/>
      </w:r>
    </w:p>
    <w:p w14:paraId="00F0DE13" w14:textId="77777777" w:rsidR="00AF03F6" w:rsidRPr="00087C06" w:rsidRDefault="003F0C01">
      <w:pPr>
        <w:pStyle w:val="Heading1"/>
      </w:pPr>
      <w:bookmarkStart w:id="37" w:name="_Toc227697787"/>
      <w:bookmarkStart w:id="38" w:name="_Toc227697983"/>
      <w:bookmarkStart w:id="39" w:name="_Toc227700907"/>
      <w:bookmarkStart w:id="40" w:name="_Toc227701111"/>
      <w:bookmarkStart w:id="41" w:name="_Toc227785453"/>
      <w:bookmarkStart w:id="42" w:name="_Toc228395135"/>
      <w:r w:rsidRPr="00087C06">
        <w:lastRenderedPageBreak/>
        <w:t>Section 6: Local impact and clinical safety</w:t>
      </w:r>
      <w:bookmarkEnd w:id="37"/>
      <w:bookmarkEnd w:id="38"/>
      <w:bookmarkEnd w:id="39"/>
      <w:bookmarkEnd w:id="40"/>
      <w:bookmarkEnd w:id="41"/>
      <w:bookmarkEnd w:id="42"/>
    </w:p>
    <w:p w14:paraId="33842664" w14:textId="34998AF9" w:rsidR="00AF03F6" w:rsidRPr="00087C06" w:rsidRDefault="0075058D">
      <w:pPr>
        <w:rPr>
          <w:iCs/>
        </w:rPr>
      </w:pPr>
      <w:r>
        <w:rPr>
          <w:iCs/>
        </w:rPr>
        <w:t>Please provide information on how you have assessed</w:t>
      </w:r>
      <w:r w:rsidR="005A7CF3">
        <w:rPr>
          <w:iCs/>
        </w:rPr>
        <w:t xml:space="preserve"> the impact of your request on organisations, staff and patients, including any risks. 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878"/>
        <w:gridCol w:w="2876"/>
        <w:gridCol w:w="2876"/>
      </w:tblGrid>
      <w:tr w:rsidR="00AF03F6" w:rsidRPr="00087C06" w14:paraId="6EDCA9F2" w14:textId="77777777" w:rsidTr="2E913D88">
        <w:tc>
          <w:tcPr>
            <w:tcW w:w="2880" w:type="dxa"/>
          </w:tcPr>
          <w:p w14:paraId="6FC1999A" w14:textId="7178D4DA" w:rsidR="00AF03F6" w:rsidRPr="00087C06" w:rsidRDefault="00AF03F6">
            <w:pPr>
              <w:rPr>
                <w:b/>
                <w:bCs/>
              </w:rPr>
            </w:pPr>
          </w:p>
        </w:tc>
        <w:tc>
          <w:tcPr>
            <w:tcW w:w="2880" w:type="dxa"/>
          </w:tcPr>
          <w:p w14:paraId="712E9507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Response</w:t>
            </w:r>
          </w:p>
        </w:tc>
        <w:tc>
          <w:tcPr>
            <w:tcW w:w="2880" w:type="dxa"/>
          </w:tcPr>
          <w:p w14:paraId="23181B51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Evidence</w:t>
            </w:r>
          </w:p>
        </w:tc>
      </w:tr>
      <w:tr w:rsidR="00AF03F6" w:rsidRPr="00087C06" w14:paraId="27851F37" w14:textId="77777777" w:rsidTr="2E913D88">
        <w:tc>
          <w:tcPr>
            <w:tcW w:w="2880" w:type="dxa"/>
          </w:tcPr>
          <w:p w14:paraId="6C4882DE" w14:textId="6EC2B574" w:rsidR="00AF03F6" w:rsidRDefault="003F0C01" w:rsidP="0005725A">
            <w:pPr>
              <w:rPr>
                <w:sz w:val="18"/>
                <w:szCs w:val="18"/>
              </w:rPr>
            </w:pPr>
            <w:r w:rsidRPr="005A7CF3">
              <w:rPr>
                <w:b/>
                <w:bCs/>
              </w:rPr>
              <w:t>Clinical safety</w:t>
            </w:r>
            <w:r w:rsidR="00C17FB7">
              <w:rPr>
                <w:b/>
                <w:bCs/>
              </w:rPr>
              <w:t xml:space="preserve"> assessment</w:t>
            </w:r>
            <w:r w:rsidR="0005725A">
              <w:rPr>
                <w:b/>
                <w:bCs/>
              </w:rPr>
              <w:br/>
            </w:r>
            <w:r w:rsidR="0005725A">
              <w:rPr>
                <w:sz w:val="18"/>
                <w:szCs w:val="18"/>
              </w:rPr>
              <w:t>H</w:t>
            </w:r>
            <w:r w:rsidR="00C17FB7">
              <w:rPr>
                <w:sz w:val="18"/>
                <w:szCs w:val="18"/>
              </w:rPr>
              <w:t>as safety been assessed and what are the findings</w:t>
            </w:r>
            <w:r w:rsidR="0005725A">
              <w:rPr>
                <w:sz w:val="18"/>
                <w:szCs w:val="18"/>
              </w:rPr>
              <w:t>.</w:t>
            </w:r>
            <w:r w:rsidR="005A7CF3" w:rsidRPr="005A7CF3">
              <w:rPr>
                <w:sz w:val="18"/>
                <w:szCs w:val="18"/>
              </w:rPr>
              <w:t xml:space="preserve"> </w:t>
            </w:r>
          </w:p>
          <w:p w14:paraId="2270999C" w14:textId="609EB948" w:rsidR="0005725A" w:rsidRPr="00087C06" w:rsidRDefault="0005725A" w:rsidP="0005725A">
            <w:r w:rsidRPr="0005725A">
              <w:rPr>
                <w:i/>
                <w:iCs/>
                <w:sz w:val="16"/>
                <w:szCs w:val="16"/>
                <w:highlight w:val="lightGray"/>
              </w:rPr>
              <w:t>Describe how clinical safety has been assessed and summarise the findings. Reference any formal safety documentation where available.</w:t>
            </w:r>
          </w:p>
        </w:tc>
        <w:tc>
          <w:tcPr>
            <w:tcW w:w="2880" w:type="dxa"/>
          </w:tcPr>
          <w:p w14:paraId="54C1B057" w14:textId="77777777" w:rsidR="00AF03F6" w:rsidRPr="00087C06" w:rsidRDefault="00AF03F6"/>
        </w:tc>
        <w:tc>
          <w:tcPr>
            <w:tcW w:w="2880" w:type="dxa"/>
          </w:tcPr>
          <w:p w14:paraId="2596DC10" w14:textId="77777777" w:rsidR="00AF03F6" w:rsidRPr="00087C06" w:rsidRDefault="00AF03F6"/>
        </w:tc>
      </w:tr>
      <w:tr w:rsidR="00AF03F6" w:rsidRPr="00087C06" w14:paraId="1CB17BCA" w14:textId="77777777" w:rsidTr="2E913D88">
        <w:tc>
          <w:tcPr>
            <w:tcW w:w="2880" w:type="dxa"/>
          </w:tcPr>
          <w:p w14:paraId="01985779" w14:textId="77777777" w:rsidR="0005725A" w:rsidRDefault="003F0C01" w:rsidP="0005725A">
            <w:pPr>
              <w:rPr>
                <w:sz w:val="18"/>
                <w:szCs w:val="18"/>
              </w:rPr>
            </w:pPr>
            <w:r w:rsidRPr="005A7CF3">
              <w:rPr>
                <w:b/>
                <w:bCs/>
              </w:rPr>
              <w:t>Risk of harm</w:t>
            </w:r>
            <w:r w:rsidR="0005725A">
              <w:rPr>
                <w:b/>
                <w:bCs/>
              </w:rPr>
              <w:br/>
            </w:r>
            <w:r w:rsidR="0005725A">
              <w:rPr>
                <w:sz w:val="18"/>
                <w:szCs w:val="18"/>
              </w:rPr>
              <w:t>T</w:t>
            </w:r>
            <w:r w:rsidR="005A7CF3" w:rsidRPr="005A7CF3">
              <w:rPr>
                <w:sz w:val="18"/>
                <w:szCs w:val="18"/>
              </w:rPr>
              <w:t>o patients, staff or others</w:t>
            </w:r>
          </w:p>
          <w:p w14:paraId="390B4CCF" w14:textId="6E008BE0" w:rsidR="005A7CF3" w:rsidRPr="00087C06" w:rsidRDefault="00B82E2D" w:rsidP="0005725A">
            <w:r w:rsidRPr="00B82E2D">
              <w:rPr>
                <w:i/>
                <w:iCs/>
                <w:sz w:val="16"/>
                <w:szCs w:val="16"/>
                <w:highlight w:val="lightGray"/>
              </w:rPr>
              <w:t>Explain any potential risks associated with this request and who may be affected. Include how these risks will be managed.</w:t>
            </w:r>
            <w:r w:rsidR="005A7CF3" w:rsidRPr="005A7CF3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80" w:type="dxa"/>
          </w:tcPr>
          <w:p w14:paraId="018E7426" w14:textId="77777777" w:rsidR="00AF03F6" w:rsidRPr="00087C06" w:rsidRDefault="00AF03F6"/>
        </w:tc>
        <w:tc>
          <w:tcPr>
            <w:tcW w:w="2880" w:type="dxa"/>
          </w:tcPr>
          <w:p w14:paraId="510A8C34" w14:textId="77777777" w:rsidR="00AF03F6" w:rsidRPr="00087C06" w:rsidRDefault="00AF03F6"/>
        </w:tc>
      </w:tr>
      <w:tr w:rsidR="00AF03F6" w:rsidRPr="00087C06" w14:paraId="380E0D09" w14:textId="77777777" w:rsidTr="2E913D88">
        <w:tc>
          <w:tcPr>
            <w:tcW w:w="2880" w:type="dxa"/>
          </w:tcPr>
          <w:p w14:paraId="01CA0150" w14:textId="77777777" w:rsidR="005A7CF3" w:rsidRDefault="005A7CF3">
            <w:pPr>
              <w:rPr>
                <w:sz w:val="18"/>
                <w:szCs w:val="18"/>
              </w:rPr>
            </w:pPr>
            <w:r w:rsidRPr="005A7CF3">
              <w:rPr>
                <w:b/>
                <w:bCs/>
              </w:rPr>
              <w:t>Stakeholder engagement</w:t>
            </w:r>
            <w:r w:rsidR="00E20090">
              <w:rPr>
                <w:b/>
                <w:bCs/>
              </w:rPr>
              <w:t xml:space="preserve"> </w:t>
            </w:r>
            <w:r w:rsidR="00B82E2D" w:rsidRPr="00B82E2D">
              <w:rPr>
                <w:sz w:val="18"/>
                <w:szCs w:val="18"/>
              </w:rPr>
              <w:t>W</w:t>
            </w:r>
            <w:r w:rsidRPr="005A7CF3">
              <w:rPr>
                <w:sz w:val="18"/>
                <w:szCs w:val="18"/>
              </w:rPr>
              <w:t xml:space="preserve">ho was engaged and what feedback was received </w:t>
            </w:r>
          </w:p>
          <w:p w14:paraId="5FE6AB9A" w14:textId="458E8D5B" w:rsidR="00B82E2D" w:rsidRPr="00B82E2D" w:rsidRDefault="37223457">
            <w:pPr>
              <w:rPr>
                <w:b/>
                <w:bCs/>
              </w:rPr>
            </w:pPr>
            <w:r w:rsidRPr="2E913D88">
              <w:rPr>
                <w:i/>
                <w:iCs/>
                <w:sz w:val="16"/>
                <w:szCs w:val="16"/>
                <w:highlight w:val="lightGray"/>
              </w:rPr>
              <w:t xml:space="preserve">Describe </w:t>
            </w:r>
            <w:r w:rsidR="721581B1" w:rsidRPr="2E913D88">
              <w:rPr>
                <w:i/>
                <w:iCs/>
                <w:sz w:val="16"/>
                <w:szCs w:val="16"/>
                <w:highlight w:val="lightGray"/>
              </w:rPr>
              <w:t xml:space="preserve">how stakeholders were identified, which </w:t>
            </w:r>
            <w:r w:rsidRPr="2E913D88">
              <w:rPr>
                <w:i/>
                <w:iCs/>
                <w:sz w:val="16"/>
                <w:szCs w:val="16"/>
                <w:highlight w:val="lightGray"/>
              </w:rPr>
              <w:t>stakeholders have been involved, how they were engaged, and how their feedback</w:t>
            </w:r>
            <w:r w:rsidR="18D47AEC" w:rsidRPr="2E913D88">
              <w:rPr>
                <w:i/>
                <w:iCs/>
                <w:sz w:val="16"/>
                <w:szCs w:val="16"/>
                <w:highlight w:val="lightGray"/>
              </w:rPr>
              <w:t xml:space="preserve"> has been documented and</w:t>
            </w:r>
            <w:r w:rsidRPr="2E913D88">
              <w:rPr>
                <w:i/>
                <w:iCs/>
                <w:sz w:val="16"/>
                <w:szCs w:val="16"/>
                <w:highlight w:val="lightGray"/>
              </w:rPr>
              <w:t xml:space="preserve"> influenced this request.</w:t>
            </w:r>
          </w:p>
        </w:tc>
        <w:tc>
          <w:tcPr>
            <w:tcW w:w="2880" w:type="dxa"/>
          </w:tcPr>
          <w:p w14:paraId="2F522E21" w14:textId="77777777" w:rsidR="00AF03F6" w:rsidRPr="00087C06" w:rsidRDefault="00AF03F6"/>
        </w:tc>
        <w:tc>
          <w:tcPr>
            <w:tcW w:w="2880" w:type="dxa"/>
          </w:tcPr>
          <w:p w14:paraId="7EC07323" w14:textId="77777777" w:rsidR="00AF03F6" w:rsidRPr="00087C06" w:rsidRDefault="00AF03F6"/>
        </w:tc>
      </w:tr>
      <w:tr w:rsidR="00AF03F6" w:rsidRPr="00087C06" w14:paraId="3F513D04" w14:textId="77777777" w:rsidTr="2E913D88">
        <w:tc>
          <w:tcPr>
            <w:tcW w:w="2880" w:type="dxa"/>
          </w:tcPr>
          <w:p w14:paraId="7AFBB928" w14:textId="77777777" w:rsidR="005A7CF3" w:rsidRDefault="00C17FB7">
            <w:pPr>
              <w:rPr>
                <w:sz w:val="18"/>
                <w:szCs w:val="18"/>
              </w:rPr>
            </w:pPr>
            <w:r>
              <w:rPr>
                <w:b/>
                <w:bCs/>
              </w:rPr>
              <w:t>Expected b</w:t>
            </w:r>
            <w:r w:rsidRPr="005A7CF3">
              <w:rPr>
                <w:b/>
                <w:bCs/>
              </w:rPr>
              <w:t>enefits</w:t>
            </w:r>
            <w:r w:rsidR="002C00F3">
              <w:rPr>
                <w:b/>
                <w:bCs/>
              </w:rPr>
              <w:br/>
            </w:r>
            <w:r w:rsidR="002C00F3">
              <w:rPr>
                <w:sz w:val="18"/>
                <w:szCs w:val="18"/>
              </w:rPr>
              <w:t>F</w:t>
            </w:r>
            <w:r w:rsidR="005A7CF3" w:rsidRPr="005A7CF3">
              <w:rPr>
                <w:sz w:val="18"/>
                <w:szCs w:val="18"/>
              </w:rPr>
              <w:t>inancial and non-financial</w:t>
            </w:r>
            <w:r>
              <w:rPr>
                <w:sz w:val="18"/>
                <w:szCs w:val="18"/>
              </w:rPr>
              <w:t xml:space="preserve"> outcomes</w:t>
            </w:r>
          </w:p>
          <w:p w14:paraId="0E16EDE9" w14:textId="5ADC8A84" w:rsidR="002C00F3" w:rsidRPr="002C00F3" w:rsidRDefault="002C00F3">
            <w:pPr>
              <w:rPr>
                <w:b/>
                <w:bCs/>
              </w:rPr>
            </w:pPr>
            <w:r w:rsidRPr="002C00F3">
              <w:rPr>
                <w:i/>
                <w:iCs/>
                <w:sz w:val="16"/>
                <w:szCs w:val="16"/>
                <w:highlight w:val="lightGray"/>
              </w:rPr>
              <w:t>Outline the benefits this request will deliver. Include both measurable outcomes (for example cost savings) and wider benefits (for example improved quality or efficiency).</w:t>
            </w:r>
          </w:p>
        </w:tc>
        <w:tc>
          <w:tcPr>
            <w:tcW w:w="2880" w:type="dxa"/>
          </w:tcPr>
          <w:p w14:paraId="20B1BCBE" w14:textId="77777777" w:rsidR="00AF03F6" w:rsidRPr="00087C06" w:rsidRDefault="00AF03F6"/>
        </w:tc>
        <w:tc>
          <w:tcPr>
            <w:tcW w:w="2880" w:type="dxa"/>
          </w:tcPr>
          <w:p w14:paraId="5DA2883C" w14:textId="77777777" w:rsidR="00AF03F6" w:rsidRPr="00087C06" w:rsidRDefault="00AF03F6"/>
        </w:tc>
      </w:tr>
      <w:tr w:rsidR="00AF03F6" w:rsidRPr="00087C06" w14:paraId="282665DC" w14:textId="77777777" w:rsidTr="2E913D88">
        <w:tc>
          <w:tcPr>
            <w:tcW w:w="2880" w:type="dxa"/>
          </w:tcPr>
          <w:p w14:paraId="19962BD4" w14:textId="77777777" w:rsidR="00AF03F6" w:rsidRDefault="00C17FB7">
            <w:pPr>
              <w:rPr>
                <w:b/>
                <w:bCs/>
              </w:rPr>
            </w:pPr>
            <w:r>
              <w:rPr>
                <w:b/>
                <w:bCs/>
              </w:rPr>
              <w:t>Implementation r</w:t>
            </w:r>
            <w:r w:rsidRPr="005A7CF3">
              <w:rPr>
                <w:b/>
                <w:bCs/>
              </w:rPr>
              <w:t>isks &amp; mitigations</w:t>
            </w:r>
          </w:p>
          <w:p w14:paraId="2A9E866A" w14:textId="2E3AEFB4" w:rsidR="002C00F3" w:rsidRPr="005A7CF3" w:rsidRDefault="006365C5">
            <w:pPr>
              <w:rPr>
                <w:b/>
                <w:bCs/>
              </w:rPr>
            </w:pPr>
            <w:r w:rsidRPr="006365C5">
              <w:rPr>
                <w:i/>
                <w:iCs/>
                <w:sz w:val="16"/>
                <w:szCs w:val="16"/>
                <w:highlight w:val="lightGray"/>
              </w:rPr>
              <w:t>Identify any risks to successful implementation and describe the actions in place to reduce or manage these risks.</w:t>
            </w:r>
          </w:p>
        </w:tc>
        <w:tc>
          <w:tcPr>
            <w:tcW w:w="2880" w:type="dxa"/>
          </w:tcPr>
          <w:p w14:paraId="1E9760AF" w14:textId="77777777" w:rsidR="00AF03F6" w:rsidRPr="00087C06" w:rsidRDefault="00AF03F6"/>
        </w:tc>
        <w:tc>
          <w:tcPr>
            <w:tcW w:w="2880" w:type="dxa"/>
          </w:tcPr>
          <w:p w14:paraId="3064DAB0" w14:textId="77777777" w:rsidR="00AF03F6" w:rsidRPr="00087C06" w:rsidRDefault="00AF03F6"/>
        </w:tc>
      </w:tr>
      <w:tr w:rsidR="37F8AB7B" w14:paraId="36F27A43" w14:textId="77777777" w:rsidTr="37F8AB7B">
        <w:trPr>
          <w:trHeight w:val="300"/>
        </w:trPr>
        <w:tc>
          <w:tcPr>
            <w:tcW w:w="2878" w:type="dxa"/>
          </w:tcPr>
          <w:p w14:paraId="28C4D68A" w14:textId="61A7E7EE" w:rsidR="5BE2F17C" w:rsidRDefault="5BE2F17C" w:rsidP="37F8AB7B">
            <w:pPr>
              <w:rPr>
                <w:b/>
                <w:bCs/>
              </w:rPr>
            </w:pPr>
            <w:r w:rsidRPr="37F8AB7B">
              <w:rPr>
                <w:b/>
                <w:bCs/>
              </w:rPr>
              <w:t>Post implementation review</w:t>
            </w:r>
          </w:p>
          <w:p w14:paraId="0B7D5937" w14:textId="45327ECC" w:rsidR="207A9C2F" w:rsidRDefault="207A9C2F" w:rsidP="37F8AB7B">
            <w:pPr>
              <w:rPr>
                <w:i/>
                <w:iCs/>
                <w:sz w:val="16"/>
                <w:szCs w:val="16"/>
                <w:highlight w:val="lightGray"/>
              </w:rPr>
            </w:pPr>
            <w:r w:rsidRPr="37F8AB7B">
              <w:rPr>
                <w:i/>
                <w:iCs/>
                <w:sz w:val="16"/>
                <w:szCs w:val="16"/>
                <w:highlight w:val="lightGray"/>
              </w:rPr>
              <w:t>On</w:t>
            </w:r>
            <w:r w:rsidR="5BE2F17C" w:rsidRPr="37F8AB7B">
              <w:rPr>
                <w:i/>
                <w:iCs/>
                <w:sz w:val="16"/>
                <w:szCs w:val="16"/>
                <w:highlight w:val="lightGray"/>
              </w:rPr>
              <w:t>ly applicable when making a change to an existing standard or collection. If unsure, ask the Assurance Team.</w:t>
            </w:r>
          </w:p>
        </w:tc>
        <w:tc>
          <w:tcPr>
            <w:tcW w:w="2876" w:type="dxa"/>
          </w:tcPr>
          <w:p w14:paraId="75C80246" w14:textId="056EC6DB" w:rsidR="37F8AB7B" w:rsidRDefault="37F8AB7B" w:rsidP="37F8AB7B"/>
        </w:tc>
        <w:tc>
          <w:tcPr>
            <w:tcW w:w="2876" w:type="dxa"/>
          </w:tcPr>
          <w:p w14:paraId="0CA0B084" w14:textId="1D84B477" w:rsidR="37F8AB7B" w:rsidRDefault="37F8AB7B" w:rsidP="37F8AB7B"/>
        </w:tc>
      </w:tr>
    </w:tbl>
    <w:p w14:paraId="13BC4D5E" w14:textId="77777777" w:rsidR="005A7CF3" w:rsidRDefault="005A7CF3"/>
    <w:p w14:paraId="14EAEDAB" w14:textId="77777777" w:rsidR="005A7CF3" w:rsidRPr="005A7CF3" w:rsidRDefault="005A7CF3" w:rsidP="005A7CF3">
      <w:r w:rsidRPr="005A7CF3">
        <w:rPr>
          <w:b/>
          <w:bCs/>
        </w:rPr>
        <w:t>Guidance</w:t>
      </w:r>
    </w:p>
    <w:p w14:paraId="13AC6DA6" w14:textId="77777777" w:rsidR="005A7CF3" w:rsidRPr="005A7CF3" w:rsidRDefault="005A7CF3" w:rsidP="005A7CF3">
      <w:pPr>
        <w:numPr>
          <w:ilvl w:val="0"/>
          <w:numId w:val="14"/>
        </w:numPr>
      </w:pPr>
      <w:r w:rsidRPr="005A7CF3">
        <w:t xml:space="preserve">Consider both positive and negative impacts </w:t>
      </w:r>
    </w:p>
    <w:p w14:paraId="58F73971" w14:textId="77777777" w:rsidR="005A7CF3" w:rsidRPr="005A7CF3" w:rsidRDefault="005A7CF3" w:rsidP="005A7CF3">
      <w:pPr>
        <w:numPr>
          <w:ilvl w:val="0"/>
          <w:numId w:val="14"/>
        </w:numPr>
      </w:pPr>
      <w:r w:rsidRPr="005A7CF3">
        <w:t xml:space="preserve">Provide evidence of stakeholder engagement </w:t>
      </w:r>
    </w:p>
    <w:p w14:paraId="1F639079" w14:textId="77777777" w:rsidR="005A7CF3" w:rsidRPr="005A7CF3" w:rsidRDefault="005A7CF3" w:rsidP="005A7CF3">
      <w:pPr>
        <w:numPr>
          <w:ilvl w:val="0"/>
          <w:numId w:val="14"/>
        </w:numPr>
      </w:pPr>
      <w:r w:rsidRPr="005A7CF3">
        <w:t>Clearly identify risks and how they will be managed</w:t>
      </w:r>
    </w:p>
    <w:p w14:paraId="641E6D2E" w14:textId="70F575FD" w:rsidR="00AF03F6" w:rsidRPr="00087C06" w:rsidRDefault="003F0C01">
      <w:r w:rsidRPr="00087C06">
        <w:br w:type="page"/>
      </w:r>
    </w:p>
    <w:p w14:paraId="7E4F69C1" w14:textId="77777777" w:rsidR="00AF03F6" w:rsidRPr="00087C06" w:rsidRDefault="003F0C01">
      <w:pPr>
        <w:pStyle w:val="Heading1"/>
      </w:pPr>
      <w:bookmarkStart w:id="43" w:name="_Toc227697788"/>
      <w:bookmarkStart w:id="44" w:name="_Toc227697984"/>
      <w:bookmarkStart w:id="45" w:name="_Toc227700908"/>
      <w:bookmarkStart w:id="46" w:name="_Toc227701112"/>
      <w:bookmarkStart w:id="47" w:name="_Toc227785454"/>
      <w:bookmarkStart w:id="48" w:name="_Toc228395136"/>
      <w:r w:rsidRPr="00087C06">
        <w:lastRenderedPageBreak/>
        <w:t>Section 7: Technical design and data quality</w:t>
      </w:r>
      <w:bookmarkEnd w:id="43"/>
      <w:bookmarkEnd w:id="44"/>
      <w:bookmarkEnd w:id="45"/>
      <w:bookmarkEnd w:id="46"/>
      <w:bookmarkEnd w:id="47"/>
      <w:bookmarkEnd w:id="48"/>
    </w:p>
    <w:p w14:paraId="47990E78" w14:textId="065C36E4" w:rsidR="00AF03F6" w:rsidRPr="00087C06" w:rsidRDefault="0075058D">
      <w:pPr>
        <w:rPr>
          <w:iCs/>
        </w:rPr>
      </w:pPr>
      <w:r>
        <w:rPr>
          <w:iCs/>
        </w:rPr>
        <w:t>Please</w:t>
      </w:r>
      <w:r w:rsidR="005A7CF3">
        <w:rPr>
          <w:iCs/>
        </w:rPr>
        <w:t xml:space="preserve"> demonstrate that your request can be implemented, supported and maintained effectively. 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878"/>
        <w:gridCol w:w="2876"/>
        <w:gridCol w:w="2876"/>
      </w:tblGrid>
      <w:tr w:rsidR="00AF03F6" w:rsidRPr="00087C06" w14:paraId="1C4F6103" w14:textId="77777777" w:rsidTr="2E913D88">
        <w:tc>
          <w:tcPr>
            <w:tcW w:w="2880" w:type="dxa"/>
          </w:tcPr>
          <w:p w14:paraId="55CCE716" w14:textId="30361F66" w:rsidR="00AF03F6" w:rsidRPr="00087C06" w:rsidRDefault="00AF03F6">
            <w:pPr>
              <w:rPr>
                <w:b/>
                <w:bCs/>
              </w:rPr>
            </w:pPr>
          </w:p>
        </w:tc>
        <w:tc>
          <w:tcPr>
            <w:tcW w:w="2880" w:type="dxa"/>
          </w:tcPr>
          <w:p w14:paraId="30CA1A80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Response</w:t>
            </w:r>
          </w:p>
        </w:tc>
        <w:tc>
          <w:tcPr>
            <w:tcW w:w="2880" w:type="dxa"/>
          </w:tcPr>
          <w:p w14:paraId="54675C5E" w14:textId="77777777" w:rsidR="00AF03F6" w:rsidRPr="00087C06" w:rsidRDefault="003F0C01">
            <w:pPr>
              <w:rPr>
                <w:b/>
                <w:bCs/>
              </w:rPr>
            </w:pPr>
            <w:r w:rsidRPr="00087C06">
              <w:rPr>
                <w:b/>
                <w:bCs/>
              </w:rPr>
              <w:t>Evidence</w:t>
            </w:r>
          </w:p>
        </w:tc>
      </w:tr>
      <w:tr w:rsidR="00AF03F6" w:rsidRPr="00087C06" w14:paraId="1D5990F9" w14:textId="77777777" w:rsidTr="2E913D88">
        <w:tc>
          <w:tcPr>
            <w:tcW w:w="2880" w:type="dxa"/>
          </w:tcPr>
          <w:p w14:paraId="7F72CF9C" w14:textId="77777777" w:rsidR="005A7CF3" w:rsidRDefault="00C17FB7" w:rsidP="006365C5">
            <w:pPr>
              <w:rPr>
                <w:sz w:val="18"/>
                <w:szCs w:val="18"/>
              </w:rPr>
            </w:pPr>
            <w:r>
              <w:rPr>
                <w:b/>
                <w:bCs/>
              </w:rPr>
              <w:t>Data collection or standard delivery method</w:t>
            </w:r>
            <w:r w:rsidR="006365C5">
              <w:rPr>
                <w:b/>
                <w:bCs/>
              </w:rPr>
              <w:br/>
            </w:r>
            <w:r w:rsidR="006365C5">
              <w:rPr>
                <w:sz w:val="18"/>
                <w:szCs w:val="18"/>
              </w:rPr>
              <w:t>S</w:t>
            </w:r>
            <w:r w:rsidR="005A7CF3" w:rsidRPr="005A7CF3">
              <w:rPr>
                <w:sz w:val="18"/>
                <w:szCs w:val="18"/>
              </w:rPr>
              <w:t>ystem</w:t>
            </w:r>
            <w:r w:rsidR="003178AA">
              <w:rPr>
                <w:sz w:val="18"/>
                <w:szCs w:val="18"/>
              </w:rPr>
              <w:t xml:space="preserve"> or </w:t>
            </w:r>
            <w:r w:rsidR="005A7CF3" w:rsidRPr="005A7CF3">
              <w:rPr>
                <w:sz w:val="18"/>
                <w:szCs w:val="18"/>
              </w:rPr>
              <w:t>platform used</w:t>
            </w:r>
          </w:p>
          <w:p w14:paraId="2C4961EB" w14:textId="468480BF" w:rsidR="006365C5" w:rsidRPr="006365C5" w:rsidRDefault="006365C5" w:rsidP="006365C5">
            <w:pPr>
              <w:rPr>
                <w:b/>
                <w:bCs/>
              </w:rPr>
            </w:pPr>
            <w:r w:rsidRPr="006365C5">
              <w:rPr>
                <w:i/>
                <w:iCs/>
                <w:sz w:val="16"/>
                <w:szCs w:val="16"/>
                <w:highlight w:val="lightGray"/>
              </w:rPr>
              <w:t>Describe how this request will be delivered, including the system or platform used and how organisations will interact with it.</w:t>
            </w:r>
          </w:p>
        </w:tc>
        <w:tc>
          <w:tcPr>
            <w:tcW w:w="2880" w:type="dxa"/>
          </w:tcPr>
          <w:p w14:paraId="163E4632" w14:textId="77777777" w:rsidR="00AF03F6" w:rsidRPr="00087C06" w:rsidRDefault="00AF03F6"/>
        </w:tc>
        <w:tc>
          <w:tcPr>
            <w:tcW w:w="2880" w:type="dxa"/>
          </w:tcPr>
          <w:p w14:paraId="6E17AD20" w14:textId="77777777" w:rsidR="00AF03F6" w:rsidRPr="00087C06" w:rsidRDefault="00AF03F6"/>
        </w:tc>
      </w:tr>
      <w:tr w:rsidR="00AF03F6" w:rsidRPr="00087C06" w14:paraId="366EDB66" w14:textId="77777777" w:rsidTr="2E913D88">
        <w:tc>
          <w:tcPr>
            <w:tcW w:w="2880" w:type="dxa"/>
          </w:tcPr>
          <w:p w14:paraId="4A739D35" w14:textId="0A0DD74B" w:rsidR="005A7CF3" w:rsidRPr="00B23AC2" w:rsidRDefault="003F0C01">
            <w:pPr>
              <w:rPr>
                <w:b/>
                <w:bCs/>
              </w:rPr>
            </w:pPr>
            <w:r w:rsidRPr="005A7CF3">
              <w:rPr>
                <w:b/>
                <w:bCs/>
              </w:rPr>
              <w:t>Testing</w:t>
            </w:r>
            <w:r w:rsidR="003178AA">
              <w:rPr>
                <w:b/>
                <w:bCs/>
              </w:rPr>
              <w:t xml:space="preserve"> approach and evidence</w:t>
            </w:r>
            <w:r w:rsidR="00B23AC2">
              <w:rPr>
                <w:b/>
                <w:bCs/>
              </w:rPr>
              <w:br/>
            </w:r>
            <w:r w:rsidR="00B23AC2">
              <w:rPr>
                <w:sz w:val="18"/>
                <w:szCs w:val="18"/>
              </w:rPr>
              <w:t>W</w:t>
            </w:r>
            <w:r w:rsidR="005A7CF3" w:rsidRPr="005A7CF3">
              <w:rPr>
                <w:sz w:val="18"/>
                <w:szCs w:val="18"/>
              </w:rPr>
              <w:t xml:space="preserve">hat has been </w:t>
            </w:r>
            <w:r w:rsidR="003178AA">
              <w:rPr>
                <w:sz w:val="18"/>
                <w:szCs w:val="18"/>
              </w:rPr>
              <w:t>tested</w:t>
            </w:r>
            <w:r w:rsidR="005A7CF3" w:rsidRPr="005A7CF3">
              <w:rPr>
                <w:sz w:val="18"/>
                <w:szCs w:val="18"/>
              </w:rPr>
              <w:t xml:space="preserve"> and results</w:t>
            </w:r>
          </w:p>
          <w:p w14:paraId="101B6D1D" w14:textId="42CA7D76" w:rsidR="00B23AC2" w:rsidRPr="00087C06" w:rsidRDefault="4DB381D2">
            <w:r w:rsidRPr="2E913D88">
              <w:rPr>
                <w:i/>
                <w:iCs/>
                <w:sz w:val="16"/>
                <w:szCs w:val="16"/>
                <w:highlight w:val="lightGray"/>
              </w:rPr>
              <w:t>Explain what testing has been completed or is planned.</w:t>
            </w:r>
            <w:r w:rsidR="4EE64625" w:rsidRPr="2E913D88">
              <w:rPr>
                <w:i/>
                <w:iCs/>
                <w:sz w:val="16"/>
                <w:szCs w:val="16"/>
                <w:highlight w:val="lightGray"/>
              </w:rPr>
              <w:t xml:space="preserve"> What accessibility requirements have been considered.</w:t>
            </w:r>
            <w:r w:rsidRPr="2E913D88">
              <w:rPr>
                <w:i/>
                <w:iCs/>
                <w:sz w:val="16"/>
                <w:szCs w:val="16"/>
                <w:highlight w:val="lightGray"/>
              </w:rPr>
              <w:t xml:space="preserve"> Include the type of testing and any results or outcomes where available.</w:t>
            </w:r>
          </w:p>
        </w:tc>
        <w:tc>
          <w:tcPr>
            <w:tcW w:w="2880" w:type="dxa"/>
          </w:tcPr>
          <w:p w14:paraId="07359E0C" w14:textId="77777777" w:rsidR="00AF03F6" w:rsidRPr="00087C06" w:rsidRDefault="00AF03F6"/>
        </w:tc>
        <w:tc>
          <w:tcPr>
            <w:tcW w:w="2880" w:type="dxa"/>
          </w:tcPr>
          <w:p w14:paraId="2EFCE1CA" w14:textId="77777777" w:rsidR="00AF03F6" w:rsidRPr="00087C06" w:rsidRDefault="00AF03F6"/>
        </w:tc>
      </w:tr>
      <w:tr w:rsidR="00AF03F6" w:rsidRPr="00087C06" w14:paraId="5E27C72C" w14:textId="77777777" w:rsidTr="2E913D88">
        <w:tc>
          <w:tcPr>
            <w:tcW w:w="2880" w:type="dxa"/>
          </w:tcPr>
          <w:p w14:paraId="2F61B208" w14:textId="77777777" w:rsidR="005A7CF3" w:rsidRDefault="003F0C01">
            <w:pPr>
              <w:rPr>
                <w:sz w:val="18"/>
                <w:szCs w:val="18"/>
              </w:rPr>
            </w:pPr>
            <w:r w:rsidRPr="005A7CF3">
              <w:rPr>
                <w:b/>
                <w:bCs/>
              </w:rPr>
              <w:t>Requirements spec</w:t>
            </w:r>
            <w:r w:rsidR="005A7CF3">
              <w:rPr>
                <w:b/>
                <w:bCs/>
              </w:rPr>
              <w:t>ification</w:t>
            </w:r>
            <w:r w:rsidR="00B23AC2">
              <w:rPr>
                <w:b/>
                <w:bCs/>
              </w:rPr>
              <w:br/>
            </w:r>
            <w:r w:rsidR="00B23AC2">
              <w:rPr>
                <w:sz w:val="18"/>
                <w:szCs w:val="18"/>
              </w:rPr>
              <w:t>S</w:t>
            </w:r>
            <w:r w:rsidR="003178AA">
              <w:rPr>
                <w:sz w:val="18"/>
                <w:szCs w:val="18"/>
              </w:rPr>
              <w:t>tatus and approval</w:t>
            </w:r>
          </w:p>
          <w:p w14:paraId="55E3A9CD" w14:textId="1B4F031A" w:rsidR="00B23AC2" w:rsidRPr="00B23AC2" w:rsidRDefault="00B23AC2">
            <w:pPr>
              <w:rPr>
                <w:b/>
                <w:bCs/>
              </w:rPr>
            </w:pPr>
            <w:r w:rsidRPr="00B23AC2">
              <w:rPr>
                <w:i/>
                <w:iCs/>
                <w:sz w:val="16"/>
                <w:szCs w:val="16"/>
                <w:highlight w:val="lightGray"/>
              </w:rPr>
              <w:t>Confirm whether a requirements specification has been developed and its current status. Include links or references if available.</w:t>
            </w:r>
          </w:p>
        </w:tc>
        <w:tc>
          <w:tcPr>
            <w:tcW w:w="2880" w:type="dxa"/>
          </w:tcPr>
          <w:p w14:paraId="19F5FDD5" w14:textId="77777777" w:rsidR="00AF03F6" w:rsidRPr="00087C06" w:rsidRDefault="00AF03F6"/>
        </w:tc>
        <w:tc>
          <w:tcPr>
            <w:tcW w:w="2880" w:type="dxa"/>
          </w:tcPr>
          <w:p w14:paraId="0D179E7D" w14:textId="77777777" w:rsidR="00AF03F6" w:rsidRPr="00087C06" w:rsidRDefault="00AF03F6"/>
        </w:tc>
      </w:tr>
      <w:tr w:rsidR="00AF03F6" w:rsidRPr="00087C06" w14:paraId="1E667C80" w14:textId="77777777" w:rsidTr="2E913D88">
        <w:tc>
          <w:tcPr>
            <w:tcW w:w="2880" w:type="dxa"/>
          </w:tcPr>
          <w:p w14:paraId="4652F854" w14:textId="3BD95235" w:rsidR="005A7CF3" w:rsidRPr="007E7D5D" w:rsidRDefault="003F0C01">
            <w:pPr>
              <w:rPr>
                <w:b/>
                <w:bCs/>
              </w:rPr>
            </w:pPr>
            <w:r w:rsidRPr="005A7CF3">
              <w:rPr>
                <w:b/>
                <w:bCs/>
              </w:rPr>
              <w:t>Data quality</w:t>
            </w:r>
            <w:r w:rsidR="005A7CF3" w:rsidRPr="005A7CF3">
              <w:rPr>
                <w:b/>
                <w:bCs/>
              </w:rPr>
              <w:t xml:space="preserve"> </w:t>
            </w:r>
            <w:r w:rsidR="003178AA">
              <w:rPr>
                <w:b/>
                <w:bCs/>
              </w:rPr>
              <w:t xml:space="preserve">management </w:t>
            </w:r>
            <w:r w:rsidR="005A7CF3" w:rsidRPr="005A7CF3">
              <w:rPr>
                <w:b/>
                <w:bCs/>
              </w:rPr>
              <w:t>approach</w:t>
            </w:r>
            <w:r w:rsidR="007E7D5D">
              <w:rPr>
                <w:b/>
                <w:bCs/>
              </w:rPr>
              <w:br/>
            </w:r>
            <w:r w:rsidR="007E7D5D">
              <w:rPr>
                <w:sz w:val="18"/>
                <w:szCs w:val="18"/>
              </w:rPr>
              <w:t>H</w:t>
            </w:r>
            <w:r w:rsidR="005A7CF3">
              <w:rPr>
                <w:sz w:val="18"/>
                <w:szCs w:val="18"/>
              </w:rPr>
              <w:t>ow quality will be measured and improved</w:t>
            </w:r>
          </w:p>
          <w:p w14:paraId="3710D1CE" w14:textId="6C62280F" w:rsidR="007E7D5D" w:rsidRPr="00087C06" w:rsidRDefault="007E7D5D">
            <w:r w:rsidRPr="007E7D5D">
              <w:rPr>
                <w:i/>
                <w:iCs/>
                <w:sz w:val="16"/>
                <w:szCs w:val="16"/>
                <w:highlight w:val="lightGray"/>
              </w:rPr>
              <w:t>Describe how data quality will be monitored, measured and improved over time. Include any relevant standards or frameworks.</w:t>
            </w:r>
          </w:p>
        </w:tc>
        <w:tc>
          <w:tcPr>
            <w:tcW w:w="2880" w:type="dxa"/>
          </w:tcPr>
          <w:p w14:paraId="1B4D981E" w14:textId="77777777" w:rsidR="00AF03F6" w:rsidRPr="00087C06" w:rsidRDefault="00AF03F6"/>
        </w:tc>
        <w:tc>
          <w:tcPr>
            <w:tcW w:w="2880" w:type="dxa"/>
          </w:tcPr>
          <w:p w14:paraId="0AD166EE" w14:textId="77777777" w:rsidR="00AF03F6" w:rsidRPr="00087C06" w:rsidRDefault="00AF03F6"/>
        </w:tc>
      </w:tr>
      <w:tr w:rsidR="00AF03F6" w:rsidRPr="00087C06" w14:paraId="5639EA2F" w14:textId="77777777" w:rsidTr="2E913D88">
        <w:tc>
          <w:tcPr>
            <w:tcW w:w="2880" w:type="dxa"/>
          </w:tcPr>
          <w:p w14:paraId="47EE76FF" w14:textId="5F09287D" w:rsidR="005A7CF3" w:rsidRPr="00A55316" w:rsidRDefault="003F0C01">
            <w:pPr>
              <w:rPr>
                <w:b/>
                <w:bCs/>
              </w:rPr>
            </w:pPr>
            <w:r w:rsidRPr="005A7CF3">
              <w:rPr>
                <w:b/>
                <w:bCs/>
              </w:rPr>
              <w:t>Implementation impact</w:t>
            </w:r>
            <w:r w:rsidR="003178AA">
              <w:rPr>
                <w:b/>
                <w:bCs/>
              </w:rPr>
              <w:t xml:space="preserve"> on organisations</w:t>
            </w:r>
            <w:r w:rsidR="00A55316">
              <w:rPr>
                <w:b/>
                <w:bCs/>
              </w:rPr>
              <w:br/>
            </w:r>
            <w:r w:rsidR="00A55316">
              <w:rPr>
                <w:sz w:val="18"/>
                <w:szCs w:val="18"/>
              </w:rPr>
              <w:t>S</w:t>
            </w:r>
            <w:r w:rsidR="003178AA">
              <w:rPr>
                <w:sz w:val="18"/>
                <w:szCs w:val="18"/>
              </w:rPr>
              <w:t>ystems, processes, resources</w:t>
            </w:r>
          </w:p>
          <w:p w14:paraId="5CC2EB47" w14:textId="14BC0468" w:rsidR="00A55316" w:rsidRPr="00087C06" w:rsidRDefault="00A55316">
            <w:r w:rsidRPr="00A55316">
              <w:rPr>
                <w:i/>
                <w:iCs/>
                <w:sz w:val="16"/>
                <w:szCs w:val="16"/>
                <w:highlight w:val="lightGray"/>
              </w:rPr>
              <w:t>Explain what changes organisations will need to make, including system updates, process changes or additional resource requirements.</w:t>
            </w:r>
          </w:p>
        </w:tc>
        <w:tc>
          <w:tcPr>
            <w:tcW w:w="2880" w:type="dxa"/>
          </w:tcPr>
          <w:p w14:paraId="3CC8E626" w14:textId="77777777" w:rsidR="00AF03F6" w:rsidRPr="00087C06" w:rsidRDefault="00AF03F6"/>
        </w:tc>
        <w:tc>
          <w:tcPr>
            <w:tcW w:w="2880" w:type="dxa"/>
          </w:tcPr>
          <w:p w14:paraId="0232141A" w14:textId="77777777" w:rsidR="00AF03F6" w:rsidRPr="00087C06" w:rsidRDefault="00AF03F6"/>
        </w:tc>
      </w:tr>
      <w:tr w:rsidR="00AF03F6" w:rsidRPr="00087C06" w14:paraId="549A841D" w14:textId="77777777" w:rsidTr="2E913D88">
        <w:tc>
          <w:tcPr>
            <w:tcW w:w="2880" w:type="dxa"/>
          </w:tcPr>
          <w:p w14:paraId="264FFB5B" w14:textId="7A5D4501" w:rsidR="005A7CF3" w:rsidRPr="007E7D5D" w:rsidRDefault="003178AA">
            <w:pPr>
              <w:rPr>
                <w:b/>
                <w:bCs/>
              </w:rPr>
            </w:pPr>
            <w:r>
              <w:rPr>
                <w:b/>
                <w:bCs/>
              </w:rPr>
              <w:t>End-to-end d</w:t>
            </w:r>
            <w:r w:rsidRPr="005A7CF3">
              <w:rPr>
                <w:b/>
                <w:bCs/>
              </w:rPr>
              <w:t>ata flow</w:t>
            </w:r>
            <w:r w:rsidR="007E7D5D">
              <w:rPr>
                <w:b/>
                <w:bCs/>
              </w:rPr>
              <w:br/>
            </w:r>
            <w:r w:rsidR="007E7D5D">
              <w:rPr>
                <w:sz w:val="18"/>
                <w:szCs w:val="18"/>
              </w:rPr>
              <w:t>C</w:t>
            </w:r>
            <w:r>
              <w:rPr>
                <w:sz w:val="18"/>
                <w:szCs w:val="18"/>
              </w:rPr>
              <w:t>ollection to use, including submission and outpu</w:t>
            </w:r>
            <w:r w:rsidR="00095C19">
              <w:rPr>
                <w:sz w:val="18"/>
                <w:szCs w:val="18"/>
              </w:rPr>
              <w:t>ts</w:t>
            </w:r>
          </w:p>
          <w:p w14:paraId="06D9E486" w14:textId="32E3E5B8" w:rsidR="007E7D5D" w:rsidRPr="00087C06" w:rsidRDefault="007E7D5D">
            <w:r w:rsidRPr="007E7D5D">
              <w:rPr>
                <w:i/>
                <w:iCs/>
                <w:sz w:val="16"/>
                <w:szCs w:val="16"/>
                <w:highlight w:val="lightGray"/>
              </w:rPr>
              <w:t>Describe how data will move from collection through to use. Include submission, processing and any outputs such as reports or publications.</w:t>
            </w:r>
          </w:p>
        </w:tc>
        <w:tc>
          <w:tcPr>
            <w:tcW w:w="2880" w:type="dxa"/>
          </w:tcPr>
          <w:p w14:paraId="70208BD2" w14:textId="77777777" w:rsidR="00AF03F6" w:rsidRPr="00087C06" w:rsidRDefault="00AF03F6"/>
        </w:tc>
        <w:tc>
          <w:tcPr>
            <w:tcW w:w="2880" w:type="dxa"/>
          </w:tcPr>
          <w:p w14:paraId="2BA0D866" w14:textId="77777777" w:rsidR="00AF03F6" w:rsidRPr="00087C06" w:rsidRDefault="00AF03F6"/>
        </w:tc>
      </w:tr>
      <w:tr w:rsidR="00AF03F6" w:rsidRPr="00087C06" w14:paraId="4EFF267B" w14:textId="77777777" w:rsidTr="2E913D88">
        <w:tc>
          <w:tcPr>
            <w:tcW w:w="2880" w:type="dxa"/>
          </w:tcPr>
          <w:p w14:paraId="04DB34F1" w14:textId="1005A92D" w:rsidR="005A7CF3" w:rsidRPr="00A55316" w:rsidRDefault="003178AA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Alignment to national data architecture</w:t>
            </w:r>
          </w:p>
          <w:p w14:paraId="46CB3C2E" w14:textId="6A3767E7" w:rsidR="00A55316" w:rsidRPr="00087C06" w:rsidRDefault="00A55316">
            <w:r w:rsidRPr="00A55316">
              <w:rPr>
                <w:i/>
                <w:iCs/>
                <w:sz w:val="16"/>
                <w:szCs w:val="16"/>
                <w:highlight w:val="lightGray"/>
              </w:rPr>
              <w:t>Explain how this request aligns with national data architecture and platforms. Reference any relevant systems or programmes.</w:t>
            </w:r>
          </w:p>
        </w:tc>
        <w:tc>
          <w:tcPr>
            <w:tcW w:w="2880" w:type="dxa"/>
          </w:tcPr>
          <w:p w14:paraId="7DD07CE9" w14:textId="77777777" w:rsidR="00AF03F6" w:rsidRPr="00087C06" w:rsidRDefault="00AF03F6"/>
        </w:tc>
        <w:tc>
          <w:tcPr>
            <w:tcW w:w="2880" w:type="dxa"/>
          </w:tcPr>
          <w:p w14:paraId="4254EC6F" w14:textId="77777777" w:rsidR="00AF03F6" w:rsidRPr="00087C06" w:rsidRDefault="00AF03F6"/>
        </w:tc>
      </w:tr>
    </w:tbl>
    <w:p w14:paraId="0E065FB5" w14:textId="77777777" w:rsidR="005A7CF3" w:rsidRDefault="005A7CF3"/>
    <w:p w14:paraId="1A2E1050" w14:textId="77777777" w:rsidR="005A7CF3" w:rsidRPr="005A7CF3" w:rsidRDefault="005A7CF3" w:rsidP="005A7CF3">
      <w:r w:rsidRPr="005A7CF3">
        <w:rPr>
          <w:b/>
          <w:bCs/>
        </w:rPr>
        <w:t>Guidance</w:t>
      </w:r>
    </w:p>
    <w:p w14:paraId="74349750" w14:textId="77777777" w:rsidR="005A7CF3" w:rsidRPr="005A7CF3" w:rsidRDefault="005A7CF3" w:rsidP="005A7CF3">
      <w:pPr>
        <w:numPr>
          <w:ilvl w:val="0"/>
          <w:numId w:val="15"/>
        </w:numPr>
      </w:pPr>
      <w:r w:rsidRPr="005A7CF3">
        <w:t xml:space="preserve">Provide evidence of testing and technical feasibility </w:t>
      </w:r>
    </w:p>
    <w:p w14:paraId="209DD87E" w14:textId="77777777" w:rsidR="005A7CF3" w:rsidRPr="005A7CF3" w:rsidRDefault="005A7CF3" w:rsidP="005A7CF3">
      <w:pPr>
        <w:numPr>
          <w:ilvl w:val="0"/>
          <w:numId w:val="15"/>
        </w:numPr>
      </w:pPr>
      <w:r w:rsidRPr="005A7CF3">
        <w:t xml:space="preserve">Ensure alignment with existing systems and architecture </w:t>
      </w:r>
    </w:p>
    <w:p w14:paraId="62871A23" w14:textId="77777777" w:rsidR="005A7CF3" w:rsidRPr="005A7CF3" w:rsidRDefault="005A7CF3" w:rsidP="005A7CF3">
      <w:pPr>
        <w:numPr>
          <w:ilvl w:val="0"/>
          <w:numId w:val="15"/>
        </w:numPr>
      </w:pPr>
      <w:r w:rsidRPr="005A7CF3">
        <w:t>Clearly describe how data quality will be managed</w:t>
      </w:r>
    </w:p>
    <w:p w14:paraId="2D741374" w14:textId="275F4C7F" w:rsidR="00AF03F6" w:rsidRPr="00087C06" w:rsidRDefault="003F0C01">
      <w:r w:rsidRPr="00087C06">
        <w:br w:type="page"/>
      </w:r>
    </w:p>
    <w:p w14:paraId="591B09A7" w14:textId="77777777" w:rsidR="00AF03F6" w:rsidRPr="00087C06" w:rsidRDefault="003F0C01">
      <w:pPr>
        <w:pStyle w:val="Heading1"/>
      </w:pPr>
      <w:bookmarkStart w:id="49" w:name="_Toc227697789"/>
      <w:bookmarkStart w:id="50" w:name="_Toc227697985"/>
      <w:bookmarkStart w:id="51" w:name="_Toc227700909"/>
      <w:bookmarkStart w:id="52" w:name="_Toc227701113"/>
      <w:bookmarkStart w:id="53" w:name="_Toc227785455"/>
      <w:bookmarkStart w:id="54" w:name="_Toc228395137"/>
      <w:r w:rsidRPr="00087C06">
        <w:lastRenderedPageBreak/>
        <w:t>Section 8: Supporting evidence</w:t>
      </w:r>
      <w:bookmarkEnd w:id="49"/>
      <w:bookmarkEnd w:id="50"/>
      <w:bookmarkEnd w:id="51"/>
      <w:bookmarkEnd w:id="52"/>
      <w:bookmarkEnd w:id="53"/>
      <w:bookmarkEnd w:id="54"/>
    </w:p>
    <w:p w14:paraId="425E08EE" w14:textId="5B3101D6" w:rsidR="005A7CF3" w:rsidRDefault="0075058D">
      <w:pPr>
        <w:rPr>
          <w:iCs/>
        </w:rPr>
      </w:pPr>
      <w:r>
        <w:rPr>
          <w:iCs/>
        </w:rPr>
        <w:t>Please use this</w:t>
      </w:r>
      <w:r w:rsidR="005A7CF3">
        <w:rPr>
          <w:iCs/>
        </w:rPr>
        <w:t xml:space="preserve"> section </w:t>
      </w:r>
      <w:r w:rsidR="005A7CF3">
        <w:rPr>
          <w:iCs/>
        </w:rPr>
        <w:t xml:space="preserve">to provide </w:t>
      </w:r>
      <w:r>
        <w:rPr>
          <w:iCs/>
        </w:rPr>
        <w:t>any</w:t>
      </w:r>
      <w:r w:rsidR="005A7CF3">
        <w:rPr>
          <w:iCs/>
        </w:rPr>
        <w:t xml:space="preserve"> additional documentation to support information provided in your responses. </w:t>
      </w:r>
    </w:p>
    <w:p w14:paraId="005D7C23" w14:textId="77777777" w:rsidR="005A7CF3" w:rsidRDefault="005A7CF3">
      <w:pPr>
        <w:rPr>
          <w:iCs/>
        </w:rPr>
      </w:pPr>
    </w:p>
    <w:p w14:paraId="7D4E3490" w14:textId="5AA13CEC" w:rsidR="00AF03F6" w:rsidRPr="00087C06" w:rsidRDefault="005A7CF3">
      <w:pPr>
        <w:rPr>
          <w:iCs/>
        </w:rPr>
      </w:pPr>
      <w:r>
        <w:rPr>
          <w:iCs/>
        </w:rPr>
        <w:t xml:space="preserve">Relevant documents may include: </w:t>
      </w:r>
    </w:p>
    <w:p w14:paraId="3C4383E8" w14:textId="32612D71" w:rsidR="00AF03F6" w:rsidRPr="00087C06" w:rsidRDefault="00BB7AF4">
      <w:sdt>
        <w:sdtPr>
          <w:id w:val="-21285297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CF3">
            <w:rPr>
              <w:rFonts w:ascii="MS Gothic" w:eastAsia="MS Gothic" w:hAnsi="MS Gothic" w:hint="eastAsia"/>
            </w:rPr>
            <w:t>☐</w:t>
          </w:r>
        </w:sdtContent>
      </w:sdt>
      <w:r w:rsidR="00087C06">
        <w:t xml:space="preserve">  </w:t>
      </w:r>
      <w:r w:rsidR="00087C06" w:rsidRPr="00087C06">
        <w:t>Business case</w:t>
      </w:r>
    </w:p>
    <w:p w14:paraId="05281E0C" w14:textId="1087E6ED" w:rsidR="00AF03F6" w:rsidRPr="00087C06" w:rsidRDefault="00BB7AF4">
      <w:sdt>
        <w:sdtPr>
          <w:id w:val="5983024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7C06">
            <w:rPr>
              <w:rFonts w:ascii="MS Gothic" w:eastAsia="MS Gothic" w:hAnsi="MS Gothic" w:hint="eastAsia"/>
            </w:rPr>
            <w:t>☐</w:t>
          </w:r>
        </w:sdtContent>
      </w:sdt>
      <w:r w:rsidR="00087C06">
        <w:t xml:space="preserve">  </w:t>
      </w:r>
      <w:r w:rsidR="00087C06" w:rsidRPr="00087C06">
        <w:t>DPIA</w:t>
      </w:r>
    </w:p>
    <w:p w14:paraId="6F155FC3" w14:textId="25910334" w:rsidR="00AF03F6" w:rsidRPr="00087C06" w:rsidRDefault="00BB7AF4">
      <w:sdt>
        <w:sdtPr>
          <w:id w:val="778301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7C06">
            <w:rPr>
              <w:rFonts w:ascii="MS Gothic" w:eastAsia="MS Gothic" w:hAnsi="MS Gothic" w:hint="eastAsia"/>
            </w:rPr>
            <w:t>☐</w:t>
          </w:r>
        </w:sdtContent>
      </w:sdt>
      <w:r w:rsidR="00087C06">
        <w:t xml:space="preserve">  </w:t>
      </w:r>
      <w:r w:rsidR="00087C06" w:rsidRPr="00087C06">
        <w:t>Requirements Specification</w:t>
      </w:r>
    </w:p>
    <w:p w14:paraId="2207BEE4" w14:textId="62491232" w:rsidR="00AF03F6" w:rsidRPr="00087C06" w:rsidRDefault="00BB7AF4">
      <w:sdt>
        <w:sdtPr>
          <w:id w:val="-737478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7C06">
            <w:rPr>
              <w:rFonts w:ascii="MS Gothic" w:eastAsia="MS Gothic" w:hAnsi="MS Gothic" w:hint="eastAsia"/>
            </w:rPr>
            <w:t>☐</w:t>
          </w:r>
        </w:sdtContent>
      </w:sdt>
      <w:r w:rsidR="00087C06">
        <w:t xml:space="preserve">  </w:t>
      </w:r>
      <w:r w:rsidR="00087C06" w:rsidRPr="00087C06">
        <w:t>Data flow diagram</w:t>
      </w:r>
    </w:p>
    <w:p w14:paraId="1E32FED5" w14:textId="68379790" w:rsidR="00AF03F6" w:rsidRPr="00087C06" w:rsidRDefault="00BB7AF4">
      <w:sdt>
        <w:sdtPr>
          <w:id w:val="-15220890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</w:rPr>
            <w:t>☐</w:t>
          </w:r>
        </w:sdtContent>
      </w:sdt>
      <w:r w:rsidR="00087C06">
        <w:t xml:space="preserve">  </w:t>
      </w:r>
      <w:r w:rsidR="00087C06" w:rsidRPr="00087C06">
        <w:t>Testing evidence</w:t>
      </w:r>
    </w:p>
    <w:p w14:paraId="2566E83A" w14:textId="263CC6BF" w:rsidR="00AF03F6" w:rsidRDefault="00BB7AF4">
      <w:sdt>
        <w:sdtPr>
          <w:id w:val="1186786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7C06">
            <w:rPr>
              <w:rFonts w:ascii="MS Gothic" w:eastAsia="MS Gothic" w:hAnsi="MS Gothic" w:hint="eastAsia"/>
            </w:rPr>
            <w:t>☐</w:t>
          </w:r>
        </w:sdtContent>
      </w:sdt>
      <w:r w:rsidR="00087C06">
        <w:t xml:space="preserve">  </w:t>
      </w:r>
      <w:r w:rsidR="00087C06" w:rsidRPr="00087C06">
        <w:t>Stakeholder evidence</w:t>
      </w:r>
    </w:p>
    <w:p w14:paraId="3D9557C3" w14:textId="77777777" w:rsidR="005A7CF3" w:rsidRDefault="005A7CF3"/>
    <w:p w14:paraId="046659D6" w14:textId="77777777" w:rsidR="005A7CF3" w:rsidRDefault="005A7CF3"/>
    <w:p w14:paraId="0BC9FAF5" w14:textId="77777777" w:rsidR="005A7CF3" w:rsidRDefault="005A7CF3"/>
    <w:p w14:paraId="25237B79" w14:textId="77777777" w:rsidR="005A7CF3" w:rsidRPr="005A7CF3" w:rsidRDefault="005A7CF3" w:rsidP="005A7CF3">
      <w:r w:rsidRPr="005A7CF3">
        <w:rPr>
          <w:b/>
          <w:bCs/>
        </w:rPr>
        <w:t>Guidance</w:t>
      </w:r>
    </w:p>
    <w:p w14:paraId="5D448EC5" w14:textId="77777777" w:rsidR="005A7CF3" w:rsidRPr="005A7CF3" w:rsidRDefault="005A7CF3" w:rsidP="005A7CF3">
      <w:pPr>
        <w:numPr>
          <w:ilvl w:val="0"/>
          <w:numId w:val="16"/>
        </w:numPr>
      </w:pPr>
      <w:r w:rsidRPr="005A7CF3">
        <w:t xml:space="preserve">Only include relevant documents </w:t>
      </w:r>
    </w:p>
    <w:p w14:paraId="2A261627" w14:textId="77777777" w:rsidR="005A7CF3" w:rsidRPr="005A7CF3" w:rsidRDefault="005A7CF3" w:rsidP="005A7CF3">
      <w:pPr>
        <w:numPr>
          <w:ilvl w:val="0"/>
          <w:numId w:val="16"/>
        </w:numPr>
      </w:pPr>
      <w:r w:rsidRPr="005A7CF3">
        <w:t xml:space="preserve">Clearly reference these in earlier sections </w:t>
      </w:r>
    </w:p>
    <w:p w14:paraId="122C8FF1" w14:textId="77777777" w:rsidR="005A7CF3" w:rsidRDefault="005A7CF3" w:rsidP="005A7CF3">
      <w:pPr>
        <w:numPr>
          <w:ilvl w:val="0"/>
          <w:numId w:val="16"/>
        </w:numPr>
      </w:pPr>
      <w:r w:rsidRPr="005A7CF3">
        <w:t>Ensure documents are up to date</w:t>
      </w:r>
    </w:p>
    <w:p w14:paraId="0C2E6642" w14:textId="77777777" w:rsidR="00E20090" w:rsidRDefault="00E20090" w:rsidP="00E20090"/>
    <w:p w14:paraId="37B5AD9C" w14:textId="4FD1F889" w:rsidR="00E20090" w:rsidRDefault="00E20090">
      <w:pPr>
        <w:spacing w:after="200"/>
      </w:pPr>
      <w:r>
        <w:br w:type="page"/>
      </w:r>
    </w:p>
    <w:p w14:paraId="453888D2" w14:textId="17D4BF05" w:rsidR="00E20090" w:rsidRPr="005A7CF3" w:rsidRDefault="00E20090" w:rsidP="00E20090">
      <w:pPr>
        <w:pStyle w:val="Heading1"/>
      </w:pPr>
      <w:bookmarkStart w:id="55" w:name="_Toc227700910"/>
      <w:bookmarkStart w:id="56" w:name="_Toc227701114"/>
      <w:bookmarkStart w:id="57" w:name="_Toc227785456"/>
      <w:bookmarkStart w:id="58" w:name="_Toc228395138"/>
      <w:r>
        <w:lastRenderedPageBreak/>
        <w:t>Submitting your request</w:t>
      </w:r>
      <w:bookmarkEnd w:id="55"/>
      <w:bookmarkEnd w:id="56"/>
      <w:bookmarkEnd w:id="57"/>
      <w:bookmarkEnd w:id="58"/>
    </w:p>
    <w:p w14:paraId="37C2232D" w14:textId="569C44F0" w:rsidR="005A7CF3" w:rsidRDefault="00E20090">
      <w:r>
        <w:t xml:space="preserve">This section confirms your request is complete and provides clear instructions on how to submit. </w:t>
      </w:r>
    </w:p>
    <w:p w14:paraId="54D2196E" w14:textId="594CEC75" w:rsidR="00E20090" w:rsidRDefault="00E20090">
      <w:pPr>
        <w:rPr>
          <w:b/>
          <w:bCs/>
        </w:rPr>
      </w:pPr>
      <w:r>
        <w:rPr>
          <w:b/>
          <w:bCs/>
        </w:rPr>
        <w:t>Before you submit</w:t>
      </w:r>
    </w:p>
    <w:p w14:paraId="7433FD6C" w14:textId="243677D2" w:rsidR="00E20090" w:rsidRDefault="00E20090">
      <w:r>
        <w:t xml:space="preserve">Before submitting your request, </w:t>
      </w:r>
      <w:r w:rsidR="0075058D">
        <w:t xml:space="preserve">please </w:t>
      </w:r>
      <w:r>
        <w:t xml:space="preserve">confirm that: </w:t>
      </w:r>
    </w:p>
    <w:p w14:paraId="4D722FBD" w14:textId="7BE31C3F" w:rsidR="00E20090" w:rsidRDefault="00BB7AF4">
      <w:sdt>
        <w:sdtPr>
          <w:id w:val="-1793504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</w:rPr>
            <w:t>☐</w:t>
          </w:r>
        </w:sdtContent>
      </w:sdt>
      <w:r w:rsidR="00E20090">
        <w:t xml:space="preserve">  You have completed all relevant sections of this workbook</w:t>
      </w:r>
    </w:p>
    <w:p w14:paraId="1CA3E58D" w14:textId="41E9F2F2" w:rsidR="00E20090" w:rsidRDefault="00BB7AF4">
      <w:sdt>
        <w:sdtPr>
          <w:id w:val="1443042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</w:rPr>
            <w:t>☐</w:t>
          </w:r>
        </w:sdtContent>
      </w:sdt>
      <w:r w:rsidR="00E20090">
        <w:t xml:space="preserve">  All required fields have been populated </w:t>
      </w:r>
    </w:p>
    <w:p w14:paraId="4EBEF0BB" w14:textId="0E828DB5" w:rsidR="00E20090" w:rsidRDefault="00BB7AF4">
      <w:sdt>
        <w:sdtPr>
          <w:id w:val="4747946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</w:rPr>
            <w:t>☐</w:t>
          </w:r>
        </w:sdtContent>
      </w:sdt>
      <w:r w:rsidR="00E20090">
        <w:t xml:space="preserve">  Your responses are clear, concise and aligned across sections </w:t>
      </w:r>
    </w:p>
    <w:p w14:paraId="5A0915A8" w14:textId="3BEF84DC" w:rsidR="00E20090" w:rsidRDefault="00BB7AF4">
      <w:sdt>
        <w:sdtPr>
          <w:id w:val="13946970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</w:rPr>
            <w:t>☐</w:t>
          </w:r>
        </w:sdtContent>
      </w:sdt>
      <w:r w:rsidR="00E20090">
        <w:t xml:space="preserve">  Supporting evidence has been attached where referenced </w:t>
      </w:r>
    </w:p>
    <w:p w14:paraId="26F8BFC8" w14:textId="382FEC6B" w:rsidR="00E20090" w:rsidRDefault="00BB7AF4">
      <w:sdt>
        <w:sdtPr>
          <w:id w:val="1606623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090">
            <w:rPr>
              <w:rFonts w:ascii="MS Gothic" w:eastAsia="MS Gothic" w:hAnsi="MS Gothic" w:hint="eastAsia"/>
            </w:rPr>
            <w:t>☐</w:t>
          </w:r>
        </w:sdtContent>
      </w:sdt>
      <w:r w:rsidR="00E20090">
        <w:t xml:space="preserve">  The summary table (section 0) has been completed and reflects your full submission</w:t>
      </w:r>
    </w:p>
    <w:p w14:paraId="50C0E148" w14:textId="77777777" w:rsidR="00E20090" w:rsidRDefault="00E20090"/>
    <w:p w14:paraId="16FE3D84" w14:textId="77777777" w:rsidR="00E20090" w:rsidRPr="00E20090" w:rsidRDefault="00E20090" w:rsidP="00E20090">
      <w:pPr>
        <w:rPr>
          <w:b/>
          <w:bCs/>
        </w:rPr>
      </w:pPr>
      <w:r w:rsidRPr="00E20090">
        <w:rPr>
          <w:b/>
          <w:bCs/>
        </w:rPr>
        <w:t>Final checks</w:t>
      </w:r>
    </w:p>
    <w:p w14:paraId="328AC10D" w14:textId="5BD7DA6E" w:rsidR="00E20090" w:rsidRPr="00E20090" w:rsidRDefault="00E20090" w:rsidP="00E20090">
      <w:r w:rsidRPr="00E20090">
        <w:t xml:space="preserve">Before submitting, </w:t>
      </w:r>
      <w:r w:rsidR="0075058D">
        <w:t xml:space="preserve">please </w:t>
      </w:r>
      <w:r w:rsidRPr="00E20090">
        <w:t>review your request to ensure:</w:t>
      </w:r>
    </w:p>
    <w:p w14:paraId="101CF03C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The purpose of the request is clearly defined </w:t>
      </w:r>
    </w:p>
    <w:p w14:paraId="4138DF79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The legal basis is identified and appropriate </w:t>
      </w:r>
    </w:p>
    <w:p w14:paraId="3DE20F35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Funding and resources are confirmed </w:t>
      </w:r>
    </w:p>
    <w:p w14:paraId="246E2D76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A Senior Responsible Owner (SRO) is named and accountable </w:t>
      </w:r>
    </w:p>
    <w:p w14:paraId="31D2CD1A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Stakeholders have been identified and engaged </w:t>
      </w:r>
    </w:p>
    <w:p w14:paraId="7F1331FD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Clinical safety has been considered </w:t>
      </w:r>
    </w:p>
    <w:p w14:paraId="1E71A50F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Technical feasibility has been demonstrated </w:t>
      </w:r>
    </w:p>
    <w:p w14:paraId="08D5E487" w14:textId="77777777" w:rsidR="00E20090" w:rsidRPr="00E20090" w:rsidRDefault="00E20090" w:rsidP="00E20090">
      <w:pPr>
        <w:numPr>
          <w:ilvl w:val="0"/>
          <w:numId w:val="17"/>
        </w:numPr>
      </w:pPr>
      <w:r w:rsidRPr="00E20090">
        <w:t xml:space="preserve">Risks have been identified and mitigation is in place </w:t>
      </w:r>
    </w:p>
    <w:p w14:paraId="10ACCBBD" w14:textId="55343ACB" w:rsidR="00E20090" w:rsidRPr="00E20090" w:rsidRDefault="00E20090" w:rsidP="00E20090">
      <w:r w:rsidRPr="00E20090">
        <w:t>Incomplete or unclear submissions may be returned for further information.</w:t>
      </w:r>
    </w:p>
    <w:p w14:paraId="5010CA15" w14:textId="4FC06153" w:rsidR="00E20090" w:rsidRPr="00E20090" w:rsidRDefault="00E20090" w:rsidP="00E20090">
      <w:pPr>
        <w:rPr>
          <w:b/>
          <w:bCs/>
        </w:rPr>
      </w:pPr>
    </w:p>
    <w:p w14:paraId="2F2558DA" w14:textId="77777777" w:rsidR="00E20090" w:rsidRPr="00E20090" w:rsidRDefault="00E20090" w:rsidP="00E20090">
      <w:pPr>
        <w:rPr>
          <w:b/>
          <w:bCs/>
        </w:rPr>
      </w:pPr>
      <w:r w:rsidRPr="00E20090">
        <w:rPr>
          <w:b/>
          <w:bCs/>
        </w:rPr>
        <w:t>How to submit</w:t>
      </w:r>
    </w:p>
    <w:p w14:paraId="46CE7923" w14:textId="5673B235" w:rsidR="00E20090" w:rsidRPr="00E20090" w:rsidRDefault="0075058D" w:rsidP="00E20090">
      <w:r>
        <w:t>Thank you for completing</w:t>
      </w:r>
      <w:r w:rsidR="00E20090" w:rsidRPr="00E20090">
        <w:t xml:space="preserve"> your workbook</w:t>
      </w:r>
      <w:r>
        <w:t>. You can now s</w:t>
      </w:r>
      <w:r w:rsidR="00E20090" w:rsidRPr="00E20090">
        <w:t>end</w:t>
      </w:r>
      <w:r>
        <w:t xml:space="preserve"> it with</w:t>
      </w:r>
      <w:r w:rsidR="00E20090" w:rsidRPr="00E20090">
        <w:t xml:space="preserve"> all supporting documents to:</w:t>
      </w:r>
    </w:p>
    <w:p w14:paraId="7A0A1AAA" w14:textId="0D56AE1B" w:rsidR="00E20090" w:rsidRPr="00E20090" w:rsidRDefault="00E20090" w:rsidP="00E20090">
      <w:hyperlink r:id="rId14" w:history="1">
        <w:r w:rsidRPr="00E20090">
          <w:rPr>
            <w:rStyle w:val="Hyperlink"/>
          </w:rPr>
          <w:t>england.standards.assurance@nhs.net</w:t>
        </w:r>
      </w:hyperlink>
      <w:r>
        <w:t xml:space="preserve"> </w:t>
      </w:r>
    </w:p>
    <w:p w14:paraId="70ADDBA0" w14:textId="5161F5F5" w:rsidR="00E20090" w:rsidRPr="00E20090" w:rsidRDefault="00E20090" w:rsidP="00E20090">
      <w:pPr>
        <w:rPr>
          <w:b/>
          <w:bCs/>
        </w:rPr>
      </w:pPr>
    </w:p>
    <w:p w14:paraId="58CF6A4E" w14:textId="77777777" w:rsidR="00E20090" w:rsidRPr="00E20090" w:rsidRDefault="00E20090" w:rsidP="00E20090">
      <w:pPr>
        <w:rPr>
          <w:b/>
          <w:bCs/>
        </w:rPr>
      </w:pPr>
      <w:r w:rsidRPr="00E20090">
        <w:rPr>
          <w:b/>
          <w:bCs/>
        </w:rPr>
        <w:t>What to include in your submission</w:t>
      </w:r>
    </w:p>
    <w:p w14:paraId="282E22CE" w14:textId="77777777" w:rsidR="00E20090" w:rsidRPr="00E20090" w:rsidRDefault="00E20090" w:rsidP="00E20090">
      <w:r w:rsidRPr="00E20090">
        <w:t>Your email should include:</w:t>
      </w:r>
    </w:p>
    <w:p w14:paraId="0CFA04F7" w14:textId="77777777" w:rsidR="00E20090" w:rsidRPr="00E20090" w:rsidRDefault="00E20090" w:rsidP="00E20090">
      <w:pPr>
        <w:numPr>
          <w:ilvl w:val="0"/>
          <w:numId w:val="18"/>
        </w:numPr>
      </w:pPr>
      <w:r w:rsidRPr="00E20090">
        <w:t xml:space="preserve">The completed workbook </w:t>
      </w:r>
    </w:p>
    <w:p w14:paraId="6E9D402F" w14:textId="77777777" w:rsidR="00E20090" w:rsidRPr="00E20090" w:rsidRDefault="00E20090" w:rsidP="00E20090">
      <w:pPr>
        <w:numPr>
          <w:ilvl w:val="0"/>
          <w:numId w:val="18"/>
        </w:numPr>
      </w:pPr>
      <w:r w:rsidRPr="00E20090">
        <w:t xml:space="preserve">All supporting evidence referenced in the document </w:t>
      </w:r>
    </w:p>
    <w:p w14:paraId="21B43DB7" w14:textId="77777777" w:rsidR="00E20090" w:rsidRPr="00E20090" w:rsidRDefault="00E20090" w:rsidP="00E20090">
      <w:pPr>
        <w:numPr>
          <w:ilvl w:val="0"/>
          <w:numId w:val="18"/>
        </w:numPr>
      </w:pPr>
      <w:r w:rsidRPr="00E20090">
        <w:lastRenderedPageBreak/>
        <w:t xml:space="preserve">Any additional documentation required to support assessment </w:t>
      </w:r>
    </w:p>
    <w:p w14:paraId="1AB06C06" w14:textId="3625A207" w:rsidR="00E20090" w:rsidRPr="00E20090" w:rsidRDefault="00E20090" w:rsidP="00E20090">
      <w:pPr>
        <w:rPr>
          <w:b/>
          <w:bCs/>
        </w:rPr>
      </w:pPr>
    </w:p>
    <w:p w14:paraId="7D2CF426" w14:textId="77777777" w:rsidR="00E20090" w:rsidRPr="00E20090" w:rsidRDefault="00E20090" w:rsidP="00E20090">
      <w:pPr>
        <w:rPr>
          <w:b/>
          <w:bCs/>
        </w:rPr>
      </w:pPr>
      <w:r w:rsidRPr="00E20090">
        <w:rPr>
          <w:b/>
          <w:bCs/>
        </w:rPr>
        <w:t>What happens next</w:t>
      </w:r>
    </w:p>
    <w:p w14:paraId="409F4B11" w14:textId="77777777" w:rsidR="00E20090" w:rsidRPr="00E20090" w:rsidRDefault="00E20090" w:rsidP="00E20090">
      <w:r w:rsidRPr="00E20090">
        <w:t>Once your request has been submitted:</w:t>
      </w:r>
    </w:p>
    <w:p w14:paraId="3A0FAF5B" w14:textId="77777777" w:rsidR="00E20090" w:rsidRPr="00E20090" w:rsidRDefault="00E20090" w:rsidP="00E20090">
      <w:pPr>
        <w:numPr>
          <w:ilvl w:val="0"/>
          <w:numId w:val="19"/>
        </w:numPr>
      </w:pPr>
      <w:r w:rsidRPr="00E20090">
        <w:rPr>
          <w:b/>
          <w:bCs/>
        </w:rPr>
        <w:t>Initial review</w:t>
      </w:r>
      <w:r w:rsidRPr="00E20090">
        <w:br/>
        <w:t xml:space="preserve">Your submission will be checked to ensure it is complete and ready for assessment. </w:t>
      </w:r>
    </w:p>
    <w:p w14:paraId="06C70A48" w14:textId="77777777" w:rsidR="00E20090" w:rsidRPr="00E20090" w:rsidRDefault="00E20090" w:rsidP="00E20090">
      <w:pPr>
        <w:numPr>
          <w:ilvl w:val="0"/>
          <w:numId w:val="19"/>
        </w:numPr>
      </w:pPr>
      <w:r w:rsidRPr="00E20090">
        <w:rPr>
          <w:b/>
          <w:bCs/>
        </w:rPr>
        <w:t>Assessment</w:t>
      </w:r>
      <w:r w:rsidRPr="00E20090">
        <w:br/>
        <w:t xml:space="preserve">The Data Governance, Assurance and Testing team (DGAT) will review your request against national assurance criteria. </w:t>
      </w:r>
    </w:p>
    <w:p w14:paraId="1CE225EE" w14:textId="77777777" w:rsidR="00E20090" w:rsidRPr="00E20090" w:rsidRDefault="00E20090" w:rsidP="00E20090">
      <w:pPr>
        <w:numPr>
          <w:ilvl w:val="0"/>
          <w:numId w:val="19"/>
        </w:numPr>
      </w:pPr>
      <w:r w:rsidRPr="00E20090">
        <w:rPr>
          <w:b/>
          <w:bCs/>
        </w:rPr>
        <w:t>Follow-up (if required)</w:t>
      </w:r>
      <w:r w:rsidRPr="00E20090">
        <w:br/>
        <w:t xml:space="preserve">You may be contacted to provide additional information or clarification. </w:t>
      </w:r>
    </w:p>
    <w:p w14:paraId="2AD5D0A9" w14:textId="77777777" w:rsidR="00E20090" w:rsidRPr="00E20090" w:rsidRDefault="00E20090" w:rsidP="00E20090">
      <w:pPr>
        <w:numPr>
          <w:ilvl w:val="0"/>
          <w:numId w:val="19"/>
        </w:numPr>
      </w:pPr>
      <w:r w:rsidRPr="00E20090">
        <w:rPr>
          <w:b/>
          <w:bCs/>
        </w:rPr>
        <w:t>Outcome</w:t>
      </w:r>
      <w:r w:rsidRPr="00E20090">
        <w:br/>
        <w:t xml:space="preserve">You will be informed of the outcome once the assessment is complete. </w:t>
      </w:r>
    </w:p>
    <w:p w14:paraId="67B2BBE2" w14:textId="5CC5C134" w:rsidR="00E20090" w:rsidRPr="00E20090" w:rsidRDefault="00E20090" w:rsidP="00E20090">
      <w:pPr>
        <w:rPr>
          <w:b/>
          <w:bCs/>
        </w:rPr>
      </w:pPr>
    </w:p>
    <w:p w14:paraId="4EDEBACC" w14:textId="77777777" w:rsidR="00E20090" w:rsidRPr="00E20090" w:rsidRDefault="00E20090" w:rsidP="00E20090">
      <w:pPr>
        <w:rPr>
          <w:b/>
          <w:bCs/>
        </w:rPr>
      </w:pPr>
      <w:r w:rsidRPr="00E20090">
        <w:rPr>
          <w:b/>
          <w:bCs/>
        </w:rPr>
        <w:t>Need help?</w:t>
      </w:r>
    </w:p>
    <w:p w14:paraId="51B0FAF3" w14:textId="77777777" w:rsidR="00E20090" w:rsidRPr="00E20090" w:rsidRDefault="00E20090" w:rsidP="00E20090">
      <w:r w:rsidRPr="00E20090">
        <w:t>If you need support before submitting your request, contact:</w:t>
      </w:r>
    </w:p>
    <w:p w14:paraId="0D982A20" w14:textId="1CB8811E" w:rsidR="00E20090" w:rsidRPr="00E20090" w:rsidRDefault="00E20090" w:rsidP="00E20090">
      <w:hyperlink r:id="rId15">
        <w:r w:rsidRPr="37F8AB7B">
          <w:rPr>
            <w:rStyle w:val="Hyperlink"/>
          </w:rPr>
          <w:t>england.standards.assurance@nhs.net</w:t>
        </w:r>
      </w:hyperlink>
      <w:r>
        <w:t xml:space="preserve"> </w:t>
      </w:r>
    </w:p>
    <w:p w14:paraId="577149F0" w14:textId="31460F3E" w:rsidR="37F8AB7B" w:rsidRDefault="37F8AB7B"/>
    <w:p w14:paraId="72C4EDC2" w14:textId="21666B17" w:rsidR="37F8AB7B" w:rsidRDefault="37F8AB7B"/>
    <w:p w14:paraId="4D919C84" w14:textId="77777777" w:rsidR="00BE7819" w:rsidRDefault="00BE7819" w:rsidP="37F8AB7B">
      <w:pPr>
        <w:rPr>
          <w:b/>
          <w:bCs/>
          <w:u w:val="single"/>
        </w:rPr>
        <w:sectPr w:rsidR="00BE7819" w:rsidSect="00034616">
          <w:headerReference w:type="default" r:id="rId16"/>
          <w:footerReference w:type="default" r:id="rId17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14:paraId="4D7688DE" w14:textId="4BE8344B" w:rsidR="4536E0F5" w:rsidRDefault="4536E0F5" w:rsidP="37F8AB7B">
      <w:pPr>
        <w:pStyle w:val="Heading1"/>
      </w:pPr>
      <w:bookmarkStart w:id="59" w:name="_Toc228395139"/>
      <w:r>
        <w:t>Summary (for reporting and Excel transfer)</w:t>
      </w:r>
      <w:bookmarkEnd w:id="59"/>
    </w:p>
    <w:p w14:paraId="72C76ED8" w14:textId="68A41B04" w:rsidR="4536E0F5" w:rsidRDefault="4536E0F5">
      <w:r>
        <w:t xml:space="preserve">This section provides a high-level summary of your request. It will be used by reviewers to compare and prioritise submissions. </w:t>
      </w:r>
    </w:p>
    <w:p w14:paraId="67B48FF9" w14:textId="21A54C5D" w:rsidR="4536E0F5" w:rsidRDefault="4536E0F5">
      <w:r>
        <w:t xml:space="preserve">Complete this section </w:t>
      </w:r>
      <w:r w:rsidRPr="37F8AB7B">
        <w:rPr>
          <w:b/>
          <w:bCs/>
        </w:rPr>
        <w:t>after you have drafted your responses throughout the workbook</w:t>
      </w:r>
      <w:r>
        <w:t xml:space="preserve">, but before submitting. </w:t>
      </w:r>
    </w:p>
    <w:p w14:paraId="5EBACC99" w14:textId="77777777" w:rsidR="37F8AB7B" w:rsidRDefault="37F8AB7B"/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316"/>
        <w:gridCol w:w="4314"/>
      </w:tblGrid>
      <w:tr w:rsidR="37F8AB7B" w14:paraId="7E868CBE" w14:textId="77777777" w:rsidTr="37F8AB7B">
        <w:trPr>
          <w:trHeight w:val="300"/>
        </w:trPr>
        <w:tc>
          <w:tcPr>
            <w:tcW w:w="4316" w:type="dxa"/>
          </w:tcPr>
          <w:p w14:paraId="6522CCDA" w14:textId="025B6C30" w:rsidR="37F8AB7B" w:rsidRDefault="37F8AB7B" w:rsidP="37F8AB7B">
            <w:pPr>
              <w:rPr>
                <w:b/>
                <w:bCs/>
              </w:rPr>
            </w:pPr>
          </w:p>
        </w:tc>
        <w:tc>
          <w:tcPr>
            <w:tcW w:w="4314" w:type="dxa"/>
          </w:tcPr>
          <w:p w14:paraId="3B2A4421" w14:textId="77777777" w:rsidR="37F8AB7B" w:rsidRDefault="37F8AB7B" w:rsidP="37F8AB7B">
            <w:pPr>
              <w:rPr>
                <w:b/>
                <w:bCs/>
              </w:rPr>
            </w:pPr>
            <w:r w:rsidRPr="37F8AB7B">
              <w:rPr>
                <w:b/>
                <w:bCs/>
              </w:rPr>
              <w:t>Response</w:t>
            </w:r>
          </w:p>
        </w:tc>
      </w:tr>
      <w:tr w:rsidR="37F8AB7B" w14:paraId="76C43BE5" w14:textId="77777777" w:rsidTr="37F8AB7B">
        <w:trPr>
          <w:trHeight w:val="300"/>
        </w:trPr>
        <w:tc>
          <w:tcPr>
            <w:tcW w:w="4316" w:type="dxa"/>
          </w:tcPr>
          <w:p w14:paraId="53294FC9" w14:textId="77777777" w:rsidR="37F8AB7B" w:rsidRDefault="37F8AB7B">
            <w:r>
              <w:t>Request title</w:t>
            </w:r>
          </w:p>
        </w:tc>
        <w:tc>
          <w:tcPr>
            <w:tcW w:w="4314" w:type="dxa"/>
          </w:tcPr>
          <w:p w14:paraId="7AF69DF4" w14:textId="77777777" w:rsidR="37F8AB7B" w:rsidRDefault="37F8AB7B"/>
        </w:tc>
      </w:tr>
      <w:tr w:rsidR="37F8AB7B" w14:paraId="1BF56699" w14:textId="77777777" w:rsidTr="37F8AB7B">
        <w:trPr>
          <w:trHeight w:val="300"/>
        </w:trPr>
        <w:tc>
          <w:tcPr>
            <w:tcW w:w="4316" w:type="dxa"/>
          </w:tcPr>
          <w:p w14:paraId="2E4B7452" w14:textId="77777777" w:rsidR="37F8AB7B" w:rsidRDefault="37F8AB7B">
            <w:r>
              <w:t>Type (Collection / Standard / Change)</w:t>
            </w:r>
          </w:p>
        </w:tc>
        <w:tc>
          <w:tcPr>
            <w:tcW w:w="4314" w:type="dxa"/>
          </w:tcPr>
          <w:p w14:paraId="373294AA" w14:textId="77777777" w:rsidR="37F8AB7B" w:rsidRDefault="37F8AB7B"/>
        </w:tc>
      </w:tr>
      <w:tr w:rsidR="37F8AB7B" w14:paraId="4EF32576" w14:textId="77777777" w:rsidTr="37F8AB7B">
        <w:trPr>
          <w:trHeight w:val="300"/>
        </w:trPr>
        <w:tc>
          <w:tcPr>
            <w:tcW w:w="4316" w:type="dxa"/>
          </w:tcPr>
          <w:p w14:paraId="39438D92" w14:textId="77777777" w:rsidR="37F8AB7B" w:rsidRDefault="37F8AB7B">
            <w:r>
              <w:t>Policy driver</w:t>
            </w:r>
          </w:p>
        </w:tc>
        <w:tc>
          <w:tcPr>
            <w:tcW w:w="4314" w:type="dxa"/>
          </w:tcPr>
          <w:p w14:paraId="30D8D22E" w14:textId="77777777" w:rsidR="37F8AB7B" w:rsidRDefault="37F8AB7B"/>
        </w:tc>
      </w:tr>
      <w:tr w:rsidR="37F8AB7B" w14:paraId="6770FC51" w14:textId="77777777" w:rsidTr="37F8AB7B">
        <w:trPr>
          <w:trHeight w:val="300"/>
        </w:trPr>
        <w:tc>
          <w:tcPr>
            <w:tcW w:w="4316" w:type="dxa"/>
          </w:tcPr>
          <w:p w14:paraId="0B1D9B82" w14:textId="77777777" w:rsidR="37F8AB7B" w:rsidRDefault="37F8AB7B">
            <w:r>
              <w:t>Legal basis</w:t>
            </w:r>
          </w:p>
        </w:tc>
        <w:tc>
          <w:tcPr>
            <w:tcW w:w="4314" w:type="dxa"/>
          </w:tcPr>
          <w:p w14:paraId="6C5AB834" w14:textId="77777777" w:rsidR="37F8AB7B" w:rsidRDefault="37F8AB7B"/>
        </w:tc>
      </w:tr>
      <w:tr w:rsidR="37F8AB7B" w14:paraId="2700DD09" w14:textId="77777777" w:rsidTr="37F8AB7B">
        <w:trPr>
          <w:trHeight w:val="300"/>
        </w:trPr>
        <w:tc>
          <w:tcPr>
            <w:tcW w:w="4316" w:type="dxa"/>
          </w:tcPr>
          <w:p w14:paraId="65FD162C" w14:textId="77777777" w:rsidR="37F8AB7B" w:rsidRDefault="37F8AB7B">
            <w:r>
              <w:t>Funding in place (Yes/No)</w:t>
            </w:r>
          </w:p>
        </w:tc>
        <w:tc>
          <w:tcPr>
            <w:tcW w:w="4314" w:type="dxa"/>
          </w:tcPr>
          <w:p w14:paraId="227BDF69" w14:textId="77777777" w:rsidR="37F8AB7B" w:rsidRDefault="37F8AB7B"/>
        </w:tc>
      </w:tr>
      <w:tr w:rsidR="37F8AB7B" w14:paraId="3A0A410E" w14:textId="77777777" w:rsidTr="37F8AB7B">
        <w:trPr>
          <w:trHeight w:val="300"/>
        </w:trPr>
        <w:tc>
          <w:tcPr>
            <w:tcW w:w="4316" w:type="dxa"/>
          </w:tcPr>
          <w:p w14:paraId="3E3AF8DA" w14:textId="77777777" w:rsidR="37F8AB7B" w:rsidRDefault="37F8AB7B">
            <w:r>
              <w:t>SRO confirmed (Yes/No)</w:t>
            </w:r>
          </w:p>
        </w:tc>
        <w:tc>
          <w:tcPr>
            <w:tcW w:w="4314" w:type="dxa"/>
          </w:tcPr>
          <w:p w14:paraId="051480C7" w14:textId="77777777" w:rsidR="37F8AB7B" w:rsidRDefault="37F8AB7B"/>
        </w:tc>
      </w:tr>
      <w:tr w:rsidR="37F8AB7B" w14:paraId="4DD68917" w14:textId="77777777" w:rsidTr="37F8AB7B">
        <w:trPr>
          <w:trHeight w:val="300"/>
        </w:trPr>
        <w:tc>
          <w:tcPr>
            <w:tcW w:w="4316" w:type="dxa"/>
          </w:tcPr>
          <w:p w14:paraId="400F0500" w14:textId="77777777" w:rsidR="37F8AB7B" w:rsidRDefault="37F8AB7B">
            <w:r>
              <w:t>Clinical safety complete (Yes/No)</w:t>
            </w:r>
          </w:p>
        </w:tc>
        <w:tc>
          <w:tcPr>
            <w:tcW w:w="4314" w:type="dxa"/>
          </w:tcPr>
          <w:p w14:paraId="6897C0A4" w14:textId="77777777" w:rsidR="37F8AB7B" w:rsidRDefault="37F8AB7B"/>
        </w:tc>
      </w:tr>
      <w:tr w:rsidR="37F8AB7B" w14:paraId="2A291CE6" w14:textId="77777777" w:rsidTr="37F8AB7B">
        <w:trPr>
          <w:trHeight w:val="300"/>
        </w:trPr>
        <w:tc>
          <w:tcPr>
            <w:tcW w:w="4316" w:type="dxa"/>
          </w:tcPr>
          <w:p w14:paraId="19D56794" w14:textId="77777777" w:rsidR="37F8AB7B" w:rsidRDefault="37F8AB7B">
            <w:r>
              <w:t>Stakeholder engagement complete (Yes/No)</w:t>
            </w:r>
          </w:p>
        </w:tc>
        <w:tc>
          <w:tcPr>
            <w:tcW w:w="4314" w:type="dxa"/>
          </w:tcPr>
          <w:p w14:paraId="21A49CAE" w14:textId="77777777" w:rsidR="37F8AB7B" w:rsidRDefault="37F8AB7B"/>
        </w:tc>
      </w:tr>
      <w:tr w:rsidR="37F8AB7B" w14:paraId="3DCAC671" w14:textId="77777777" w:rsidTr="37F8AB7B">
        <w:trPr>
          <w:trHeight w:val="300"/>
        </w:trPr>
        <w:tc>
          <w:tcPr>
            <w:tcW w:w="4316" w:type="dxa"/>
          </w:tcPr>
          <w:p w14:paraId="19BE27FC" w14:textId="77777777" w:rsidR="37F8AB7B" w:rsidRDefault="37F8AB7B">
            <w:r>
              <w:t>Technical readiness (High/Medium/Low)</w:t>
            </w:r>
          </w:p>
        </w:tc>
        <w:tc>
          <w:tcPr>
            <w:tcW w:w="4314" w:type="dxa"/>
          </w:tcPr>
          <w:p w14:paraId="5776AF5B" w14:textId="77777777" w:rsidR="37F8AB7B" w:rsidRDefault="37F8AB7B"/>
        </w:tc>
      </w:tr>
      <w:tr w:rsidR="37F8AB7B" w14:paraId="28E4FBD4" w14:textId="77777777" w:rsidTr="37F8AB7B">
        <w:trPr>
          <w:trHeight w:val="300"/>
        </w:trPr>
        <w:tc>
          <w:tcPr>
            <w:tcW w:w="4316" w:type="dxa"/>
          </w:tcPr>
          <w:p w14:paraId="1AA53B55" w14:textId="77777777" w:rsidR="37F8AB7B" w:rsidRDefault="37F8AB7B">
            <w:r>
              <w:t>Overall risk (High/Medium/Low)</w:t>
            </w:r>
          </w:p>
        </w:tc>
        <w:tc>
          <w:tcPr>
            <w:tcW w:w="4314" w:type="dxa"/>
          </w:tcPr>
          <w:p w14:paraId="301E355C" w14:textId="77777777" w:rsidR="37F8AB7B" w:rsidRDefault="37F8AB7B"/>
        </w:tc>
      </w:tr>
    </w:tbl>
    <w:p w14:paraId="7146B3EF" w14:textId="07354774" w:rsidR="37F8AB7B" w:rsidRDefault="37F8AB7B"/>
    <w:p w14:paraId="66BB1E02" w14:textId="303912A5" w:rsidR="7F709E2C" w:rsidRDefault="7F709E2C" w:rsidP="37F8AB7B">
      <w:pPr>
        <w:rPr>
          <w:b/>
          <w:bCs/>
        </w:rPr>
      </w:pPr>
      <w:r w:rsidRPr="37F8AB7B">
        <w:rPr>
          <w:b/>
          <w:bCs/>
        </w:rPr>
        <w:t>Guidance</w:t>
      </w:r>
    </w:p>
    <w:p w14:paraId="03242FC3" w14:textId="7FF23CAB" w:rsidR="7F709E2C" w:rsidRDefault="7F709E2C" w:rsidP="37F8AB7B">
      <w:pPr>
        <w:numPr>
          <w:ilvl w:val="0"/>
          <w:numId w:val="12"/>
        </w:numPr>
      </w:pPr>
      <w:r>
        <w:t xml:space="preserve">Keep responses short (1-2 lines per field) </w:t>
      </w:r>
    </w:p>
    <w:p w14:paraId="19924444" w14:textId="1A31AC25" w:rsidR="7F709E2C" w:rsidRDefault="7F709E2C" w:rsidP="37F8AB7B">
      <w:pPr>
        <w:numPr>
          <w:ilvl w:val="0"/>
          <w:numId w:val="12"/>
        </w:numPr>
      </w:pPr>
      <w:r>
        <w:t xml:space="preserve">Use consistent terms (e.g. Yes/No, High/Medium/Low) </w:t>
      </w:r>
    </w:p>
    <w:p w14:paraId="093B72B8" w14:textId="494B3B9B" w:rsidR="7F709E2C" w:rsidRDefault="7F709E2C" w:rsidP="37F8AB7B">
      <w:pPr>
        <w:numPr>
          <w:ilvl w:val="0"/>
          <w:numId w:val="12"/>
        </w:numPr>
      </w:pPr>
      <w:r>
        <w:t>Ensure this reflects your detailed responses</w:t>
      </w:r>
    </w:p>
    <w:p w14:paraId="614C9BB4" w14:textId="7B9D6E18" w:rsidR="37F8AB7B" w:rsidRDefault="37F8AB7B" w:rsidP="37F8AB7B"/>
    <w:p w14:paraId="376A5583" w14:textId="77777777" w:rsidR="00E20090" w:rsidRPr="00E20090" w:rsidRDefault="00E20090">
      <w:pPr>
        <w:rPr>
          <w:b/>
          <w:bCs/>
        </w:rPr>
      </w:pPr>
    </w:p>
    <w:p w14:paraId="2E968CB8" w14:textId="77777777" w:rsidR="00E20090" w:rsidRDefault="00E20090"/>
    <w:p w14:paraId="0B9862DF" w14:textId="77777777" w:rsidR="00E20090" w:rsidRDefault="00E20090"/>
    <w:p w14:paraId="0F335AF9" w14:textId="77777777" w:rsidR="00E20090" w:rsidRDefault="00E20090"/>
    <w:sectPr w:rsidR="00E20090" w:rsidSect="00034616">
      <w:headerReference w:type="default" r:id="rId1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75DC1" w14:textId="77777777" w:rsidR="0038788A" w:rsidRDefault="0038788A" w:rsidP="0038788A">
      <w:pPr>
        <w:spacing w:after="0" w:line="240" w:lineRule="auto"/>
      </w:pPr>
      <w:r>
        <w:separator/>
      </w:r>
    </w:p>
  </w:endnote>
  <w:endnote w:type="continuationSeparator" w:id="0">
    <w:p w14:paraId="4F0EEFFA" w14:textId="77777777" w:rsidR="0038788A" w:rsidRDefault="0038788A" w:rsidP="003878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2880"/>
      <w:gridCol w:w="2880"/>
      <w:gridCol w:w="2880"/>
    </w:tblGrid>
    <w:tr w:rsidR="37F8AB7B" w14:paraId="217924F3" w14:textId="77777777" w:rsidTr="37F8AB7B">
      <w:trPr>
        <w:trHeight w:val="300"/>
      </w:trPr>
      <w:tc>
        <w:tcPr>
          <w:tcW w:w="2880" w:type="dxa"/>
        </w:tcPr>
        <w:p w14:paraId="264464CE" w14:textId="2270E93D" w:rsidR="37F8AB7B" w:rsidRDefault="37F8AB7B" w:rsidP="37F8AB7B">
          <w:pPr>
            <w:pStyle w:val="Header"/>
            <w:ind w:left="-115"/>
          </w:pPr>
        </w:p>
      </w:tc>
      <w:tc>
        <w:tcPr>
          <w:tcW w:w="2880" w:type="dxa"/>
        </w:tcPr>
        <w:p w14:paraId="69F6542A" w14:textId="07561A78" w:rsidR="37F8AB7B" w:rsidRDefault="37F8AB7B" w:rsidP="37F8AB7B">
          <w:pPr>
            <w:pStyle w:val="Header"/>
            <w:jc w:val="center"/>
          </w:pPr>
        </w:p>
      </w:tc>
      <w:tc>
        <w:tcPr>
          <w:tcW w:w="2880" w:type="dxa"/>
        </w:tcPr>
        <w:p w14:paraId="19C16BBB" w14:textId="623B0624" w:rsidR="37F8AB7B" w:rsidRDefault="37F8AB7B" w:rsidP="37F8AB7B">
          <w:pPr>
            <w:pStyle w:val="Header"/>
            <w:ind w:right="-115"/>
            <w:jc w:val="right"/>
          </w:pPr>
        </w:p>
      </w:tc>
    </w:tr>
  </w:tbl>
  <w:p w14:paraId="06724E5E" w14:textId="338220AE" w:rsidR="00AF59E7" w:rsidRDefault="00AF59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452FE" w14:textId="77777777" w:rsidR="0038788A" w:rsidRDefault="0038788A" w:rsidP="0038788A">
      <w:pPr>
        <w:spacing w:after="0" w:line="240" w:lineRule="auto"/>
      </w:pPr>
      <w:r>
        <w:separator/>
      </w:r>
    </w:p>
  </w:footnote>
  <w:footnote w:type="continuationSeparator" w:id="0">
    <w:p w14:paraId="5C9AAD6A" w14:textId="77777777" w:rsidR="0038788A" w:rsidRDefault="0038788A" w:rsidP="003878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2880"/>
      <w:gridCol w:w="2880"/>
      <w:gridCol w:w="2880"/>
    </w:tblGrid>
    <w:tr w:rsidR="37F8AB7B" w14:paraId="491AB4F9" w14:textId="77777777" w:rsidTr="37F8AB7B">
      <w:trPr>
        <w:trHeight w:val="300"/>
      </w:trPr>
      <w:tc>
        <w:tcPr>
          <w:tcW w:w="2880" w:type="dxa"/>
        </w:tcPr>
        <w:p w14:paraId="06216CFF" w14:textId="1E1E4D13" w:rsidR="37F8AB7B" w:rsidRDefault="37F8AB7B" w:rsidP="37F8AB7B">
          <w:pPr>
            <w:pStyle w:val="Header"/>
            <w:ind w:left="-115"/>
          </w:pPr>
        </w:p>
      </w:tc>
      <w:tc>
        <w:tcPr>
          <w:tcW w:w="2880" w:type="dxa"/>
        </w:tcPr>
        <w:p w14:paraId="58FDB4BC" w14:textId="7561208C" w:rsidR="37F8AB7B" w:rsidRDefault="37F8AB7B" w:rsidP="37F8AB7B">
          <w:pPr>
            <w:pStyle w:val="Header"/>
            <w:jc w:val="center"/>
          </w:pPr>
        </w:p>
      </w:tc>
      <w:tc>
        <w:tcPr>
          <w:tcW w:w="2880" w:type="dxa"/>
        </w:tcPr>
        <w:p w14:paraId="54243DCD" w14:textId="7AF682B5" w:rsidR="37F8AB7B" w:rsidRDefault="37F8AB7B" w:rsidP="37F8AB7B">
          <w:pPr>
            <w:pStyle w:val="Header"/>
            <w:ind w:right="-115"/>
            <w:jc w:val="right"/>
          </w:pPr>
        </w:p>
      </w:tc>
    </w:tr>
  </w:tbl>
  <w:p w14:paraId="3DDDAA14" w14:textId="300E43F1" w:rsidR="00AF59E7" w:rsidRDefault="00AF59E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22" w:type="dxa"/>
      <w:tblLook w:val="06A0" w:firstRow="1" w:lastRow="0" w:firstColumn="1" w:lastColumn="0" w:noHBand="1" w:noVBand="1"/>
    </w:tblPr>
    <w:tblGrid>
      <w:gridCol w:w="4962"/>
      <w:gridCol w:w="2880"/>
      <w:gridCol w:w="2880"/>
    </w:tblGrid>
    <w:tr w:rsidR="00BE7819" w14:paraId="744FAF70" w14:textId="77777777" w:rsidTr="00420237">
      <w:trPr>
        <w:trHeight w:val="300"/>
      </w:trPr>
      <w:tc>
        <w:tcPr>
          <w:tcW w:w="4962" w:type="dxa"/>
        </w:tcPr>
        <w:p w14:paraId="3AF97530" w14:textId="054D0198" w:rsidR="00BE7819" w:rsidRDefault="00420237" w:rsidP="00420237">
          <w:r w:rsidRPr="00420237">
            <w:rPr>
              <w:b/>
              <w:bCs/>
              <w:sz w:val="32"/>
              <w:szCs w:val="32"/>
              <w:u w:val="single"/>
            </w:rPr>
            <w:t>INTERNAL USE ONLY</w:t>
          </w:r>
        </w:p>
      </w:tc>
      <w:tc>
        <w:tcPr>
          <w:tcW w:w="2880" w:type="dxa"/>
        </w:tcPr>
        <w:p w14:paraId="0F118011" w14:textId="77777777" w:rsidR="00BE7819" w:rsidRDefault="00BE7819" w:rsidP="37F8AB7B">
          <w:pPr>
            <w:pStyle w:val="Header"/>
            <w:jc w:val="center"/>
          </w:pPr>
        </w:p>
      </w:tc>
      <w:tc>
        <w:tcPr>
          <w:tcW w:w="2880" w:type="dxa"/>
        </w:tcPr>
        <w:p w14:paraId="2D6AC68C" w14:textId="77777777" w:rsidR="00BE7819" w:rsidRDefault="00BE7819" w:rsidP="37F8AB7B">
          <w:pPr>
            <w:pStyle w:val="Header"/>
            <w:ind w:right="-115"/>
            <w:jc w:val="right"/>
          </w:pPr>
        </w:p>
      </w:tc>
    </w:tr>
  </w:tbl>
  <w:p w14:paraId="300A5FF0" w14:textId="77777777" w:rsidR="0038788A" w:rsidRDefault="003878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645155C"/>
    <w:multiLevelType w:val="hybridMultilevel"/>
    <w:tmpl w:val="25302F7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0" w15:restartNumberingAfterBreak="0">
    <w:nsid w:val="2F906204"/>
    <w:multiLevelType w:val="multilevel"/>
    <w:tmpl w:val="DBEC9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042FE2"/>
    <w:multiLevelType w:val="multilevel"/>
    <w:tmpl w:val="6D444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C943873"/>
    <w:multiLevelType w:val="multilevel"/>
    <w:tmpl w:val="A852FD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D6F3755"/>
    <w:multiLevelType w:val="multilevel"/>
    <w:tmpl w:val="EA881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D943416"/>
    <w:multiLevelType w:val="multilevel"/>
    <w:tmpl w:val="CC0A1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34C37AE"/>
    <w:multiLevelType w:val="multilevel"/>
    <w:tmpl w:val="BE0A3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A785D06"/>
    <w:multiLevelType w:val="hybridMultilevel"/>
    <w:tmpl w:val="EAF8C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FC71A5"/>
    <w:multiLevelType w:val="multilevel"/>
    <w:tmpl w:val="2592A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40A79E9"/>
    <w:multiLevelType w:val="multilevel"/>
    <w:tmpl w:val="6CF22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51611120">
    <w:abstractNumId w:val="8"/>
  </w:num>
  <w:num w:numId="2" w16cid:durableId="879827838">
    <w:abstractNumId w:val="6"/>
  </w:num>
  <w:num w:numId="3" w16cid:durableId="1583677782">
    <w:abstractNumId w:val="5"/>
  </w:num>
  <w:num w:numId="4" w16cid:durableId="951474822">
    <w:abstractNumId w:val="4"/>
  </w:num>
  <w:num w:numId="5" w16cid:durableId="1846164222">
    <w:abstractNumId w:val="7"/>
  </w:num>
  <w:num w:numId="6" w16cid:durableId="1061640888">
    <w:abstractNumId w:val="3"/>
  </w:num>
  <w:num w:numId="7" w16cid:durableId="1104570299">
    <w:abstractNumId w:val="2"/>
  </w:num>
  <w:num w:numId="8" w16cid:durableId="1870411844">
    <w:abstractNumId w:val="1"/>
  </w:num>
  <w:num w:numId="9" w16cid:durableId="1388917676">
    <w:abstractNumId w:val="0"/>
  </w:num>
  <w:num w:numId="10" w16cid:durableId="2130077705">
    <w:abstractNumId w:val="16"/>
  </w:num>
  <w:num w:numId="11" w16cid:durableId="1455294998">
    <w:abstractNumId w:val="9"/>
  </w:num>
  <w:num w:numId="12" w16cid:durableId="814109652">
    <w:abstractNumId w:val="18"/>
  </w:num>
  <w:num w:numId="13" w16cid:durableId="453520765">
    <w:abstractNumId w:val="10"/>
  </w:num>
  <w:num w:numId="14" w16cid:durableId="1524514410">
    <w:abstractNumId w:val="14"/>
  </w:num>
  <w:num w:numId="15" w16cid:durableId="452334483">
    <w:abstractNumId w:val="17"/>
  </w:num>
  <w:num w:numId="16" w16cid:durableId="440496181">
    <w:abstractNumId w:val="11"/>
  </w:num>
  <w:num w:numId="17" w16cid:durableId="1506701405">
    <w:abstractNumId w:val="15"/>
  </w:num>
  <w:num w:numId="18" w16cid:durableId="1034620352">
    <w:abstractNumId w:val="13"/>
  </w:num>
  <w:num w:numId="19" w16cid:durableId="60288037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425FD"/>
    <w:rsid w:val="0004623F"/>
    <w:rsid w:val="0005725A"/>
    <w:rsid w:val="0006063C"/>
    <w:rsid w:val="00087C06"/>
    <w:rsid w:val="00087ED7"/>
    <w:rsid w:val="00095C19"/>
    <w:rsid w:val="000C36D3"/>
    <w:rsid w:val="000C5F99"/>
    <w:rsid w:val="000E2655"/>
    <w:rsid w:val="001244AF"/>
    <w:rsid w:val="00126BB5"/>
    <w:rsid w:val="0015074B"/>
    <w:rsid w:val="001D3696"/>
    <w:rsid w:val="001D5D63"/>
    <w:rsid w:val="0023378A"/>
    <w:rsid w:val="0029639D"/>
    <w:rsid w:val="002C00F3"/>
    <w:rsid w:val="003178AA"/>
    <w:rsid w:val="00326F90"/>
    <w:rsid w:val="00350A32"/>
    <w:rsid w:val="0038788A"/>
    <w:rsid w:val="003B7EAC"/>
    <w:rsid w:val="003F0C01"/>
    <w:rsid w:val="003F16C0"/>
    <w:rsid w:val="004149ED"/>
    <w:rsid w:val="00420237"/>
    <w:rsid w:val="00486CF4"/>
    <w:rsid w:val="004C240D"/>
    <w:rsid w:val="004E1395"/>
    <w:rsid w:val="004E2DD7"/>
    <w:rsid w:val="005805FD"/>
    <w:rsid w:val="005A7CF3"/>
    <w:rsid w:val="005B6599"/>
    <w:rsid w:val="00605A34"/>
    <w:rsid w:val="00630F95"/>
    <w:rsid w:val="006365C5"/>
    <w:rsid w:val="00677ABC"/>
    <w:rsid w:val="00691A58"/>
    <w:rsid w:val="006C30A6"/>
    <w:rsid w:val="006F5AA3"/>
    <w:rsid w:val="007073E4"/>
    <w:rsid w:val="0075058D"/>
    <w:rsid w:val="007A11CE"/>
    <w:rsid w:val="007A59A1"/>
    <w:rsid w:val="007E7D5D"/>
    <w:rsid w:val="008150BE"/>
    <w:rsid w:val="008550BF"/>
    <w:rsid w:val="008A1B51"/>
    <w:rsid w:val="00903A3E"/>
    <w:rsid w:val="00925093"/>
    <w:rsid w:val="00945716"/>
    <w:rsid w:val="009511FB"/>
    <w:rsid w:val="00963AB0"/>
    <w:rsid w:val="00965DA7"/>
    <w:rsid w:val="009A76D6"/>
    <w:rsid w:val="00A55316"/>
    <w:rsid w:val="00AA1D8D"/>
    <w:rsid w:val="00AB7C6E"/>
    <w:rsid w:val="00AC5595"/>
    <w:rsid w:val="00AE703D"/>
    <w:rsid w:val="00AE74C4"/>
    <w:rsid w:val="00AF03F6"/>
    <w:rsid w:val="00AF59E7"/>
    <w:rsid w:val="00B11984"/>
    <w:rsid w:val="00B23AC2"/>
    <w:rsid w:val="00B47730"/>
    <w:rsid w:val="00B54C5E"/>
    <w:rsid w:val="00B66830"/>
    <w:rsid w:val="00B82E2D"/>
    <w:rsid w:val="00BA021C"/>
    <w:rsid w:val="00BE0DF2"/>
    <w:rsid w:val="00BE7819"/>
    <w:rsid w:val="00C058D0"/>
    <w:rsid w:val="00C17FB7"/>
    <w:rsid w:val="00C352FE"/>
    <w:rsid w:val="00C954DB"/>
    <w:rsid w:val="00CB0664"/>
    <w:rsid w:val="00CB691B"/>
    <w:rsid w:val="00CC5634"/>
    <w:rsid w:val="00D312FE"/>
    <w:rsid w:val="00D4114E"/>
    <w:rsid w:val="00D45FF7"/>
    <w:rsid w:val="00D85D27"/>
    <w:rsid w:val="00DA2258"/>
    <w:rsid w:val="00DD4B96"/>
    <w:rsid w:val="00E03AEA"/>
    <w:rsid w:val="00E20090"/>
    <w:rsid w:val="00E301A1"/>
    <w:rsid w:val="00E81139"/>
    <w:rsid w:val="00E86788"/>
    <w:rsid w:val="00EE639F"/>
    <w:rsid w:val="00F709C6"/>
    <w:rsid w:val="00F70DDC"/>
    <w:rsid w:val="00F7119B"/>
    <w:rsid w:val="00FB25E3"/>
    <w:rsid w:val="00FC693F"/>
    <w:rsid w:val="00FD0F4D"/>
    <w:rsid w:val="0247C884"/>
    <w:rsid w:val="04D18BDD"/>
    <w:rsid w:val="0519A477"/>
    <w:rsid w:val="068CD663"/>
    <w:rsid w:val="0E730180"/>
    <w:rsid w:val="101D70CD"/>
    <w:rsid w:val="129B31D5"/>
    <w:rsid w:val="1419D4C1"/>
    <w:rsid w:val="18D47AEC"/>
    <w:rsid w:val="18DFFC4B"/>
    <w:rsid w:val="1BEE83AB"/>
    <w:rsid w:val="1C15D765"/>
    <w:rsid w:val="1D8CAF3A"/>
    <w:rsid w:val="1E03F17B"/>
    <w:rsid w:val="1F079462"/>
    <w:rsid w:val="207A9C2F"/>
    <w:rsid w:val="23587BC2"/>
    <w:rsid w:val="23E355ED"/>
    <w:rsid w:val="268AA797"/>
    <w:rsid w:val="289E41AD"/>
    <w:rsid w:val="2ACD081E"/>
    <w:rsid w:val="2BA05E5C"/>
    <w:rsid w:val="2D6CEAF2"/>
    <w:rsid w:val="2E913D88"/>
    <w:rsid w:val="2F0CF217"/>
    <w:rsid w:val="3442AEE5"/>
    <w:rsid w:val="34CF7836"/>
    <w:rsid w:val="352812F3"/>
    <w:rsid w:val="36D6DE34"/>
    <w:rsid w:val="37223457"/>
    <w:rsid w:val="37F8AB7B"/>
    <w:rsid w:val="38EC37FB"/>
    <w:rsid w:val="391514B5"/>
    <w:rsid w:val="3973FAE2"/>
    <w:rsid w:val="3D7336B3"/>
    <w:rsid w:val="3E9C8318"/>
    <w:rsid w:val="4043C337"/>
    <w:rsid w:val="41446F8B"/>
    <w:rsid w:val="414F2EE5"/>
    <w:rsid w:val="423F6595"/>
    <w:rsid w:val="4536E0F5"/>
    <w:rsid w:val="46374A37"/>
    <w:rsid w:val="4735C6F9"/>
    <w:rsid w:val="487D2D0E"/>
    <w:rsid w:val="49255602"/>
    <w:rsid w:val="4B488D86"/>
    <w:rsid w:val="4C4E0B7A"/>
    <w:rsid w:val="4D48F64D"/>
    <w:rsid w:val="4D95C752"/>
    <w:rsid w:val="4DB381D2"/>
    <w:rsid w:val="4EE64625"/>
    <w:rsid w:val="520F1921"/>
    <w:rsid w:val="528FA6FE"/>
    <w:rsid w:val="5BE2F17C"/>
    <w:rsid w:val="5E43985F"/>
    <w:rsid w:val="5F5FEE7C"/>
    <w:rsid w:val="5F7DCAF3"/>
    <w:rsid w:val="624EB666"/>
    <w:rsid w:val="651E2773"/>
    <w:rsid w:val="66033264"/>
    <w:rsid w:val="68C3F2A1"/>
    <w:rsid w:val="6F14E33B"/>
    <w:rsid w:val="6F1A5841"/>
    <w:rsid w:val="717BC596"/>
    <w:rsid w:val="721581B1"/>
    <w:rsid w:val="73B154D0"/>
    <w:rsid w:val="755F1FD4"/>
    <w:rsid w:val="7793F5C4"/>
    <w:rsid w:val="7816E88D"/>
    <w:rsid w:val="794B425B"/>
    <w:rsid w:val="7A19DA59"/>
    <w:rsid w:val="7C67C257"/>
    <w:rsid w:val="7F19BEDA"/>
    <w:rsid w:val="7F5ADF32"/>
    <w:rsid w:val="7F709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A94DDD6"/>
  <w14:defaultImageDpi w14:val="300"/>
  <w15:docId w15:val="{956F3A2D-582B-42DA-976E-F06A4507C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7C06"/>
    <w:pPr>
      <w:spacing w:after="120"/>
    </w:pPr>
    <w:rPr>
      <w:rFonts w:ascii="Arial" w:hAnsi="Arial"/>
      <w:color w:val="000000" w:themeColor="text1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7C06"/>
    <w:pPr>
      <w:keepNext/>
      <w:keepLines/>
      <w:spacing w:before="360"/>
      <w:outlineLvl w:val="0"/>
    </w:pPr>
    <w:rPr>
      <w:rFonts w:eastAsiaTheme="majorEastAsia" w:cstheme="majorBidi"/>
      <w:b/>
      <w:bCs/>
      <w:color w:val="17365D" w:themeColor="text2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087C06"/>
    <w:rPr>
      <w:rFonts w:ascii="Arial" w:eastAsiaTheme="majorEastAsia" w:hAnsi="Arial" w:cstheme="majorBidi"/>
      <w:b/>
      <w:bCs/>
      <w:color w:val="17365D" w:themeColor="text2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TableGridLight">
    <w:name w:val="Grid Table Light"/>
    <w:basedOn w:val="TableNormal"/>
    <w:uiPriority w:val="99"/>
    <w:rsid w:val="00087C0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087C06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087C06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B65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B65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B6599"/>
    <w:rPr>
      <w:rFonts w:ascii="Arial" w:hAnsi="Arial"/>
      <w:color w:val="000000" w:themeColor="text1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659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6599"/>
    <w:rPr>
      <w:rFonts w:ascii="Arial" w:hAnsi="Arial"/>
      <w:b/>
      <w:bCs/>
      <w:color w:val="000000" w:themeColor="text1"/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3378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26BB5"/>
    <w:pPr>
      <w:spacing w:after="0" w:line="240" w:lineRule="auto"/>
    </w:pPr>
    <w:rPr>
      <w:rFonts w:ascii="Arial" w:hAnsi="Arial"/>
      <w:color w:val="000000" w:themeColor="text1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england.dataservices.businessmanagement@nhs.net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england.dataservices.businessmanagement@nhs.ne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ngland.standards.assurance@nhs.net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england.standards.assurance@nhs.net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england.standards.assurance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357646598B0F4591C9D32F56BE4784" ma:contentTypeVersion="35" ma:contentTypeDescription="Create a new document." ma:contentTypeScope="" ma:versionID="b05d699602cc97954f6734130aba3238">
  <xsd:schema xmlns:xsd="http://www.w3.org/2001/XMLSchema" xmlns:xs="http://www.w3.org/2001/XMLSchema" xmlns:p="http://schemas.microsoft.com/office/2006/metadata/properties" xmlns:ns2="4aa6ef53-3747-42b5-a753-1ef5b77f9ec6" xmlns:ns3="fe5754fc-462d-4310-9f3d-4df8a5378add" targetNamespace="http://schemas.microsoft.com/office/2006/metadata/properties" ma:root="true" ma:fieldsID="d41deb98f8669d3c1b8968475cc98f14" ns2:_="" ns3:_="">
    <xsd:import namespace="4aa6ef53-3747-42b5-a753-1ef5b77f9ec6"/>
    <xsd:import namespace="fe5754fc-462d-4310-9f3d-4df8a5378a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3:_ip_UnifiedCompliancePolicyProperties" minOccurs="0"/>
                <xsd:element ref="ns3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Tags" minOccurs="0"/>
                <xsd:element ref="ns2:Topic" minOccurs="0"/>
                <xsd:element ref="ns2:MediaServiceLocation" minOccurs="0"/>
                <xsd:element ref="ns2:n28a410c7c3c4674bb991cef5be135a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a6ef53-3747-42b5-a753-1ef5b77f9e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Tags" ma:index="24" nillable="true" ma:displayName="Access level" ma:default="Open" ma:format="Dropdown" ma:internalName="Tags">
      <xsd:simpleType>
        <xsd:restriction base="dms:Choice">
          <xsd:enumeration value="Password Protected"/>
          <xsd:enumeration value="Archive"/>
          <xsd:enumeration value="Open"/>
          <xsd:enumeration value="Restricted"/>
        </xsd:restriction>
      </xsd:simpleType>
    </xsd:element>
    <xsd:element name="Topic" ma:index="25" nillable="true" ma:displayName="Topic" ma:description="see Topic section in OneNote" ma:format="Dropdown" ma:internalName="Topic">
      <xsd:simpleType>
        <xsd:restriction base="dms:Text">
          <xsd:maxLength value="255"/>
        </xsd:restriction>
      </xsd:simpleType>
    </xsd:element>
    <xsd:element name="MediaServiceLocation" ma:index="26" nillable="true" ma:displayName="Location" ma:indexed="true" ma:internalName="MediaServiceLocation" ma:readOnly="true">
      <xsd:simpleType>
        <xsd:restriction base="dms:Text"/>
      </xsd:simpleType>
    </xsd:element>
    <xsd:element name="n28a410c7c3c4674bb991cef5be135ac" ma:index="28" nillable="true" ma:taxonomy="true" ma:internalName="n28a410c7c3c4674bb991cef5be135ac" ma:taxonomyFieldName="Strategic" ma:displayName="Strategic" ma:default="" ma:fieldId="{728a410c-7c3c-4674-bb99-1cef5be135ac}" ma:sspId="2c8d5fda-b97d-42c6-97e2-f76465e161c0" ma:termSetId="ddfe9b76-2bdd-446c-aa9b-82044205b25d" ma:anchorId="756df519-f169-4749-ae5d-aaa59983c1d7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5754fc-462d-4310-9f3d-4df8a5378ad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5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22" nillable="true" ma:displayName="Taxonomy Catch All Column" ma:hidden="true" ma:list="{a01e2890-e714-4858-9001-11c824b0927f}" ma:internalName="TaxCatchAll" ma:showField="CatchAllData" ma:web="fe5754fc-462d-4310-9f3d-4df8a5378a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a6ef53-3747-42b5-a753-1ef5b77f9ec6">
      <Terms xmlns="http://schemas.microsoft.com/office/infopath/2007/PartnerControls"/>
    </lcf76f155ced4ddcb4097134ff3c332f>
    <TaxCatchAll xmlns="fe5754fc-462d-4310-9f3d-4df8a5378add" xsi:nil="true"/>
    <Topic xmlns="4aa6ef53-3747-42b5-a753-1ef5b77f9ec6" xsi:nil="true"/>
    <_ip_UnifiedCompliancePolicyUIAction xmlns="fe5754fc-462d-4310-9f3d-4df8a5378add" xsi:nil="true"/>
    <n28a410c7c3c4674bb991cef5be135ac xmlns="4aa6ef53-3747-42b5-a753-1ef5b77f9ec6">
      <Terms xmlns="http://schemas.microsoft.com/office/infopath/2007/PartnerControls"/>
    </n28a410c7c3c4674bb991cef5be135ac>
    <_ip_UnifiedCompliancePolicyProperties xmlns="fe5754fc-462d-4310-9f3d-4df8a5378add" xsi:nil="true"/>
    <Tags xmlns="4aa6ef53-3747-42b5-a753-1ef5b77f9ec6">Open</Tag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1E2D6D1-09CE-4B59-9F55-B67E3818706C}"/>
</file>

<file path=customXml/itemProps2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5775C95-F89E-42E4-8726-0AFB769665F7}">
  <ds:schemaRefs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http://purl.org/dc/terms/"/>
    <ds:schemaRef ds:uri="http://purl.org/dc/elements/1.1/"/>
    <ds:schemaRef ds:uri="7f49afd5-f5b5-43ef-bc0e-9f40a8d9e1b1"/>
    <ds:schemaRef ds:uri="http://schemas.microsoft.com/office/2006/documentManagement/types"/>
    <ds:schemaRef ds:uri="http://schemas.microsoft.com/office/infopath/2007/PartnerControls"/>
    <ds:schemaRef ds:uri="a78f7b8d-1012-44aa-981d-4011156d3b8f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A9C7986-850E-4EB8-A158-BD9A2B54EC5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15</Pages>
  <Words>1798</Words>
  <Characters>10253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12027</CharactersWithSpaces>
  <SharedDoc>false</SharedDoc>
  <HyperlinkBase/>
  <HLinks>
    <vt:vector size="96" baseType="variant">
      <vt:variant>
        <vt:i4>8257630</vt:i4>
      </vt:variant>
      <vt:variant>
        <vt:i4>12</vt:i4>
      </vt:variant>
      <vt:variant>
        <vt:i4>0</vt:i4>
      </vt:variant>
      <vt:variant>
        <vt:i4>5</vt:i4>
      </vt:variant>
      <vt:variant>
        <vt:lpwstr>mailto:england.standards.assurance@nhs.net</vt:lpwstr>
      </vt:variant>
      <vt:variant>
        <vt:lpwstr/>
      </vt:variant>
      <vt:variant>
        <vt:i4>8257630</vt:i4>
      </vt:variant>
      <vt:variant>
        <vt:i4>9</vt:i4>
      </vt:variant>
      <vt:variant>
        <vt:i4>0</vt:i4>
      </vt:variant>
      <vt:variant>
        <vt:i4>5</vt:i4>
      </vt:variant>
      <vt:variant>
        <vt:lpwstr>mailto:england.standards.assurance@nhs.net</vt:lpwstr>
      </vt:variant>
      <vt:variant>
        <vt:lpwstr/>
      </vt:variant>
      <vt:variant>
        <vt:i4>3080195</vt:i4>
      </vt:variant>
      <vt:variant>
        <vt:i4>6</vt:i4>
      </vt:variant>
      <vt:variant>
        <vt:i4>0</vt:i4>
      </vt:variant>
      <vt:variant>
        <vt:i4>5</vt:i4>
      </vt:variant>
      <vt:variant>
        <vt:lpwstr>mailto:england.dataservices.businessmanagement@nhs.net</vt:lpwstr>
      </vt:variant>
      <vt:variant>
        <vt:lpwstr/>
      </vt:variant>
      <vt:variant>
        <vt:i4>3080195</vt:i4>
      </vt:variant>
      <vt:variant>
        <vt:i4>3</vt:i4>
      </vt:variant>
      <vt:variant>
        <vt:i4>0</vt:i4>
      </vt:variant>
      <vt:variant>
        <vt:i4>5</vt:i4>
      </vt:variant>
      <vt:variant>
        <vt:lpwstr>mailto:england.dataservices.businessmanagement@nhs.net</vt:lpwstr>
      </vt:variant>
      <vt:variant>
        <vt:lpwstr/>
      </vt:variant>
      <vt:variant>
        <vt:i4>8257630</vt:i4>
      </vt:variant>
      <vt:variant>
        <vt:i4>0</vt:i4>
      </vt:variant>
      <vt:variant>
        <vt:i4>0</vt:i4>
      </vt:variant>
      <vt:variant>
        <vt:i4>5</vt:i4>
      </vt:variant>
      <vt:variant>
        <vt:lpwstr>mailto:england.standards.assurance@nhs.net</vt:lpwstr>
      </vt:variant>
      <vt:variant>
        <vt:lpwstr/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_Toc228395139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_Toc228395138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_Toc228395137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_Toc228395136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_Toc228395135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_Toc228395134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_Toc228395133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_Toc228395132</vt:lpwstr>
      </vt:variant>
      <vt:variant>
        <vt:i4>1048626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_Toc228395131</vt:lpwstr>
      </vt:variant>
      <vt:variant>
        <vt:i4>1048626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_Toc228395130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_Toc228395129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ODHEGBA, Martin (NHS ENGLAND)</cp:lastModifiedBy>
  <cp:revision>12</cp:revision>
  <dcterms:created xsi:type="dcterms:W3CDTF">2026-04-24T08:18:00Z</dcterms:created>
  <dcterms:modified xsi:type="dcterms:W3CDTF">2026-05-05T09:07:00Z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0x0101003A357646598B0F4591C9D32F56BE4784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  <property fmtid="{D5CDD505-2E9C-101B-9397-08002B2CF9AE}" pid="5" name="Strategic">
    <vt:lpwstr/>
  </property>
</Properties>
</file>