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45B4FED" w14:textId="060FC9C6" w:rsidR="00E35049" w:rsidRDefault="001B016D">
      <w:r w:rsidRPr="001B016D">
        <w:rPr>
          <w:noProof/>
        </w:rPr>
        <w:drawing>
          <wp:inline distT="0" distB="0" distL="0" distR="0" wp14:anchorId="42C2CF63" wp14:editId="72E43E52">
            <wp:extent cx="5486400" cy="1046480"/>
            <wp:effectExtent l="0" t="0" r="0" b="0"/>
            <wp:docPr id="190131549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486400" cy="1046480"/>
                    </a:xfrm>
                    <a:prstGeom prst="rect">
                      <a:avLst/>
                    </a:prstGeom>
                    <a:noFill/>
                    <a:ln>
                      <a:noFill/>
                    </a:ln>
                  </pic:spPr>
                </pic:pic>
              </a:graphicData>
            </a:graphic>
          </wp:inline>
        </w:drawing>
      </w:r>
    </w:p>
    <w:tbl>
      <w:tblPr>
        <w:tblStyle w:val="TableGrid"/>
        <w:tblW w:w="0" w:type="auto"/>
        <w:tblLook w:val="04A0" w:firstRow="1" w:lastRow="0" w:firstColumn="1" w:lastColumn="0" w:noHBand="0" w:noVBand="1"/>
      </w:tblPr>
      <w:tblGrid>
        <w:gridCol w:w="4315"/>
        <w:gridCol w:w="4315"/>
      </w:tblGrid>
      <w:tr w:rsidR="00E35049" w14:paraId="2CF370DD" w14:textId="77777777">
        <w:tc>
          <w:tcPr>
            <w:tcW w:w="4320" w:type="dxa"/>
          </w:tcPr>
          <w:p w14:paraId="4E16155B" w14:textId="77777777" w:rsidR="00E35049" w:rsidRDefault="003645F3">
            <w:r>
              <w:t>NHS Number:</w:t>
            </w:r>
          </w:p>
        </w:tc>
        <w:sdt>
          <w:sdtPr>
            <w:rPr>
              <w:noProof/>
            </w:rPr>
            <w:alias w:val="NHS Number"/>
            <w:tag w:val="NHSNUMBER"/>
            <w:id w:val="-1525079334"/>
            <w:placeholder>
              <w:docPart w:val="DefaultPlaceholder_-1854013440"/>
            </w:placeholder>
            <w:showingPlcHdr/>
            <w:text/>
          </w:sdtPr>
          <w:sdtEndPr/>
          <w:sdtContent>
            <w:tc>
              <w:tcPr>
                <w:tcW w:w="4320" w:type="dxa"/>
              </w:tcPr>
              <w:p w14:paraId="403E313B" w14:textId="6E830EA0" w:rsidR="00E35049" w:rsidRDefault="00451ADB">
                <w:pPr>
                  <w:rPr>
                    <w:noProof/>
                  </w:rPr>
                </w:pPr>
                <w:r w:rsidRPr="00221290">
                  <w:rPr>
                    <w:rStyle w:val="PlaceholderText"/>
                  </w:rPr>
                  <w:t>Click or tap here to enter text.</w:t>
                </w:r>
              </w:p>
            </w:tc>
          </w:sdtContent>
        </w:sdt>
      </w:tr>
      <w:tr w:rsidR="00E35049" w14:paraId="7EEB4EAB" w14:textId="77777777">
        <w:tc>
          <w:tcPr>
            <w:tcW w:w="4320" w:type="dxa"/>
          </w:tcPr>
          <w:p w14:paraId="123D8C41" w14:textId="0EBA586B" w:rsidR="00451ADB" w:rsidRDefault="003645F3">
            <w:r>
              <w:t>Date of birth: dd/mm/</w:t>
            </w:r>
          </w:p>
        </w:tc>
        <w:sdt>
          <w:sdtPr>
            <w:alias w:val="Date Of Birth"/>
            <w:tag w:val="DOB"/>
            <w:id w:val="-165013632"/>
            <w:placeholder>
              <w:docPart w:val="DefaultPlaceholder_-1854013437"/>
            </w:placeholder>
            <w:showingPlcHdr/>
            <w:date w:fullDate="2026-01-15T00:00:00Z">
              <w:dateFormat w:val="dd/MM/yyyy"/>
              <w:lid w:val="en-GB"/>
              <w:storeMappedDataAs w:val="dateTime"/>
              <w:calendar w:val="gregorian"/>
            </w:date>
          </w:sdtPr>
          <w:sdtEndPr/>
          <w:sdtContent>
            <w:tc>
              <w:tcPr>
                <w:tcW w:w="4320" w:type="dxa"/>
              </w:tcPr>
              <w:p w14:paraId="5E3A5568" w14:textId="69110B9C" w:rsidR="00E35049" w:rsidRDefault="00F20BE1">
                <w:r w:rsidRPr="00221290">
                  <w:rPr>
                    <w:rStyle w:val="PlaceholderText"/>
                  </w:rPr>
                  <w:t>Click or tap to enter a date.</w:t>
                </w:r>
              </w:p>
            </w:tc>
          </w:sdtContent>
        </w:sdt>
      </w:tr>
    </w:tbl>
    <w:p w14:paraId="2435F8CC" w14:textId="77777777" w:rsidR="00E35049" w:rsidRDefault="003645F3">
      <w:pPr>
        <w:pStyle w:val="Heading2"/>
      </w:pPr>
      <w:r>
        <w:t>SECTION A: PATIENT AND PRESENTATION DETAILS</w:t>
      </w:r>
    </w:p>
    <w:tbl>
      <w:tblPr>
        <w:tblStyle w:val="TableGrid"/>
        <w:tblW w:w="0" w:type="auto"/>
        <w:tblLook w:val="04A0" w:firstRow="1" w:lastRow="0" w:firstColumn="1" w:lastColumn="0" w:noHBand="0" w:noVBand="1"/>
      </w:tblPr>
      <w:tblGrid>
        <w:gridCol w:w="4315"/>
        <w:gridCol w:w="4315"/>
      </w:tblGrid>
      <w:tr w:rsidR="00E35049" w14:paraId="0AEB39EB" w14:textId="77777777">
        <w:tc>
          <w:tcPr>
            <w:tcW w:w="4320" w:type="dxa"/>
          </w:tcPr>
          <w:p w14:paraId="45967B8E" w14:textId="77777777" w:rsidR="00E35049" w:rsidRDefault="003645F3">
            <w:r>
              <w:t>Date of first assessment by your team:</w:t>
            </w:r>
          </w:p>
        </w:tc>
        <w:sdt>
          <w:sdtPr>
            <w:alias w:val="Assessment Date"/>
            <w:tag w:val="Date"/>
            <w:id w:val="552045072"/>
            <w:placeholder>
              <w:docPart w:val="DefaultPlaceholder_-1854013437"/>
            </w:placeholder>
            <w:showingPlcHdr/>
            <w:date>
              <w:dateFormat w:val="dd/MM/yyyy"/>
              <w:lid w:val="en-GB"/>
              <w:storeMappedDataAs w:val="dateTime"/>
              <w:calendar w:val="gregorian"/>
            </w:date>
          </w:sdtPr>
          <w:sdtEndPr/>
          <w:sdtContent>
            <w:tc>
              <w:tcPr>
                <w:tcW w:w="4320" w:type="dxa"/>
              </w:tcPr>
              <w:p w14:paraId="390EE16F" w14:textId="704A8FEF" w:rsidR="00E35049" w:rsidRDefault="00B91EE6">
                <w:r w:rsidRPr="00221290">
                  <w:rPr>
                    <w:rStyle w:val="PlaceholderText"/>
                  </w:rPr>
                  <w:t>Click or tap to enter a date.</w:t>
                </w:r>
              </w:p>
            </w:tc>
          </w:sdtContent>
        </w:sdt>
      </w:tr>
    </w:tbl>
    <w:p w14:paraId="7D1990A2" w14:textId="77777777" w:rsidR="00E35049" w:rsidRDefault="003645F3">
      <w:r>
        <w:t>Interval between first presentation to a Health Professional and first assessment by your team:</w:t>
      </w:r>
    </w:p>
    <w:tbl>
      <w:tblPr>
        <w:tblStyle w:val="TableGrid"/>
        <w:tblW w:w="0" w:type="auto"/>
        <w:tblLook w:val="04A0" w:firstRow="1" w:lastRow="0" w:firstColumn="1" w:lastColumn="0" w:noHBand="0" w:noVBand="1"/>
      </w:tblPr>
      <w:tblGrid>
        <w:gridCol w:w="1726"/>
        <w:gridCol w:w="1726"/>
        <w:gridCol w:w="1726"/>
        <w:gridCol w:w="2151"/>
        <w:gridCol w:w="1301"/>
      </w:tblGrid>
      <w:tr w:rsidR="00E35049" w14:paraId="1A1D6C74" w14:textId="77777777" w:rsidTr="00645B00">
        <w:tc>
          <w:tcPr>
            <w:tcW w:w="1728" w:type="dxa"/>
          </w:tcPr>
          <w:p w14:paraId="58CE93C1" w14:textId="1F3F2340" w:rsidR="00E35049" w:rsidRPr="00E411D7" w:rsidRDefault="00BF2826">
            <w:pPr>
              <w:rPr>
                <w:sz w:val="20"/>
                <w:szCs w:val="20"/>
              </w:rPr>
            </w:pPr>
            <w:r w:rsidRPr="00E411D7">
              <w:rPr>
                <w:sz w:val="18"/>
                <w:szCs w:val="18"/>
              </w:rPr>
              <w:t>Self-presenting</w:t>
            </w:r>
            <w:r w:rsidR="00E411D7">
              <w:rPr>
                <w:sz w:val="20"/>
                <w:szCs w:val="20"/>
              </w:rPr>
              <w:t xml:space="preserve"> </w:t>
            </w:r>
            <w:sdt>
              <w:sdtPr>
                <w:rPr>
                  <w:sz w:val="20"/>
                  <w:szCs w:val="20"/>
                </w:rPr>
                <w:id w:val="-2012977911"/>
                <w14:checkbox>
                  <w14:checked w14:val="0"/>
                  <w14:checkedState w14:val="E081" w14:font="Segoe Fluent Icons"/>
                  <w14:uncheckedState w14:val="2610" w14:font="MS Gothic"/>
                </w14:checkbox>
              </w:sdtPr>
              <w:sdtEndPr/>
              <w:sdtContent>
                <w:r w:rsidR="00670F73">
                  <w:rPr>
                    <w:rFonts w:ascii="MS Gothic" w:eastAsia="MS Gothic" w:hAnsi="MS Gothic" w:hint="eastAsia"/>
                    <w:sz w:val="20"/>
                    <w:szCs w:val="20"/>
                  </w:rPr>
                  <w:t>☐</w:t>
                </w:r>
              </w:sdtContent>
            </w:sdt>
          </w:p>
        </w:tc>
        <w:tc>
          <w:tcPr>
            <w:tcW w:w="1728" w:type="dxa"/>
          </w:tcPr>
          <w:p w14:paraId="08074B87" w14:textId="6F9E9172" w:rsidR="00E35049" w:rsidRDefault="003645F3">
            <w:r>
              <w:t>≤2 days</w:t>
            </w:r>
            <w:sdt>
              <w:sdtPr>
                <w:id w:val="-347341601"/>
                <w14:checkbox>
                  <w14:checked w14:val="0"/>
                  <w14:checkedState w14:val="E001" w14:font="Segoe Fluent Icons"/>
                  <w14:uncheckedState w14:val="2610" w14:font="MS Gothic"/>
                </w14:checkbox>
              </w:sdtPr>
              <w:sdtEndPr/>
              <w:sdtContent>
                <w:r w:rsidR="00670F73">
                  <w:rPr>
                    <w:rFonts w:ascii="MS Gothic" w:eastAsia="MS Gothic" w:hAnsi="MS Gothic" w:hint="eastAsia"/>
                  </w:rPr>
                  <w:t>☐</w:t>
                </w:r>
              </w:sdtContent>
            </w:sdt>
          </w:p>
        </w:tc>
        <w:tc>
          <w:tcPr>
            <w:tcW w:w="1728" w:type="dxa"/>
          </w:tcPr>
          <w:p w14:paraId="1AE9298D" w14:textId="60B4938D" w:rsidR="00E35049" w:rsidRDefault="003645F3">
            <w:r>
              <w:t>3–13 days</w:t>
            </w:r>
            <w:sdt>
              <w:sdtPr>
                <w:id w:val="1716473486"/>
                <w14:checkbox>
                  <w14:checked w14:val="0"/>
                  <w14:checkedState w14:val="E001" w14:font="Segoe Fluent Icons"/>
                  <w14:uncheckedState w14:val="2610" w14:font="MS Gothic"/>
                </w14:checkbox>
              </w:sdtPr>
              <w:sdtEndPr/>
              <w:sdtContent>
                <w:r w:rsidR="00832999">
                  <w:rPr>
                    <w:rFonts w:ascii="MS Gothic" w:eastAsia="MS Gothic" w:hAnsi="MS Gothic" w:hint="eastAsia"/>
                  </w:rPr>
                  <w:t>☐</w:t>
                </w:r>
              </w:sdtContent>
            </w:sdt>
          </w:p>
        </w:tc>
        <w:tc>
          <w:tcPr>
            <w:tcW w:w="2154" w:type="dxa"/>
          </w:tcPr>
          <w:p w14:paraId="7DEBBFD7" w14:textId="67D92331" w:rsidR="00E35049" w:rsidRDefault="003645F3">
            <w:r>
              <w:t xml:space="preserve">14 days – 2 </w:t>
            </w:r>
            <w:sdt>
              <w:sdtPr>
                <w:id w:val="-833837511"/>
                <w14:checkbox>
                  <w14:checked w14:val="0"/>
                  <w14:checkedState w14:val="E001" w14:font="Segoe Fluent Icons"/>
                  <w14:uncheckedState w14:val="2610" w14:font="MS Gothic"/>
                </w14:checkbox>
              </w:sdtPr>
              <w:sdtEndPr/>
              <w:sdtContent>
                <w:r w:rsidR="00832999">
                  <w:rPr>
                    <w:rFonts w:ascii="MS Gothic" w:eastAsia="MS Gothic" w:hAnsi="MS Gothic" w:hint="eastAsia"/>
                  </w:rPr>
                  <w:t>☐</w:t>
                </w:r>
              </w:sdtContent>
            </w:sdt>
            <w:r w:rsidRPr="00645B00">
              <w:rPr>
                <w:sz w:val="18"/>
                <w:szCs w:val="18"/>
              </w:rPr>
              <w:t>months</w:t>
            </w:r>
          </w:p>
        </w:tc>
        <w:tc>
          <w:tcPr>
            <w:tcW w:w="1302" w:type="dxa"/>
          </w:tcPr>
          <w:p w14:paraId="582B8F18" w14:textId="43D5C20D" w:rsidR="00E35049" w:rsidRPr="00645B00" w:rsidRDefault="003645F3">
            <w:pPr>
              <w:rPr>
                <w:sz w:val="18"/>
                <w:szCs w:val="18"/>
              </w:rPr>
            </w:pPr>
            <w:r w:rsidRPr="00645B00">
              <w:rPr>
                <w:sz w:val="18"/>
                <w:szCs w:val="18"/>
              </w:rPr>
              <w:t>&gt;2 months</w:t>
            </w:r>
            <w:r w:rsidR="00662C16">
              <w:t xml:space="preserve"> </w:t>
            </w:r>
            <w:sdt>
              <w:sdtPr>
                <w:id w:val="-468745334"/>
                <w14:checkbox>
                  <w14:checked w14:val="0"/>
                  <w14:checkedState w14:val="E001" w14:font="Segoe Fluent Icons"/>
                  <w14:uncheckedState w14:val="2610" w14:font="MS Gothic"/>
                </w14:checkbox>
              </w:sdtPr>
              <w:sdtEndPr/>
              <w:sdtContent>
                <w:r w:rsidR="00662C16">
                  <w:rPr>
                    <w:rFonts w:ascii="MS Gothic" w:eastAsia="MS Gothic" w:hAnsi="MS Gothic" w:hint="eastAsia"/>
                  </w:rPr>
                  <w:t>☐</w:t>
                </w:r>
              </w:sdtContent>
            </w:sdt>
          </w:p>
        </w:tc>
      </w:tr>
    </w:tbl>
    <w:p w14:paraId="75D664B8" w14:textId="77777777" w:rsidR="00E35049" w:rsidRDefault="003645F3">
      <w:pPr>
        <w:pStyle w:val="Heading2"/>
      </w:pPr>
      <w:r>
        <w:t>SECTION 3: SINBAD SCORING FOR INDEX ULCER</w:t>
      </w:r>
    </w:p>
    <w:p w14:paraId="3CE2EB18" w14:textId="77777777" w:rsidR="00E35049" w:rsidRDefault="003645F3">
      <w:r>
        <w:t>Please tick (✓) yes or no on each line</w:t>
      </w:r>
    </w:p>
    <w:tbl>
      <w:tblPr>
        <w:tblStyle w:val="TableGrid"/>
        <w:tblW w:w="0" w:type="auto"/>
        <w:tblLook w:val="04A0" w:firstRow="1" w:lastRow="0" w:firstColumn="1" w:lastColumn="0" w:noHBand="0" w:noVBand="1"/>
      </w:tblPr>
      <w:tblGrid>
        <w:gridCol w:w="2878"/>
        <w:gridCol w:w="2876"/>
        <w:gridCol w:w="2876"/>
      </w:tblGrid>
      <w:tr w:rsidR="00E35049" w14:paraId="114281A0" w14:textId="77777777">
        <w:tc>
          <w:tcPr>
            <w:tcW w:w="2880" w:type="dxa"/>
          </w:tcPr>
          <w:p w14:paraId="6861C21F" w14:textId="77777777" w:rsidR="00E35049" w:rsidRDefault="003645F3">
            <w:r>
              <w:t>Item</w:t>
            </w:r>
          </w:p>
        </w:tc>
        <w:tc>
          <w:tcPr>
            <w:tcW w:w="2880" w:type="dxa"/>
          </w:tcPr>
          <w:p w14:paraId="09610744" w14:textId="77777777" w:rsidR="00E35049" w:rsidRDefault="003645F3">
            <w:r>
              <w:t>No</w:t>
            </w:r>
          </w:p>
        </w:tc>
        <w:tc>
          <w:tcPr>
            <w:tcW w:w="2880" w:type="dxa"/>
          </w:tcPr>
          <w:p w14:paraId="6A6073AC" w14:textId="77777777" w:rsidR="00E35049" w:rsidRDefault="003645F3">
            <w:r>
              <w:t>Yes</w:t>
            </w:r>
          </w:p>
        </w:tc>
      </w:tr>
      <w:tr w:rsidR="00E35049" w14:paraId="618458FA" w14:textId="77777777">
        <w:tc>
          <w:tcPr>
            <w:tcW w:w="2880" w:type="dxa"/>
          </w:tcPr>
          <w:p w14:paraId="3F739F6E" w14:textId="77777777" w:rsidR="00E35049" w:rsidRDefault="003645F3">
            <w:r>
              <w:t>Site = Index Ulcer Hindfoot</w:t>
            </w:r>
          </w:p>
        </w:tc>
        <w:sdt>
          <w:sdtPr>
            <w:id w:val="1510878250"/>
            <w14:checkbox>
              <w14:checked w14:val="0"/>
              <w14:checkedState w14:val="E001" w14:font="Segoe Fluent Icons"/>
              <w14:uncheckedState w14:val="2610" w14:font="MS Gothic"/>
            </w14:checkbox>
          </w:sdtPr>
          <w:sdtEndPr/>
          <w:sdtContent>
            <w:tc>
              <w:tcPr>
                <w:tcW w:w="2880" w:type="dxa"/>
              </w:tcPr>
              <w:p w14:paraId="51B823AA" w14:textId="2FA5821B" w:rsidR="00E35049" w:rsidRDefault="00662C16">
                <w:r>
                  <w:rPr>
                    <w:rFonts w:ascii="MS Gothic" w:eastAsia="MS Gothic" w:hAnsi="MS Gothic" w:hint="eastAsia"/>
                  </w:rPr>
                  <w:t>☐</w:t>
                </w:r>
              </w:p>
            </w:tc>
          </w:sdtContent>
        </w:sdt>
        <w:sdt>
          <w:sdtPr>
            <w:id w:val="1110403212"/>
            <w14:checkbox>
              <w14:checked w14:val="0"/>
              <w14:checkedState w14:val="E001" w14:font="Segoe Fluent Icons"/>
              <w14:uncheckedState w14:val="2610" w14:font="MS Gothic"/>
            </w14:checkbox>
          </w:sdtPr>
          <w:sdtEndPr/>
          <w:sdtContent>
            <w:tc>
              <w:tcPr>
                <w:tcW w:w="2880" w:type="dxa"/>
              </w:tcPr>
              <w:p w14:paraId="203D0F65" w14:textId="5B7F7224" w:rsidR="00E35049" w:rsidRDefault="00BC6FBA">
                <w:r>
                  <w:rPr>
                    <w:rFonts w:ascii="MS Gothic" w:eastAsia="MS Gothic" w:hAnsi="MS Gothic" w:hint="eastAsia"/>
                  </w:rPr>
                  <w:t>☐</w:t>
                </w:r>
              </w:p>
            </w:tc>
          </w:sdtContent>
        </w:sdt>
      </w:tr>
      <w:tr w:rsidR="00E35049" w14:paraId="3035DAAA" w14:textId="77777777">
        <w:tc>
          <w:tcPr>
            <w:tcW w:w="2880" w:type="dxa"/>
          </w:tcPr>
          <w:p w14:paraId="2D564D02" w14:textId="77777777" w:rsidR="00E35049" w:rsidRDefault="003645F3">
            <w:proofErr w:type="spellStart"/>
            <w:r>
              <w:t>Ischaemia</w:t>
            </w:r>
            <w:proofErr w:type="spellEnd"/>
            <w:r>
              <w:t>: Clinical PAD?</w:t>
            </w:r>
          </w:p>
        </w:tc>
        <w:sdt>
          <w:sdtPr>
            <w:id w:val="111787355"/>
            <w14:checkbox>
              <w14:checked w14:val="0"/>
              <w14:checkedState w14:val="E001" w14:font="Segoe Fluent Icons"/>
              <w14:uncheckedState w14:val="2610" w14:font="MS Gothic"/>
            </w14:checkbox>
          </w:sdtPr>
          <w:sdtEndPr/>
          <w:sdtContent>
            <w:tc>
              <w:tcPr>
                <w:tcW w:w="2880" w:type="dxa"/>
              </w:tcPr>
              <w:p w14:paraId="62D50590" w14:textId="6CEE6360" w:rsidR="00E35049" w:rsidRDefault="00BC6FBA">
                <w:r>
                  <w:rPr>
                    <w:rFonts w:ascii="MS Gothic" w:eastAsia="MS Gothic" w:hAnsi="MS Gothic" w:hint="eastAsia"/>
                  </w:rPr>
                  <w:t>☐</w:t>
                </w:r>
              </w:p>
            </w:tc>
          </w:sdtContent>
        </w:sdt>
        <w:sdt>
          <w:sdtPr>
            <w:id w:val="-2074187104"/>
            <w14:checkbox>
              <w14:checked w14:val="0"/>
              <w14:checkedState w14:val="E001" w14:font="Segoe Fluent Icons"/>
              <w14:uncheckedState w14:val="2610" w14:font="MS Gothic"/>
            </w14:checkbox>
          </w:sdtPr>
          <w:sdtEndPr/>
          <w:sdtContent>
            <w:tc>
              <w:tcPr>
                <w:tcW w:w="2880" w:type="dxa"/>
              </w:tcPr>
              <w:p w14:paraId="21435C3A" w14:textId="22A4E921" w:rsidR="00E35049" w:rsidRDefault="00BC6FBA">
                <w:r>
                  <w:rPr>
                    <w:rFonts w:ascii="MS Gothic" w:eastAsia="MS Gothic" w:hAnsi="MS Gothic" w:hint="eastAsia"/>
                  </w:rPr>
                  <w:t>☐</w:t>
                </w:r>
              </w:p>
            </w:tc>
          </w:sdtContent>
        </w:sdt>
      </w:tr>
      <w:tr w:rsidR="00E35049" w14:paraId="197D77D0" w14:textId="77777777">
        <w:tc>
          <w:tcPr>
            <w:tcW w:w="2880" w:type="dxa"/>
          </w:tcPr>
          <w:p w14:paraId="1D126B13" w14:textId="77777777" w:rsidR="00E35049" w:rsidRDefault="003645F3">
            <w:r>
              <w:t>Neuropathy: Sensory loss?</w:t>
            </w:r>
          </w:p>
        </w:tc>
        <w:sdt>
          <w:sdtPr>
            <w:id w:val="-960027922"/>
            <w14:checkbox>
              <w14:checked w14:val="0"/>
              <w14:checkedState w14:val="E001" w14:font="Segoe Fluent Icons"/>
              <w14:uncheckedState w14:val="2610" w14:font="MS Gothic"/>
            </w14:checkbox>
          </w:sdtPr>
          <w:sdtEndPr/>
          <w:sdtContent>
            <w:tc>
              <w:tcPr>
                <w:tcW w:w="2880" w:type="dxa"/>
              </w:tcPr>
              <w:p w14:paraId="66A27E08" w14:textId="7622F398" w:rsidR="00E35049" w:rsidRDefault="00662C16">
                <w:r>
                  <w:rPr>
                    <w:rFonts w:ascii="MS Gothic" w:eastAsia="MS Gothic" w:hAnsi="MS Gothic" w:hint="eastAsia"/>
                  </w:rPr>
                  <w:t>☐</w:t>
                </w:r>
              </w:p>
            </w:tc>
          </w:sdtContent>
        </w:sdt>
        <w:sdt>
          <w:sdtPr>
            <w:id w:val="-967044619"/>
            <w14:checkbox>
              <w14:checked w14:val="0"/>
              <w14:checkedState w14:val="E001" w14:font="Segoe Fluent Icons"/>
              <w14:uncheckedState w14:val="2610" w14:font="MS Gothic"/>
            </w14:checkbox>
          </w:sdtPr>
          <w:sdtEndPr/>
          <w:sdtContent>
            <w:tc>
              <w:tcPr>
                <w:tcW w:w="2880" w:type="dxa"/>
              </w:tcPr>
              <w:p w14:paraId="02C9F9B6" w14:textId="38E32BBA" w:rsidR="00E35049" w:rsidRDefault="00662C16">
                <w:r>
                  <w:rPr>
                    <w:rFonts w:ascii="MS Gothic" w:eastAsia="MS Gothic" w:hAnsi="MS Gothic" w:hint="eastAsia"/>
                  </w:rPr>
                  <w:t>☐</w:t>
                </w:r>
              </w:p>
            </w:tc>
          </w:sdtContent>
        </w:sdt>
      </w:tr>
      <w:tr w:rsidR="00E35049" w14:paraId="33F6178F" w14:textId="77777777">
        <w:tc>
          <w:tcPr>
            <w:tcW w:w="2880" w:type="dxa"/>
          </w:tcPr>
          <w:p w14:paraId="7D6A1EFC" w14:textId="77777777" w:rsidR="00E35049" w:rsidRDefault="003645F3">
            <w:r>
              <w:t>Bacterial infection: Clinical?</w:t>
            </w:r>
          </w:p>
        </w:tc>
        <w:sdt>
          <w:sdtPr>
            <w:id w:val="1961068233"/>
            <w14:checkbox>
              <w14:checked w14:val="0"/>
              <w14:checkedState w14:val="E001" w14:font="Segoe Fluent Icons"/>
              <w14:uncheckedState w14:val="2610" w14:font="MS Gothic"/>
            </w14:checkbox>
          </w:sdtPr>
          <w:sdtEndPr/>
          <w:sdtContent>
            <w:tc>
              <w:tcPr>
                <w:tcW w:w="2880" w:type="dxa"/>
              </w:tcPr>
              <w:p w14:paraId="6B3391C5" w14:textId="07408FFF" w:rsidR="00E35049" w:rsidRDefault="00BC6FBA">
                <w:r>
                  <w:rPr>
                    <w:rFonts w:ascii="MS Gothic" w:eastAsia="MS Gothic" w:hAnsi="MS Gothic" w:hint="eastAsia"/>
                  </w:rPr>
                  <w:t>☐</w:t>
                </w:r>
              </w:p>
            </w:tc>
          </w:sdtContent>
        </w:sdt>
        <w:sdt>
          <w:sdtPr>
            <w:id w:val="61066780"/>
            <w14:checkbox>
              <w14:checked w14:val="0"/>
              <w14:checkedState w14:val="E001" w14:font="Segoe Fluent Icons"/>
              <w14:uncheckedState w14:val="2610" w14:font="MS Gothic"/>
            </w14:checkbox>
          </w:sdtPr>
          <w:sdtEndPr/>
          <w:sdtContent>
            <w:tc>
              <w:tcPr>
                <w:tcW w:w="2880" w:type="dxa"/>
              </w:tcPr>
              <w:p w14:paraId="346C25E2" w14:textId="0ABE8221" w:rsidR="00E35049" w:rsidRDefault="00BC6FBA">
                <w:r>
                  <w:rPr>
                    <w:rFonts w:ascii="MS Gothic" w:eastAsia="MS Gothic" w:hAnsi="MS Gothic" w:hint="eastAsia"/>
                  </w:rPr>
                  <w:t>☐</w:t>
                </w:r>
              </w:p>
            </w:tc>
          </w:sdtContent>
        </w:sdt>
      </w:tr>
      <w:tr w:rsidR="00E35049" w14:paraId="43A19BD9" w14:textId="77777777">
        <w:tc>
          <w:tcPr>
            <w:tcW w:w="2880" w:type="dxa"/>
          </w:tcPr>
          <w:p w14:paraId="02F2953B" w14:textId="77777777" w:rsidR="00E35049" w:rsidRDefault="003645F3">
            <w:r>
              <w:t>Area: 1cm² or more?</w:t>
            </w:r>
          </w:p>
        </w:tc>
        <w:sdt>
          <w:sdtPr>
            <w:id w:val="1390847293"/>
            <w14:checkbox>
              <w14:checked w14:val="0"/>
              <w14:checkedState w14:val="E001" w14:font="Segoe Fluent Icons"/>
              <w14:uncheckedState w14:val="2610" w14:font="MS Gothic"/>
            </w14:checkbox>
          </w:sdtPr>
          <w:sdtEndPr/>
          <w:sdtContent>
            <w:tc>
              <w:tcPr>
                <w:tcW w:w="2880" w:type="dxa"/>
              </w:tcPr>
              <w:p w14:paraId="2F53A877" w14:textId="3CCE4026" w:rsidR="00E35049" w:rsidRDefault="005D2963">
                <w:r>
                  <w:rPr>
                    <w:rFonts w:ascii="MS Gothic" w:eastAsia="MS Gothic" w:hAnsi="MS Gothic" w:hint="eastAsia"/>
                  </w:rPr>
                  <w:t>☐</w:t>
                </w:r>
              </w:p>
            </w:tc>
          </w:sdtContent>
        </w:sdt>
        <w:sdt>
          <w:sdtPr>
            <w:id w:val="556441793"/>
            <w14:checkbox>
              <w14:checked w14:val="0"/>
              <w14:checkedState w14:val="E001" w14:font="Segoe Fluent Icons"/>
              <w14:uncheckedState w14:val="2610" w14:font="MS Gothic"/>
            </w14:checkbox>
          </w:sdtPr>
          <w:sdtEndPr/>
          <w:sdtContent>
            <w:tc>
              <w:tcPr>
                <w:tcW w:w="2880" w:type="dxa"/>
              </w:tcPr>
              <w:p w14:paraId="3772A145" w14:textId="6A059AEE" w:rsidR="00E35049" w:rsidRDefault="00451ADB">
                <w:r>
                  <w:rPr>
                    <w:rFonts w:ascii="MS Gothic" w:eastAsia="MS Gothic" w:hAnsi="MS Gothic" w:hint="eastAsia"/>
                  </w:rPr>
                  <w:t>☐</w:t>
                </w:r>
              </w:p>
            </w:tc>
          </w:sdtContent>
        </w:sdt>
      </w:tr>
      <w:tr w:rsidR="00E35049" w14:paraId="17E0E12E" w14:textId="77777777">
        <w:tc>
          <w:tcPr>
            <w:tcW w:w="2880" w:type="dxa"/>
          </w:tcPr>
          <w:p w14:paraId="29E4AE1F" w14:textId="77777777" w:rsidR="00E35049" w:rsidRDefault="003645F3">
            <w:r>
              <w:t>Depth: to tendon or bone?</w:t>
            </w:r>
          </w:p>
        </w:tc>
        <w:sdt>
          <w:sdtPr>
            <w:id w:val="-1343388355"/>
            <w14:checkbox>
              <w14:checked w14:val="0"/>
              <w14:checkedState w14:val="E001" w14:font="Segoe Fluent Icons"/>
              <w14:uncheckedState w14:val="2610" w14:font="MS Gothic"/>
            </w14:checkbox>
          </w:sdtPr>
          <w:sdtEndPr/>
          <w:sdtContent>
            <w:tc>
              <w:tcPr>
                <w:tcW w:w="2880" w:type="dxa"/>
              </w:tcPr>
              <w:p w14:paraId="44F8B061" w14:textId="750E4500" w:rsidR="00E35049" w:rsidRDefault="00662C16">
                <w:r>
                  <w:rPr>
                    <w:rFonts w:ascii="MS Gothic" w:eastAsia="MS Gothic" w:hAnsi="MS Gothic" w:hint="eastAsia"/>
                  </w:rPr>
                  <w:t>☐</w:t>
                </w:r>
              </w:p>
            </w:tc>
          </w:sdtContent>
        </w:sdt>
        <w:sdt>
          <w:sdtPr>
            <w:id w:val="1685630050"/>
            <w14:checkbox>
              <w14:checked w14:val="0"/>
              <w14:checkedState w14:val="E001" w14:font="Segoe Fluent Icons"/>
              <w14:uncheckedState w14:val="2610" w14:font="MS Gothic"/>
            </w14:checkbox>
          </w:sdtPr>
          <w:sdtEndPr/>
          <w:sdtContent>
            <w:tc>
              <w:tcPr>
                <w:tcW w:w="2880" w:type="dxa"/>
              </w:tcPr>
              <w:p w14:paraId="13936045" w14:textId="419FBAC1" w:rsidR="00E35049" w:rsidRDefault="005D2963">
                <w:r>
                  <w:rPr>
                    <w:rFonts w:ascii="MS Gothic" w:eastAsia="MS Gothic" w:hAnsi="MS Gothic" w:hint="eastAsia"/>
                  </w:rPr>
                  <w:t>☐</w:t>
                </w:r>
              </w:p>
            </w:tc>
          </w:sdtContent>
        </w:sdt>
      </w:tr>
    </w:tbl>
    <w:p w14:paraId="292B5856" w14:textId="2B81BC4B" w:rsidR="00E35049" w:rsidRDefault="003645F3">
      <w:r>
        <w:t>Index Ulcer = Most Severe Ulcer with highest SINBAD score</w:t>
      </w:r>
      <w:r>
        <w:br/>
        <w:t xml:space="preserve">Hindfoot = includes the </w:t>
      </w:r>
      <w:proofErr w:type="spellStart"/>
      <w:r>
        <w:t>tarso</w:t>
      </w:r>
      <w:proofErr w:type="spellEnd"/>
      <w:r>
        <w:t>-metatarsal joints and everything proximal to them below the ankle</w:t>
      </w:r>
      <w:r>
        <w:br/>
      </w:r>
      <w:proofErr w:type="spellStart"/>
      <w:r>
        <w:t>Ischaemia</w:t>
      </w:r>
      <w:proofErr w:type="spellEnd"/>
      <w:r>
        <w:t xml:space="preserve"> = absent pulses +/- other suggestive clinical signs</w:t>
      </w:r>
      <w:r>
        <w:br/>
        <w:t>Neuropathy = impaired sensation using monofilament or touch or vibration or other stimulus used in routine clinical practice</w:t>
      </w:r>
      <w:r>
        <w:br/>
      </w:r>
      <w:r w:rsidRPr="00F71C19">
        <w:rPr>
          <w:b/>
          <w:bCs/>
        </w:rPr>
        <w:t>NOTE:</w:t>
      </w:r>
      <w:r>
        <w:t xml:space="preserve"> If you score Neuropathy Yes, it means that the person has LOST SENSATION and CANNOT FEEL the stimulus on the foot of the index ulcer</w:t>
      </w:r>
      <w:r>
        <w:br/>
        <w:t>Bacterial Infection = clinical signs of infection</w:t>
      </w:r>
      <w:r>
        <w:br/>
        <w:t>Area = product of greatest diameters or other method</w:t>
      </w:r>
      <w:r>
        <w:br/>
        <w:t>Depth = assessment by eye +/- sterile probe</w:t>
      </w:r>
    </w:p>
    <w:p w14:paraId="2D9336D7" w14:textId="77777777" w:rsidR="00504F65" w:rsidRDefault="00504F65"/>
    <w:p w14:paraId="6CCEA57B" w14:textId="77777777" w:rsidR="00504F65" w:rsidRDefault="00504F65"/>
    <w:p w14:paraId="32DCCF1C" w14:textId="77777777" w:rsidR="000D3952" w:rsidRDefault="000D3952"/>
    <w:p w14:paraId="7EE89EAD" w14:textId="77777777" w:rsidR="00E35049" w:rsidRDefault="003645F3">
      <w:pPr>
        <w:pStyle w:val="Heading2"/>
      </w:pPr>
      <w:r>
        <w:lastRenderedPageBreak/>
        <w:t>SECTION 4: PRESENTING FEATURES</w:t>
      </w:r>
    </w:p>
    <w:p w14:paraId="3D1C3EF8" w14:textId="77777777" w:rsidR="00E35049" w:rsidRDefault="003645F3">
      <w:r>
        <w:t>Please tick (✓) all that apply</w:t>
      </w:r>
    </w:p>
    <w:tbl>
      <w:tblPr>
        <w:tblStyle w:val="TableGrid"/>
        <w:tblW w:w="0" w:type="auto"/>
        <w:tblLook w:val="04A0" w:firstRow="1" w:lastRow="0" w:firstColumn="1" w:lastColumn="0" w:noHBand="0" w:noVBand="1"/>
      </w:tblPr>
      <w:tblGrid>
        <w:gridCol w:w="4316"/>
        <w:gridCol w:w="4314"/>
      </w:tblGrid>
      <w:tr w:rsidR="00E35049" w14:paraId="32B6768E" w14:textId="77777777">
        <w:tc>
          <w:tcPr>
            <w:tcW w:w="4320" w:type="dxa"/>
          </w:tcPr>
          <w:p w14:paraId="7FA88E20" w14:textId="77777777" w:rsidR="00E35049" w:rsidRDefault="003645F3">
            <w:r>
              <w:t>Index Ulcer Right Foot</w:t>
            </w:r>
          </w:p>
        </w:tc>
        <w:sdt>
          <w:sdtPr>
            <w:id w:val="1478415734"/>
            <w14:checkbox>
              <w14:checked w14:val="0"/>
              <w14:checkedState w14:val="E081" w14:font="Segoe Fluent Icons"/>
              <w14:uncheckedState w14:val="2610" w14:font="MS Gothic"/>
            </w14:checkbox>
          </w:sdtPr>
          <w:sdtEndPr/>
          <w:sdtContent>
            <w:tc>
              <w:tcPr>
                <w:tcW w:w="4320" w:type="dxa"/>
              </w:tcPr>
              <w:p w14:paraId="00616042" w14:textId="3BE7CFDC" w:rsidR="00E35049" w:rsidRDefault="00236D52" w:rsidP="00236D52">
                <w:pPr>
                  <w:tabs>
                    <w:tab w:val="left" w:pos="930"/>
                  </w:tabs>
                </w:pPr>
                <w:r>
                  <w:rPr>
                    <w:rFonts w:ascii="MS Gothic" w:eastAsia="MS Gothic" w:hAnsi="MS Gothic" w:hint="eastAsia"/>
                  </w:rPr>
                  <w:t>☐</w:t>
                </w:r>
              </w:p>
            </w:tc>
          </w:sdtContent>
        </w:sdt>
      </w:tr>
      <w:tr w:rsidR="00E35049" w14:paraId="2040559B" w14:textId="77777777">
        <w:tc>
          <w:tcPr>
            <w:tcW w:w="4320" w:type="dxa"/>
          </w:tcPr>
          <w:p w14:paraId="1CEEF05E" w14:textId="77777777" w:rsidR="00E35049" w:rsidRDefault="003645F3">
            <w:r>
              <w:t>Index Ulcer Left Foot</w:t>
            </w:r>
          </w:p>
        </w:tc>
        <w:sdt>
          <w:sdtPr>
            <w:id w:val="71938412"/>
            <w14:checkbox>
              <w14:checked w14:val="0"/>
              <w14:checkedState w14:val="E081" w14:font="Segoe Fluent Icons"/>
              <w14:uncheckedState w14:val="2610" w14:font="MS Gothic"/>
            </w14:checkbox>
          </w:sdtPr>
          <w:sdtEndPr/>
          <w:sdtContent>
            <w:tc>
              <w:tcPr>
                <w:tcW w:w="4320" w:type="dxa"/>
              </w:tcPr>
              <w:p w14:paraId="158812A7" w14:textId="0D0A50A6" w:rsidR="00E35049" w:rsidRDefault="00A70566">
                <w:r>
                  <w:rPr>
                    <w:rFonts w:ascii="MS Gothic" w:eastAsia="MS Gothic" w:hAnsi="MS Gothic" w:hint="eastAsia"/>
                  </w:rPr>
                  <w:t>☐</w:t>
                </w:r>
              </w:p>
            </w:tc>
          </w:sdtContent>
        </w:sdt>
      </w:tr>
      <w:tr w:rsidR="00E35049" w14:paraId="139F7792" w14:textId="77777777">
        <w:tc>
          <w:tcPr>
            <w:tcW w:w="4320" w:type="dxa"/>
          </w:tcPr>
          <w:p w14:paraId="5F20D2FB" w14:textId="77777777" w:rsidR="00E35049" w:rsidRDefault="003645F3">
            <w:r>
              <w:t>Multiple Ulcers (either foot)</w:t>
            </w:r>
          </w:p>
        </w:tc>
        <w:sdt>
          <w:sdtPr>
            <w:id w:val="925388639"/>
            <w14:checkbox>
              <w14:checked w14:val="0"/>
              <w14:checkedState w14:val="E001" w14:font="Segoe Fluent Icons"/>
              <w14:uncheckedState w14:val="2610" w14:font="MS Gothic"/>
            </w14:checkbox>
          </w:sdtPr>
          <w:sdtEndPr/>
          <w:sdtContent>
            <w:tc>
              <w:tcPr>
                <w:tcW w:w="4320" w:type="dxa"/>
              </w:tcPr>
              <w:p w14:paraId="094ABF74" w14:textId="6BAD7286" w:rsidR="00E35049" w:rsidRDefault="00A70566">
                <w:r>
                  <w:rPr>
                    <w:rFonts w:ascii="MS Gothic" w:eastAsia="MS Gothic" w:hAnsi="MS Gothic" w:hint="eastAsia"/>
                  </w:rPr>
                  <w:t>☐</w:t>
                </w:r>
              </w:p>
            </w:tc>
          </w:sdtContent>
        </w:sdt>
      </w:tr>
      <w:tr w:rsidR="00E35049" w14:paraId="7293A3D8" w14:textId="77777777">
        <w:tc>
          <w:tcPr>
            <w:tcW w:w="4320" w:type="dxa"/>
          </w:tcPr>
          <w:p w14:paraId="67BAD8E1" w14:textId="77777777" w:rsidR="00E35049" w:rsidRDefault="003645F3">
            <w:r>
              <w:t>No Charcot</w:t>
            </w:r>
          </w:p>
        </w:tc>
        <w:sdt>
          <w:sdtPr>
            <w:id w:val="-1432818649"/>
            <w14:checkbox>
              <w14:checked w14:val="0"/>
              <w14:checkedState w14:val="E081" w14:font="Segoe Fluent Icons"/>
              <w14:uncheckedState w14:val="2610" w14:font="MS Gothic"/>
            </w14:checkbox>
          </w:sdtPr>
          <w:sdtEndPr/>
          <w:sdtContent>
            <w:tc>
              <w:tcPr>
                <w:tcW w:w="4320" w:type="dxa"/>
              </w:tcPr>
              <w:p w14:paraId="061F1C77" w14:textId="77A827CC" w:rsidR="00E35049" w:rsidRDefault="005D2963">
                <w:r>
                  <w:rPr>
                    <w:rFonts w:ascii="MS Gothic" w:eastAsia="MS Gothic" w:hAnsi="MS Gothic" w:hint="eastAsia"/>
                  </w:rPr>
                  <w:t>☐</w:t>
                </w:r>
              </w:p>
            </w:tc>
          </w:sdtContent>
        </w:sdt>
      </w:tr>
      <w:tr w:rsidR="00E35049" w14:paraId="7F5C8D61" w14:textId="77777777">
        <w:tc>
          <w:tcPr>
            <w:tcW w:w="4320" w:type="dxa"/>
          </w:tcPr>
          <w:p w14:paraId="25019287" w14:textId="77777777" w:rsidR="00E35049" w:rsidRDefault="003645F3">
            <w:r>
              <w:t>Possible Charcot foot</w:t>
            </w:r>
          </w:p>
        </w:tc>
        <w:sdt>
          <w:sdtPr>
            <w:id w:val="-1362365608"/>
            <w14:checkbox>
              <w14:checked w14:val="0"/>
              <w14:checkedState w14:val="E081" w14:font="Segoe Fluent Icons"/>
              <w14:uncheckedState w14:val="2610" w14:font="MS Gothic"/>
            </w14:checkbox>
          </w:sdtPr>
          <w:sdtEndPr/>
          <w:sdtContent>
            <w:tc>
              <w:tcPr>
                <w:tcW w:w="4320" w:type="dxa"/>
              </w:tcPr>
              <w:p w14:paraId="485EFEAA" w14:textId="6E7B851D" w:rsidR="00E35049" w:rsidRDefault="005D2963">
                <w:r>
                  <w:rPr>
                    <w:rFonts w:ascii="MS Gothic" w:eastAsia="MS Gothic" w:hAnsi="MS Gothic" w:hint="eastAsia"/>
                  </w:rPr>
                  <w:t>☐</w:t>
                </w:r>
              </w:p>
            </w:tc>
          </w:sdtContent>
        </w:sdt>
      </w:tr>
      <w:tr w:rsidR="00E35049" w14:paraId="56829268" w14:textId="77777777">
        <w:tc>
          <w:tcPr>
            <w:tcW w:w="4320" w:type="dxa"/>
          </w:tcPr>
          <w:p w14:paraId="1CA8C956" w14:textId="77777777" w:rsidR="00E35049" w:rsidRDefault="003645F3">
            <w:r>
              <w:t>Definite Charcot foot – Right foot and still active</w:t>
            </w:r>
          </w:p>
        </w:tc>
        <w:sdt>
          <w:sdtPr>
            <w:id w:val="-1776391416"/>
            <w14:checkbox>
              <w14:checked w14:val="0"/>
              <w14:checkedState w14:val="E001" w14:font="Segoe Fluent Icons"/>
              <w14:uncheckedState w14:val="2610" w14:font="MS Gothic"/>
            </w14:checkbox>
          </w:sdtPr>
          <w:sdtEndPr/>
          <w:sdtContent>
            <w:tc>
              <w:tcPr>
                <w:tcW w:w="4320" w:type="dxa"/>
              </w:tcPr>
              <w:p w14:paraId="1240AEE7" w14:textId="5907F245" w:rsidR="00E35049" w:rsidRDefault="00BC6FBA">
                <w:r>
                  <w:rPr>
                    <w:rFonts w:ascii="MS Gothic" w:eastAsia="MS Gothic" w:hAnsi="MS Gothic" w:hint="eastAsia"/>
                  </w:rPr>
                  <w:t>☐</w:t>
                </w:r>
              </w:p>
            </w:tc>
          </w:sdtContent>
        </w:sdt>
      </w:tr>
      <w:tr w:rsidR="00E35049" w14:paraId="3991D661" w14:textId="77777777">
        <w:tc>
          <w:tcPr>
            <w:tcW w:w="4320" w:type="dxa"/>
          </w:tcPr>
          <w:p w14:paraId="6A378C5A" w14:textId="77777777" w:rsidR="00E35049" w:rsidRDefault="003645F3">
            <w:r>
              <w:t>Definite Charcot foot – Right foot and now inactive</w:t>
            </w:r>
          </w:p>
        </w:tc>
        <w:sdt>
          <w:sdtPr>
            <w:id w:val="1131676594"/>
            <w14:checkbox>
              <w14:checked w14:val="0"/>
              <w14:checkedState w14:val="E081" w14:font="Segoe Fluent Icons"/>
              <w14:uncheckedState w14:val="2610" w14:font="MS Gothic"/>
            </w14:checkbox>
          </w:sdtPr>
          <w:sdtEndPr/>
          <w:sdtContent>
            <w:tc>
              <w:tcPr>
                <w:tcW w:w="4320" w:type="dxa"/>
              </w:tcPr>
              <w:p w14:paraId="70103A19" w14:textId="7FBBF431" w:rsidR="00E35049" w:rsidRDefault="003539F3">
                <w:r>
                  <w:rPr>
                    <w:rFonts w:ascii="MS Gothic" w:eastAsia="MS Gothic" w:hAnsi="MS Gothic" w:hint="eastAsia"/>
                  </w:rPr>
                  <w:t>☐</w:t>
                </w:r>
              </w:p>
            </w:tc>
          </w:sdtContent>
        </w:sdt>
      </w:tr>
      <w:tr w:rsidR="00E35049" w14:paraId="1B3E11B5" w14:textId="77777777">
        <w:tc>
          <w:tcPr>
            <w:tcW w:w="4320" w:type="dxa"/>
          </w:tcPr>
          <w:p w14:paraId="2ADA2679" w14:textId="77777777" w:rsidR="00E35049" w:rsidRDefault="003645F3">
            <w:r>
              <w:t>Definite Charcot foot – Left foot and still active</w:t>
            </w:r>
          </w:p>
        </w:tc>
        <w:sdt>
          <w:sdtPr>
            <w:id w:val="451367155"/>
            <w14:checkbox>
              <w14:checked w14:val="0"/>
              <w14:checkedState w14:val="E081" w14:font="Segoe Fluent Icons"/>
              <w14:uncheckedState w14:val="2610" w14:font="MS Gothic"/>
            </w14:checkbox>
          </w:sdtPr>
          <w:sdtEndPr/>
          <w:sdtContent>
            <w:tc>
              <w:tcPr>
                <w:tcW w:w="4320" w:type="dxa"/>
              </w:tcPr>
              <w:p w14:paraId="0E02C4A1" w14:textId="5E76A9C6" w:rsidR="00E35049" w:rsidRDefault="003539F3">
                <w:r>
                  <w:rPr>
                    <w:rFonts w:ascii="MS Gothic" w:eastAsia="MS Gothic" w:hAnsi="MS Gothic" w:hint="eastAsia"/>
                  </w:rPr>
                  <w:t>☐</w:t>
                </w:r>
              </w:p>
            </w:tc>
          </w:sdtContent>
        </w:sdt>
      </w:tr>
      <w:tr w:rsidR="00E35049" w14:paraId="25F215C9" w14:textId="77777777">
        <w:tc>
          <w:tcPr>
            <w:tcW w:w="4320" w:type="dxa"/>
          </w:tcPr>
          <w:p w14:paraId="373A0F97" w14:textId="77777777" w:rsidR="00E35049" w:rsidRDefault="003645F3">
            <w:r>
              <w:t>Definite Charcot foot – Left foot and now inactive</w:t>
            </w:r>
          </w:p>
        </w:tc>
        <w:sdt>
          <w:sdtPr>
            <w:id w:val="-1792047092"/>
            <w14:checkbox>
              <w14:checked w14:val="0"/>
              <w14:checkedState w14:val="E081" w14:font="Segoe Fluent Icons"/>
              <w14:uncheckedState w14:val="2610" w14:font="MS Gothic"/>
            </w14:checkbox>
          </w:sdtPr>
          <w:sdtEndPr/>
          <w:sdtContent>
            <w:tc>
              <w:tcPr>
                <w:tcW w:w="4320" w:type="dxa"/>
              </w:tcPr>
              <w:p w14:paraId="4974EE98" w14:textId="5068A0BA" w:rsidR="00E35049" w:rsidRDefault="003539F3">
                <w:r>
                  <w:rPr>
                    <w:rFonts w:ascii="MS Gothic" w:eastAsia="MS Gothic" w:hAnsi="MS Gothic" w:hint="eastAsia"/>
                  </w:rPr>
                  <w:t>☐</w:t>
                </w:r>
              </w:p>
            </w:tc>
          </w:sdtContent>
        </w:sdt>
      </w:tr>
      <w:tr w:rsidR="00E35049" w14:paraId="33371372" w14:textId="77777777">
        <w:tc>
          <w:tcPr>
            <w:tcW w:w="4320" w:type="dxa"/>
          </w:tcPr>
          <w:p w14:paraId="533A8E52" w14:textId="77777777" w:rsidR="00E35049" w:rsidRDefault="003645F3">
            <w:r>
              <w:t>Is this the first ever diabetic foot ulcer on either foot? – Yes</w:t>
            </w:r>
          </w:p>
        </w:tc>
        <w:sdt>
          <w:sdtPr>
            <w:id w:val="-1587066698"/>
            <w14:checkbox>
              <w14:checked w14:val="0"/>
              <w14:checkedState w14:val="E001" w14:font="Segoe Fluent Icons"/>
              <w14:uncheckedState w14:val="2610" w14:font="MS Gothic"/>
            </w14:checkbox>
          </w:sdtPr>
          <w:sdtEndPr/>
          <w:sdtContent>
            <w:tc>
              <w:tcPr>
                <w:tcW w:w="4320" w:type="dxa"/>
              </w:tcPr>
              <w:p w14:paraId="0872B283" w14:textId="596DC168" w:rsidR="00E35049" w:rsidRDefault="003539F3">
                <w:r>
                  <w:rPr>
                    <w:rFonts w:ascii="MS Gothic" w:eastAsia="MS Gothic" w:hAnsi="MS Gothic" w:hint="eastAsia"/>
                  </w:rPr>
                  <w:t>☐</w:t>
                </w:r>
              </w:p>
            </w:tc>
          </w:sdtContent>
        </w:sdt>
      </w:tr>
      <w:tr w:rsidR="00E35049" w14:paraId="559DB615" w14:textId="77777777">
        <w:tc>
          <w:tcPr>
            <w:tcW w:w="4320" w:type="dxa"/>
          </w:tcPr>
          <w:p w14:paraId="62F1DDAB" w14:textId="77777777" w:rsidR="00E35049" w:rsidRDefault="003645F3">
            <w:r>
              <w:t>Is this the first ever diabetic foot ulcer on either foot? – No</w:t>
            </w:r>
          </w:p>
        </w:tc>
        <w:sdt>
          <w:sdtPr>
            <w:id w:val="-947388182"/>
            <w14:checkbox>
              <w14:checked w14:val="0"/>
              <w14:checkedState w14:val="E001" w14:font="Segoe Fluent Icons"/>
              <w14:uncheckedState w14:val="2610" w14:font="MS Gothic"/>
            </w14:checkbox>
          </w:sdtPr>
          <w:sdtEndPr/>
          <w:sdtContent>
            <w:tc>
              <w:tcPr>
                <w:tcW w:w="4320" w:type="dxa"/>
              </w:tcPr>
              <w:p w14:paraId="73D1E07B" w14:textId="31F923F4" w:rsidR="00E35049" w:rsidRDefault="003539F3">
                <w:r>
                  <w:rPr>
                    <w:rFonts w:ascii="MS Gothic" w:eastAsia="MS Gothic" w:hAnsi="MS Gothic" w:hint="eastAsia"/>
                  </w:rPr>
                  <w:t>☐</w:t>
                </w:r>
              </w:p>
            </w:tc>
          </w:sdtContent>
        </w:sdt>
      </w:tr>
      <w:tr w:rsidR="00E35049" w14:paraId="3150EAEB" w14:textId="77777777">
        <w:tc>
          <w:tcPr>
            <w:tcW w:w="4320" w:type="dxa"/>
          </w:tcPr>
          <w:p w14:paraId="1E5F36F2" w14:textId="77777777" w:rsidR="00E35049" w:rsidRDefault="003645F3">
            <w:r>
              <w:t>Is this the first ever diabetic foot ulcer on either foot? – Don’t know</w:t>
            </w:r>
          </w:p>
        </w:tc>
        <w:sdt>
          <w:sdtPr>
            <w:id w:val="-1438525490"/>
            <w14:checkbox>
              <w14:checked w14:val="0"/>
              <w14:checkedState w14:val="E081" w14:font="Segoe Fluent Icons"/>
              <w14:uncheckedState w14:val="2610" w14:font="MS Gothic"/>
            </w14:checkbox>
          </w:sdtPr>
          <w:sdtEndPr/>
          <w:sdtContent>
            <w:tc>
              <w:tcPr>
                <w:tcW w:w="4320" w:type="dxa"/>
              </w:tcPr>
              <w:p w14:paraId="45CBAA4B" w14:textId="39349CAC" w:rsidR="00E35049" w:rsidRDefault="003539F3">
                <w:r>
                  <w:rPr>
                    <w:rFonts w:ascii="MS Gothic" w:eastAsia="MS Gothic" w:hAnsi="MS Gothic" w:hint="eastAsia"/>
                  </w:rPr>
                  <w:t>☐</w:t>
                </w:r>
              </w:p>
            </w:tc>
          </w:sdtContent>
        </w:sdt>
      </w:tr>
      <w:tr w:rsidR="00E35049" w14:paraId="7C6F3949" w14:textId="77777777">
        <w:tc>
          <w:tcPr>
            <w:tcW w:w="4320" w:type="dxa"/>
          </w:tcPr>
          <w:p w14:paraId="085113E3" w14:textId="77777777" w:rsidR="00E35049" w:rsidRDefault="003645F3">
            <w:r>
              <w:t>Is this the first ever diabetic foot ulcer on either foot? – Not applicable</w:t>
            </w:r>
          </w:p>
        </w:tc>
        <w:sdt>
          <w:sdtPr>
            <w:id w:val="2059361711"/>
            <w14:checkbox>
              <w14:checked w14:val="0"/>
              <w14:checkedState w14:val="E001" w14:font="Segoe Fluent Icons"/>
              <w14:uncheckedState w14:val="2610" w14:font="MS Gothic"/>
            </w14:checkbox>
          </w:sdtPr>
          <w:sdtEndPr/>
          <w:sdtContent>
            <w:tc>
              <w:tcPr>
                <w:tcW w:w="4320" w:type="dxa"/>
              </w:tcPr>
              <w:p w14:paraId="2974AF20" w14:textId="2BD56FAD" w:rsidR="00E35049" w:rsidRDefault="003539F3">
                <w:r>
                  <w:rPr>
                    <w:rFonts w:ascii="MS Gothic" w:eastAsia="MS Gothic" w:hAnsi="MS Gothic" w:hint="eastAsia"/>
                  </w:rPr>
                  <w:t>☐</w:t>
                </w:r>
              </w:p>
            </w:tc>
          </w:sdtContent>
        </w:sdt>
      </w:tr>
    </w:tbl>
    <w:p w14:paraId="51F59D7B" w14:textId="77777777" w:rsidR="00E35049" w:rsidRDefault="003645F3">
      <w:pPr>
        <w:pStyle w:val="Heading2"/>
      </w:pPr>
      <w:r>
        <w:t>SECTION B: OUTCOME</w:t>
      </w:r>
    </w:p>
    <w:p w14:paraId="56A74A2E" w14:textId="77777777" w:rsidR="00E35049" w:rsidRDefault="003645F3">
      <w:r>
        <w:t xml:space="preserve">Note that these questions apply only to ulcer healing. Other outcomes (such as major or minor amputation) will be determined separately. The term ‘Active Ulcer’ applies to any wound including those following surgical treatment of the ulcer if they are not yet healed – and even if it is a wound higher up the leg: e.g. following amputation or after surgical </w:t>
      </w:r>
      <w:proofErr w:type="spellStart"/>
      <w:r>
        <w:t>revascularisation</w:t>
      </w:r>
      <w:proofErr w:type="spellEnd"/>
      <w:r>
        <w:t>. The activity or inactivity of any associated Charcot disease is not relevant to the outcome assessment.</w:t>
      </w:r>
    </w:p>
    <w:tbl>
      <w:tblPr>
        <w:tblStyle w:val="TableGrid"/>
        <w:tblW w:w="0" w:type="auto"/>
        <w:tblLook w:val="04A0" w:firstRow="1" w:lastRow="0" w:firstColumn="1" w:lastColumn="0" w:noHBand="0" w:noVBand="1"/>
      </w:tblPr>
      <w:tblGrid>
        <w:gridCol w:w="2878"/>
        <w:gridCol w:w="2876"/>
        <w:gridCol w:w="2876"/>
      </w:tblGrid>
      <w:tr w:rsidR="00E35049" w14:paraId="2AEB34CF" w14:textId="77777777">
        <w:tc>
          <w:tcPr>
            <w:tcW w:w="2880" w:type="dxa"/>
          </w:tcPr>
          <w:p w14:paraId="6AD5A006" w14:textId="77777777" w:rsidR="00E35049" w:rsidRDefault="003645F3">
            <w:r>
              <w:t>Outcome</w:t>
            </w:r>
          </w:p>
        </w:tc>
        <w:tc>
          <w:tcPr>
            <w:tcW w:w="2880" w:type="dxa"/>
          </w:tcPr>
          <w:p w14:paraId="2068F3CD" w14:textId="77777777" w:rsidR="00E35049" w:rsidRDefault="003645F3">
            <w:r>
              <w:t>Yes</w:t>
            </w:r>
          </w:p>
        </w:tc>
        <w:tc>
          <w:tcPr>
            <w:tcW w:w="2880" w:type="dxa"/>
          </w:tcPr>
          <w:p w14:paraId="755DCF6B" w14:textId="77777777" w:rsidR="00E35049" w:rsidRDefault="003645F3">
            <w:r>
              <w:t>No</w:t>
            </w:r>
          </w:p>
        </w:tc>
      </w:tr>
      <w:tr w:rsidR="00E35049" w14:paraId="271304D3" w14:textId="77777777">
        <w:tc>
          <w:tcPr>
            <w:tcW w:w="2880" w:type="dxa"/>
          </w:tcPr>
          <w:p w14:paraId="1C55A345" w14:textId="77777777" w:rsidR="00E35049" w:rsidRDefault="003645F3">
            <w:r>
              <w:t>Alive 12 weeks after presentation</w:t>
            </w:r>
          </w:p>
        </w:tc>
        <w:sdt>
          <w:sdtPr>
            <w:id w:val="1599596600"/>
            <w14:checkbox>
              <w14:checked w14:val="0"/>
              <w14:checkedState w14:val="E081" w14:font="Segoe Fluent Icons"/>
              <w14:uncheckedState w14:val="2610" w14:font="MS Gothic"/>
            </w14:checkbox>
          </w:sdtPr>
          <w:sdtEndPr/>
          <w:sdtContent>
            <w:tc>
              <w:tcPr>
                <w:tcW w:w="2880" w:type="dxa"/>
              </w:tcPr>
              <w:p w14:paraId="1C655F24" w14:textId="03EE279D" w:rsidR="00E35049" w:rsidRDefault="003539F3">
                <w:r>
                  <w:rPr>
                    <w:rFonts w:ascii="MS Gothic" w:eastAsia="MS Gothic" w:hAnsi="MS Gothic" w:hint="eastAsia"/>
                  </w:rPr>
                  <w:t>☐</w:t>
                </w:r>
              </w:p>
            </w:tc>
          </w:sdtContent>
        </w:sdt>
        <w:sdt>
          <w:sdtPr>
            <w:id w:val="-450008264"/>
            <w14:checkbox>
              <w14:checked w14:val="0"/>
              <w14:checkedState w14:val="E001" w14:font="Segoe Fluent Icons"/>
              <w14:uncheckedState w14:val="2610" w14:font="MS Gothic"/>
            </w14:checkbox>
          </w:sdtPr>
          <w:sdtEndPr/>
          <w:sdtContent>
            <w:tc>
              <w:tcPr>
                <w:tcW w:w="2880" w:type="dxa"/>
              </w:tcPr>
              <w:p w14:paraId="77FFB015" w14:textId="4E01959D" w:rsidR="00E35049" w:rsidRDefault="003539F3">
                <w:r>
                  <w:rPr>
                    <w:rFonts w:ascii="MS Gothic" w:eastAsia="MS Gothic" w:hAnsi="MS Gothic" w:hint="eastAsia"/>
                  </w:rPr>
                  <w:t>☐</w:t>
                </w:r>
              </w:p>
            </w:tc>
          </w:sdtContent>
        </w:sdt>
      </w:tr>
      <w:tr w:rsidR="00E35049" w14:paraId="7132DBD4" w14:textId="77777777">
        <w:tc>
          <w:tcPr>
            <w:tcW w:w="2880" w:type="dxa"/>
          </w:tcPr>
          <w:p w14:paraId="1FACDB69" w14:textId="77777777" w:rsidR="00E35049" w:rsidRDefault="003645F3">
            <w:r>
              <w:t>Active ulcer 12 weeks after presentation</w:t>
            </w:r>
          </w:p>
        </w:tc>
        <w:sdt>
          <w:sdtPr>
            <w:id w:val="2070840457"/>
            <w14:checkbox>
              <w14:checked w14:val="0"/>
              <w14:checkedState w14:val="E081" w14:font="Segoe Fluent Icons"/>
              <w14:uncheckedState w14:val="2610" w14:font="MS Gothic"/>
            </w14:checkbox>
          </w:sdtPr>
          <w:sdtEndPr/>
          <w:sdtContent>
            <w:tc>
              <w:tcPr>
                <w:tcW w:w="2880" w:type="dxa"/>
              </w:tcPr>
              <w:p w14:paraId="456A0CEE" w14:textId="6BC071C0" w:rsidR="00E35049" w:rsidRDefault="00BC6FBA">
                <w:r>
                  <w:rPr>
                    <w:rFonts w:ascii="MS Gothic" w:eastAsia="MS Gothic" w:hAnsi="MS Gothic" w:hint="eastAsia"/>
                  </w:rPr>
                  <w:t>☐</w:t>
                </w:r>
              </w:p>
            </w:tc>
          </w:sdtContent>
        </w:sdt>
        <w:sdt>
          <w:sdtPr>
            <w:id w:val="1714621357"/>
            <w14:checkbox>
              <w14:checked w14:val="0"/>
              <w14:checkedState w14:val="E001" w14:font="Segoe Fluent Icons"/>
              <w14:uncheckedState w14:val="2610" w14:font="MS Gothic"/>
            </w14:checkbox>
          </w:sdtPr>
          <w:sdtEndPr/>
          <w:sdtContent>
            <w:tc>
              <w:tcPr>
                <w:tcW w:w="2880" w:type="dxa"/>
              </w:tcPr>
              <w:p w14:paraId="107EF2BC" w14:textId="138D2E97" w:rsidR="00E35049" w:rsidRDefault="003539F3">
                <w:r>
                  <w:rPr>
                    <w:rFonts w:ascii="MS Gothic" w:eastAsia="MS Gothic" w:hAnsi="MS Gothic" w:hint="eastAsia"/>
                  </w:rPr>
                  <w:t>☐</w:t>
                </w:r>
              </w:p>
            </w:tc>
          </w:sdtContent>
        </w:sdt>
      </w:tr>
    </w:tbl>
    <w:p w14:paraId="4728436F" w14:textId="72B766C3" w:rsidR="00E35049" w:rsidRDefault="003645F3">
      <w:r>
        <w:t xml:space="preserve">Date of 12-week assessment: </w:t>
      </w:r>
      <w:sdt>
        <w:sdtPr>
          <w:alias w:val="Date"/>
          <w:tag w:val="Date"/>
          <w:id w:val="1617094103"/>
          <w:placeholder>
            <w:docPart w:val="DefaultPlaceholder_-1854013437"/>
          </w:placeholder>
          <w:showingPlcHdr/>
          <w:date>
            <w:dateFormat w:val="dd/MM/yyyy"/>
            <w:lid w:val="en-GB"/>
            <w:storeMappedDataAs w:val="dateTime"/>
            <w:calendar w:val="gregorian"/>
          </w:date>
        </w:sdtPr>
        <w:sdtEndPr/>
        <w:sdtContent>
          <w:r w:rsidR="003539F3" w:rsidRPr="00221290">
            <w:rPr>
              <w:rStyle w:val="PlaceholderText"/>
            </w:rPr>
            <w:t>Click or tap to enter a date.</w:t>
          </w:r>
        </w:sdtContent>
      </w:sdt>
    </w:p>
    <w:p w14:paraId="6EAFD70F" w14:textId="1C5829FA" w:rsidR="00E35049" w:rsidRDefault="003645F3">
      <w:r>
        <w:t xml:space="preserve">Lost to follow-up – 12 weeks: </w:t>
      </w:r>
      <w:sdt>
        <w:sdtPr>
          <w:id w:val="-650058967"/>
          <w14:checkbox>
            <w14:checked w14:val="0"/>
            <w14:checkedState w14:val="E081" w14:font="Segoe Fluent Icons"/>
            <w14:uncheckedState w14:val="2610" w14:font="MS Gothic"/>
          </w14:checkbox>
        </w:sdtPr>
        <w:sdtEndPr/>
        <w:sdtContent>
          <w:r w:rsidR="00914FEA">
            <w:rPr>
              <w:rFonts w:ascii="MS Gothic" w:eastAsia="MS Gothic" w:hAnsi="MS Gothic" w:hint="eastAsia"/>
            </w:rPr>
            <w:t>☐</w:t>
          </w:r>
        </w:sdtContent>
      </w:sdt>
    </w:p>
    <w:p w14:paraId="6ADA3D34" w14:textId="77777777" w:rsidR="00E35049" w:rsidRDefault="003645F3">
      <w:pPr>
        <w:pStyle w:val="Heading2"/>
      </w:pPr>
      <w:r>
        <w:t>FOR LOCAL USE ONLY</w:t>
      </w:r>
    </w:p>
    <w:p w14:paraId="516ADD50" w14:textId="68A05C8D" w:rsidR="00E35049" w:rsidRDefault="00BF2826">
      <w:r>
        <w:t xml:space="preserve">From completed by:    Date: </w:t>
      </w:r>
      <w:sdt>
        <w:sdtPr>
          <w:alias w:val="Date"/>
          <w:tag w:val="Date"/>
          <w:id w:val="-776485610"/>
          <w:placeholder>
            <w:docPart w:val="DefaultPlaceholder_-1854013437"/>
          </w:placeholder>
          <w:showingPlcHdr/>
          <w:date>
            <w:dateFormat w:val="dd/MM/yyyy"/>
            <w:lid w:val="en-GB"/>
            <w:storeMappedDataAs w:val="dateTime"/>
            <w:calendar w:val="gregorian"/>
          </w:date>
        </w:sdtPr>
        <w:sdtEndPr/>
        <w:sdtContent>
          <w:r w:rsidR="003539F3" w:rsidRPr="00221290">
            <w:rPr>
              <w:rStyle w:val="PlaceholderText"/>
            </w:rPr>
            <w:t>Click or tap to enter a date.</w:t>
          </w:r>
        </w:sdtContent>
      </w:sdt>
    </w:p>
    <w:p w14:paraId="0BB935C9" w14:textId="478C44C8" w:rsidR="00E35049" w:rsidRDefault="003645F3">
      <w:proofErr w:type="spellStart"/>
      <w:r>
        <w:t>Organisation</w:t>
      </w:r>
      <w:proofErr w:type="spellEnd"/>
      <w:r>
        <w:t xml:space="preserve"> name:</w:t>
      </w:r>
      <w:sdt>
        <w:sdtPr>
          <w:alias w:val="Org Name"/>
          <w:tag w:val="Org Name"/>
          <w:id w:val="1475794482"/>
          <w:placeholder>
            <w:docPart w:val="DefaultPlaceholder_-1854013440"/>
          </w:placeholder>
          <w:showingPlcHdr/>
          <w:text/>
        </w:sdtPr>
        <w:sdtEndPr/>
        <w:sdtContent>
          <w:r w:rsidR="003539F3" w:rsidRPr="00221290">
            <w:rPr>
              <w:rStyle w:val="PlaceholderText"/>
            </w:rPr>
            <w:t>Click or tap here to enter text.</w:t>
          </w:r>
        </w:sdtContent>
      </w:sdt>
    </w:p>
    <w:sectPr w:rsidR="00E35049" w:rsidSect="00034616">
      <w:headerReference w:type="default" r:id="rId12"/>
      <w:pgSz w:w="12240" w:h="15840"/>
      <w:pgMar w:top="1440" w:right="1800" w:bottom="1440" w:left="180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57CC9D7" w14:textId="77777777" w:rsidR="00176AB3" w:rsidRDefault="00176AB3" w:rsidP="00BF2826">
      <w:pPr>
        <w:spacing w:after="0" w:line="240" w:lineRule="auto"/>
      </w:pPr>
      <w:r>
        <w:separator/>
      </w:r>
    </w:p>
  </w:endnote>
  <w:endnote w:type="continuationSeparator" w:id="0">
    <w:p w14:paraId="42A00623" w14:textId="77777777" w:rsidR="00176AB3" w:rsidRDefault="00176AB3" w:rsidP="00BF282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ourier">
    <w:panose1 w:val="02070409020205020404"/>
    <w:charset w:val="00"/>
    <w:family w:val="modern"/>
    <w:pitch w:val="fixed"/>
    <w:sig w:usb0="00000003" w:usb1="00000000" w:usb2="00000000" w:usb3="00000000" w:csb0="00000001"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8E655CD" w14:textId="77777777" w:rsidR="00176AB3" w:rsidRDefault="00176AB3" w:rsidP="00BF2826">
      <w:pPr>
        <w:spacing w:after="0" w:line="240" w:lineRule="auto"/>
      </w:pPr>
      <w:r>
        <w:separator/>
      </w:r>
    </w:p>
  </w:footnote>
  <w:footnote w:type="continuationSeparator" w:id="0">
    <w:p w14:paraId="01A38A3F" w14:textId="77777777" w:rsidR="00176AB3" w:rsidRDefault="00176AB3" w:rsidP="00BF282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373F17D" w14:textId="1F4784DD" w:rsidR="00BF2826" w:rsidRDefault="00BF2826">
    <w:pPr>
      <w:pStyle w:val="Header"/>
    </w:pPr>
    <w:r>
      <w:rPr>
        <w:noProof/>
      </w:rPr>
      <w:drawing>
        <wp:anchor distT="0" distB="0" distL="114300" distR="114300" simplePos="0" relativeHeight="251658240" behindDoc="0" locked="0" layoutInCell="1" allowOverlap="1" wp14:anchorId="0C59891E" wp14:editId="079E5538">
          <wp:simplePos x="0" y="0"/>
          <wp:positionH relativeFrom="column">
            <wp:posOffset>5562600</wp:posOffset>
          </wp:positionH>
          <wp:positionV relativeFrom="paragraph">
            <wp:posOffset>-312420</wp:posOffset>
          </wp:positionV>
          <wp:extent cx="829310" cy="640080"/>
          <wp:effectExtent l="0" t="0" r="8890" b="7620"/>
          <wp:wrapThrough wrapText="bothSides">
            <wp:wrapPolygon edited="0">
              <wp:start x="0" y="0"/>
              <wp:lineTo x="0" y="20571"/>
              <wp:lineTo x="8435" y="21214"/>
              <wp:lineTo x="12900" y="21214"/>
              <wp:lineTo x="21335" y="20571"/>
              <wp:lineTo x="21335" y="0"/>
              <wp:lineTo x="0" y="0"/>
            </wp:wrapPolygon>
          </wp:wrapThrough>
          <wp:docPr id="65791862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829310" cy="640080"/>
                  </a:xfrm>
                  <a:prstGeom prst="rect">
                    <a:avLst/>
                  </a:prstGeom>
                  <a:noFill/>
                </pic:spPr>
              </pic:pic>
            </a:graphicData>
          </a:graphic>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C"/>
    <w:multiLevelType w:val="singleLevel"/>
    <w:tmpl w:val="C310EC42"/>
    <w:lvl w:ilvl="0">
      <w:start w:val="1"/>
      <w:numFmt w:val="decimal"/>
      <w:lvlText w:val="%1."/>
      <w:lvlJc w:val="left"/>
      <w:pPr>
        <w:tabs>
          <w:tab w:val="num" w:pos="1800"/>
        </w:tabs>
        <w:ind w:left="1800" w:hanging="360"/>
      </w:pPr>
    </w:lvl>
  </w:abstractNum>
  <w:abstractNum w:abstractNumId="1" w15:restartNumberingAfterBreak="0">
    <w:nsid w:val="FFFFFF7D"/>
    <w:multiLevelType w:val="singleLevel"/>
    <w:tmpl w:val="E4089024"/>
    <w:lvl w:ilvl="0">
      <w:start w:val="1"/>
      <w:numFmt w:val="decimal"/>
      <w:lvlText w:val="%1."/>
      <w:lvlJc w:val="left"/>
      <w:pPr>
        <w:tabs>
          <w:tab w:val="num" w:pos="1440"/>
        </w:tabs>
        <w:ind w:left="1440" w:hanging="360"/>
      </w:pPr>
    </w:lvl>
  </w:abstractNum>
  <w:abstractNum w:abstractNumId="2" w15:restartNumberingAfterBreak="0">
    <w:nsid w:val="FFFFFF7E"/>
    <w:multiLevelType w:val="singleLevel"/>
    <w:tmpl w:val="FB12693A"/>
    <w:lvl w:ilvl="0">
      <w:start w:val="1"/>
      <w:numFmt w:val="decimal"/>
      <w:pStyle w:val="ListNumber3"/>
      <w:lvlText w:val="%1."/>
      <w:lvlJc w:val="left"/>
      <w:pPr>
        <w:tabs>
          <w:tab w:val="num" w:pos="1080"/>
        </w:tabs>
        <w:ind w:left="1080" w:hanging="360"/>
      </w:pPr>
    </w:lvl>
  </w:abstractNum>
  <w:abstractNum w:abstractNumId="3" w15:restartNumberingAfterBreak="0">
    <w:nsid w:val="FFFFFF7F"/>
    <w:multiLevelType w:val="singleLevel"/>
    <w:tmpl w:val="38441652"/>
    <w:lvl w:ilvl="0">
      <w:start w:val="1"/>
      <w:numFmt w:val="decimal"/>
      <w:pStyle w:val="ListNumber2"/>
      <w:lvlText w:val="%1."/>
      <w:lvlJc w:val="left"/>
      <w:pPr>
        <w:tabs>
          <w:tab w:val="num" w:pos="720"/>
        </w:tabs>
        <w:ind w:left="720" w:hanging="360"/>
      </w:pPr>
    </w:lvl>
  </w:abstractNum>
  <w:abstractNum w:abstractNumId="4" w15:restartNumberingAfterBreak="0">
    <w:nsid w:val="FFFFFF81"/>
    <w:multiLevelType w:val="singleLevel"/>
    <w:tmpl w:val="171AC3A4"/>
    <w:lvl w:ilvl="0">
      <w:start w:val="1"/>
      <w:numFmt w:val="bullet"/>
      <w:lvlText w:val=""/>
      <w:lvlJc w:val="left"/>
      <w:pPr>
        <w:tabs>
          <w:tab w:val="num" w:pos="1440"/>
        </w:tabs>
        <w:ind w:left="1440" w:hanging="360"/>
      </w:pPr>
      <w:rPr>
        <w:rFonts w:ascii="Symbol" w:hAnsi="Symbol" w:hint="default"/>
      </w:rPr>
    </w:lvl>
  </w:abstractNum>
  <w:abstractNum w:abstractNumId="5" w15:restartNumberingAfterBreak="0">
    <w:nsid w:val="FFFFFF82"/>
    <w:multiLevelType w:val="singleLevel"/>
    <w:tmpl w:val="F3EAFDEC"/>
    <w:lvl w:ilvl="0">
      <w:start w:val="1"/>
      <w:numFmt w:val="bullet"/>
      <w:pStyle w:val="ListBullet3"/>
      <w:lvlText w:val=""/>
      <w:lvlJc w:val="left"/>
      <w:pPr>
        <w:tabs>
          <w:tab w:val="num" w:pos="1080"/>
        </w:tabs>
        <w:ind w:left="1080" w:hanging="360"/>
      </w:pPr>
      <w:rPr>
        <w:rFonts w:ascii="Symbol" w:hAnsi="Symbol" w:hint="default"/>
      </w:rPr>
    </w:lvl>
  </w:abstractNum>
  <w:abstractNum w:abstractNumId="6" w15:restartNumberingAfterBreak="0">
    <w:nsid w:val="FFFFFF83"/>
    <w:multiLevelType w:val="singleLevel"/>
    <w:tmpl w:val="3D1EFFD4"/>
    <w:lvl w:ilvl="0">
      <w:start w:val="1"/>
      <w:numFmt w:val="bullet"/>
      <w:pStyle w:val="ListBullet2"/>
      <w:lvlText w:val=""/>
      <w:lvlJc w:val="left"/>
      <w:pPr>
        <w:tabs>
          <w:tab w:val="num" w:pos="720"/>
        </w:tabs>
        <w:ind w:left="720" w:hanging="360"/>
      </w:pPr>
      <w:rPr>
        <w:rFonts w:ascii="Symbol" w:hAnsi="Symbol" w:hint="default"/>
      </w:rPr>
    </w:lvl>
  </w:abstractNum>
  <w:abstractNum w:abstractNumId="7" w15:restartNumberingAfterBreak="0">
    <w:nsid w:val="FFFFFF88"/>
    <w:multiLevelType w:val="singleLevel"/>
    <w:tmpl w:val="D0A62B40"/>
    <w:lvl w:ilvl="0">
      <w:start w:val="1"/>
      <w:numFmt w:val="decimal"/>
      <w:pStyle w:val="ListNumber"/>
      <w:lvlText w:val="%1."/>
      <w:lvlJc w:val="left"/>
      <w:pPr>
        <w:tabs>
          <w:tab w:val="num" w:pos="360"/>
        </w:tabs>
        <w:ind w:left="360" w:hanging="360"/>
      </w:pPr>
    </w:lvl>
  </w:abstractNum>
  <w:abstractNum w:abstractNumId="8" w15:restartNumberingAfterBreak="0">
    <w:nsid w:val="FFFFFF89"/>
    <w:multiLevelType w:val="singleLevel"/>
    <w:tmpl w:val="29761A62"/>
    <w:lvl w:ilvl="0">
      <w:start w:val="1"/>
      <w:numFmt w:val="bullet"/>
      <w:pStyle w:val="ListBullet"/>
      <w:lvlText w:val=""/>
      <w:lvlJc w:val="left"/>
      <w:pPr>
        <w:tabs>
          <w:tab w:val="num" w:pos="360"/>
        </w:tabs>
        <w:ind w:left="360" w:hanging="360"/>
      </w:pPr>
      <w:rPr>
        <w:rFonts w:ascii="Symbol" w:hAnsi="Symbol" w:hint="default"/>
      </w:rPr>
    </w:lvl>
  </w:abstractNum>
  <w:num w:numId="1" w16cid:durableId="918754536">
    <w:abstractNumId w:val="8"/>
  </w:num>
  <w:num w:numId="2" w16cid:durableId="536553679">
    <w:abstractNumId w:val="6"/>
  </w:num>
  <w:num w:numId="3" w16cid:durableId="915478212">
    <w:abstractNumId w:val="5"/>
  </w:num>
  <w:num w:numId="4" w16cid:durableId="1761214971">
    <w:abstractNumId w:val="4"/>
  </w:num>
  <w:num w:numId="5" w16cid:durableId="770008143">
    <w:abstractNumId w:val="7"/>
  </w:num>
  <w:num w:numId="6" w16cid:durableId="1267928505">
    <w:abstractNumId w:val="3"/>
  </w:num>
  <w:num w:numId="7" w16cid:durableId="1332874756">
    <w:abstractNumId w:val="2"/>
  </w:num>
  <w:num w:numId="8" w16cid:durableId="359208016">
    <w:abstractNumId w:val="1"/>
  </w:num>
  <w:num w:numId="9" w16cid:durableId="91016546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56"/>
  <w:proofState w:spelling="clean" w:grammar="clean"/>
  <w:documentProtection w:edit="forms" w:formatting="1" w:enforcement="0"/>
  <w:defaultTabStop w:val="720"/>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47730"/>
    <w:rsid w:val="000117C6"/>
    <w:rsid w:val="00034616"/>
    <w:rsid w:val="00050A0D"/>
    <w:rsid w:val="0006063C"/>
    <w:rsid w:val="0006256E"/>
    <w:rsid w:val="00082EC4"/>
    <w:rsid w:val="00091BC8"/>
    <w:rsid w:val="000A5528"/>
    <w:rsid w:val="000B69DF"/>
    <w:rsid w:val="000C7E5D"/>
    <w:rsid w:val="000D3952"/>
    <w:rsid w:val="000E1147"/>
    <w:rsid w:val="00141300"/>
    <w:rsid w:val="0015074B"/>
    <w:rsid w:val="0017375E"/>
    <w:rsid w:val="00176AB3"/>
    <w:rsid w:val="001B016D"/>
    <w:rsid w:val="001D2F14"/>
    <w:rsid w:val="00236D52"/>
    <w:rsid w:val="00242FF0"/>
    <w:rsid w:val="002863BD"/>
    <w:rsid w:val="0029639D"/>
    <w:rsid w:val="002B3B55"/>
    <w:rsid w:val="002B51D7"/>
    <w:rsid w:val="00312925"/>
    <w:rsid w:val="003206A7"/>
    <w:rsid w:val="003259C6"/>
    <w:rsid w:val="00326F90"/>
    <w:rsid w:val="00337006"/>
    <w:rsid w:val="003539F3"/>
    <w:rsid w:val="003645F3"/>
    <w:rsid w:val="00397CD9"/>
    <w:rsid w:val="003A5014"/>
    <w:rsid w:val="003A7497"/>
    <w:rsid w:val="003D315B"/>
    <w:rsid w:val="003F675E"/>
    <w:rsid w:val="003F7959"/>
    <w:rsid w:val="00406D75"/>
    <w:rsid w:val="00442C8C"/>
    <w:rsid w:val="00451ADB"/>
    <w:rsid w:val="00463AA5"/>
    <w:rsid w:val="00471CBB"/>
    <w:rsid w:val="004B6B51"/>
    <w:rsid w:val="004D2EB9"/>
    <w:rsid w:val="004E7BAA"/>
    <w:rsid w:val="004F2910"/>
    <w:rsid w:val="00504F65"/>
    <w:rsid w:val="00517725"/>
    <w:rsid w:val="00521F75"/>
    <w:rsid w:val="005A780E"/>
    <w:rsid w:val="005D2963"/>
    <w:rsid w:val="005F77FB"/>
    <w:rsid w:val="0062406D"/>
    <w:rsid w:val="00637DB6"/>
    <w:rsid w:val="00645B00"/>
    <w:rsid w:val="00654255"/>
    <w:rsid w:val="00656FD1"/>
    <w:rsid w:val="00662C16"/>
    <w:rsid w:val="00670F73"/>
    <w:rsid w:val="00693397"/>
    <w:rsid w:val="006A459C"/>
    <w:rsid w:val="006C43E9"/>
    <w:rsid w:val="006D74F8"/>
    <w:rsid w:val="006E6B31"/>
    <w:rsid w:val="006F0499"/>
    <w:rsid w:val="006F08F9"/>
    <w:rsid w:val="007048F7"/>
    <w:rsid w:val="00717406"/>
    <w:rsid w:val="00763670"/>
    <w:rsid w:val="00770CF7"/>
    <w:rsid w:val="008278A7"/>
    <w:rsid w:val="00832999"/>
    <w:rsid w:val="00862A11"/>
    <w:rsid w:val="008B1EDE"/>
    <w:rsid w:val="008C3239"/>
    <w:rsid w:val="00914FEA"/>
    <w:rsid w:val="00930BF6"/>
    <w:rsid w:val="00942B24"/>
    <w:rsid w:val="00943E29"/>
    <w:rsid w:val="009455F4"/>
    <w:rsid w:val="009679CB"/>
    <w:rsid w:val="009734A4"/>
    <w:rsid w:val="00980507"/>
    <w:rsid w:val="009B3A12"/>
    <w:rsid w:val="00A026A5"/>
    <w:rsid w:val="00A56C7A"/>
    <w:rsid w:val="00A659E4"/>
    <w:rsid w:val="00A70566"/>
    <w:rsid w:val="00AA1D8D"/>
    <w:rsid w:val="00B03C77"/>
    <w:rsid w:val="00B17C88"/>
    <w:rsid w:val="00B30648"/>
    <w:rsid w:val="00B47730"/>
    <w:rsid w:val="00B91EE6"/>
    <w:rsid w:val="00BA50F8"/>
    <w:rsid w:val="00BC6FBA"/>
    <w:rsid w:val="00BF2826"/>
    <w:rsid w:val="00C64C83"/>
    <w:rsid w:val="00CB0664"/>
    <w:rsid w:val="00CF547D"/>
    <w:rsid w:val="00D939C3"/>
    <w:rsid w:val="00DA7058"/>
    <w:rsid w:val="00E35049"/>
    <w:rsid w:val="00E411D7"/>
    <w:rsid w:val="00E66B3D"/>
    <w:rsid w:val="00E90A26"/>
    <w:rsid w:val="00EE1E5D"/>
    <w:rsid w:val="00F20BE1"/>
    <w:rsid w:val="00F514DD"/>
    <w:rsid w:val="00F71C19"/>
    <w:rsid w:val="00FA3840"/>
    <w:rsid w:val="00FC693F"/>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24062061"/>
  <w14:defaultImageDpi w14:val="300"/>
  <w15:docId w15:val="{EF02920A-D79C-40CC-8F17-4B6043F310B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C693F"/>
  </w:style>
  <w:style w:type="paragraph" w:styleId="Heading1">
    <w:name w:val="heading 1"/>
    <w:basedOn w:val="Normal"/>
    <w:next w:val="Normal"/>
    <w:link w:val="Heading1Char"/>
    <w:uiPriority w:val="9"/>
    <w:qFormat/>
    <w:rsid w:val="00FC693F"/>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FC693F"/>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FC693F"/>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semiHidden/>
    <w:unhideWhenUsed/>
    <w:qFormat/>
    <w:rsid w:val="00FC693F"/>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semiHidden/>
    <w:unhideWhenUsed/>
    <w:qFormat/>
    <w:rsid w:val="00FC693F"/>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semiHidden/>
    <w:unhideWhenUsed/>
    <w:qFormat/>
    <w:rsid w:val="00FC693F"/>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semiHidden/>
    <w:unhideWhenUsed/>
    <w:qFormat/>
    <w:rsid w:val="00FC693F"/>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semiHidden/>
    <w:unhideWhenUsed/>
    <w:qFormat/>
    <w:rsid w:val="00FC693F"/>
    <w:pPr>
      <w:keepNext/>
      <w:keepLines/>
      <w:spacing w:before="200" w:after="0"/>
      <w:outlineLvl w:val="7"/>
    </w:pPr>
    <w:rPr>
      <w:rFonts w:asciiTheme="majorHAnsi" w:eastAsiaTheme="majorEastAsia" w:hAnsiTheme="majorHAnsi" w:cstheme="majorBidi"/>
      <w:color w:val="4F81BD" w:themeColor="accent1"/>
      <w:sz w:val="20"/>
      <w:szCs w:val="20"/>
    </w:rPr>
  </w:style>
  <w:style w:type="paragraph" w:styleId="Heading9">
    <w:name w:val="heading 9"/>
    <w:basedOn w:val="Normal"/>
    <w:next w:val="Normal"/>
    <w:link w:val="Heading9Char"/>
    <w:uiPriority w:val="9"/>
    <w:semiHidden/>
    <w:unhideWhenUsed/>
    <w:qFormat/>
    <w:rsid w:val="00FC693F"/>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E618BF"/>
    <w:pPr>
      <w:tabs>
        <w:tab w:val="center" w:pos="4680"/>
        <w:tab w:val="right" w:pos="9360"/>
      </w:tabs>
      <w:spacing w:after="0" w:line="240" w:lineRule="auto"/>
    </w:pPr>
  </w:style>
  <w:style w:type="character" w:customStyle="1" w:styleId="HeaderChar">
    <w:name w:val="Header Char"/>
    <w:basedOn w:val="DefaultParagraphFont"/>
    <w:link w:val="Header"/>
    <w:uiPriority w:val="99"/>
    <w:rsid w:val="00E618BF"/>
  </w:style>
  <w:style w:type="paragraph" w:styleId="Footer">
    <w:name w:val="footer"/>
    <w:basedOn w:val="Normal"/>
    <w:link w:val="FooterChar"/>
    <w:uiPriority w:val="99"/>
    <w:unhideWhenUsed/>
    <w:rsid w:val="00E618BF"/>
    <w:pPr>
      <w:tabs>
        <w:tab w:val="center" w:pos="4680"/>
        <w:tab w:val="right" w:pos="9360"/>
      </w:tabs>
      <w:spacing w:after="0" w:line="240" w:lineRule="auto"/>
    </w:pPr>
  </w:style>
  <w:style w:type="character" w:customStyle="1" w:styleId="FooterChar">
    <w:name w:val="Footer Char"/>
    <w:basedOn w:val="DefaultParagraphFont"/>
    <w:link w:val="Footer"/>
    <w:uiPriority w:val="99"/>
    <w:rsid w:val="00E618BF"/>
  </w:style>
  <w:style w:type="paragraph" w:styleId="NoSpacing">
    <w:name w:val="No Spacing"/>
    <w:uiPriority w:val="1"/>
    <w:qFormat/>
    <w:rsid w:val="00FC693F"/>
    <w:pPr>
      <w:spacing w:after="0" w:line="240" w:lineRule="auto"/>
    </w:pPr>
  </w:style>
  <w:style w:type="character" w:customStyle="1" w:styleId="Heading1Char">
    <w:name w:val="Heading 1 Char"/>
    <w:basedOn w:val="DefaultParagraphFont"/>
    <w:link w:val="Heading1"/>
    <w:uiPriority w:val="9"/>
    <w:rsid w:val="00FC693F"/>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FC693F"/>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FC693F"/>
    <w:rPr>
      <w:rFonts w:asciiTheme="majorHAnsi" w:eastAsiaTheme="majorEastAsia" w:hAnsiTheme="majorHAnsi" w:cstheme="majorBidi"/>
      <w:b/>
      <w:bCs/>
      <w:color w:val="4F81BD" w:themeColor="accent1"/>
    </w:rPr>
  </w:style>
  <w:style w:type="paragraph" w:styleId="Title">
    <w:name w:val="Title"/>
    <w:basedOn w:val="Normal"/>
    <w:next w:val="Normal"/>
    <w:link w:val="TitleChar"/>
    <w:uiPriority w:val="10"/>
    <w:qFormat/>
    <w:rsid w:val="00FC693F"/>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FC693F"/>
    <w:rPr>
      <w:rFonts w:asciiTheme="majorHAnsi" w:eastAsiaTheme="majorEastAsia" w:hAnsiTheme="majorHAnsi" w:cstheme="majorBidi"/>
      <w:color w:val="17365D" w:themeColor="text2" w:themeShade="BF"/>
      <w:spacing w:val="5"/>
      <w:kern w:val="28"/>
      <w:sz w:val="52"/>
      <w:szCs w:val="52"/>
    </w:rPr>
  </w:style>
  <w:style w:type="paragraph" w:styleId="Subtitle">
    <w:name w:val="Subtitle"/>
    <w:basedOn w:val="Normal"/>
    <w:next w:val="Normal"/>
    <w:link w:val="SubtitleChar"/>
    <w:uiPriority w:val="11"/>
    <w:qFormat/>
    <w:rsid w:val="00FC693F"/>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SubtitleChar">
    <w:name w:val="Subtitle Char"/>
    <w:basedOn w:val="DefaultParagraphFont"/>
    <w:link w:val="Subtitle"/>
    <w:uiPriority w:val="11"/>
    <w:rsid w:val="00FC693F"/>
    <w:rPr>
      <w:rFonts w:asciiTheme="majorHAnsi" w:eastAsiaTheme="majorEastAsia" w:hAnsiTheme="majorHAnsi" w:cstheme="majorBidi"/>
      <w:i/>
      <w:iCs/>
      <w:color w:val="4F81BD" w:themeColor="accent1"/>
      <w:spacing w:val="15"/>
      <w:sz w:val="24"/>
      <w:szCs w:val="24"/>
    </w:rPr>
  </w:style>
  <w:style w:type="paragraph" w:styleId="ListParagraph">
    <w:name w:val="List Paragraph"/>
    <w:basedOn w:val="Normal"/>
    <w:uiPriority w:val="34"/>
    <w:qFormat/>
    <w:rsid w:val="00FC693F"/>
    <w:pPr>
      <w:ind w:left="720"/>
      <w:contextualSpacing/>
    </w:pPr>
  </w:style>
  <w:style w:type="paragraph" w:styleId="BodyText">
    <w:name w:val="Body Text"/>
    <w:basedOn w:val="Normal"/>
    <w:link w:val="BodyTextChar"/>
    <w:uiPriority w:val="99"/>
    <w:unhideWhenUsed/>
    <w:rsid w:val="00AA1D8D"/>
    <w:pPr>
      <w:spacing w:after="120"/>
    </w:pPr>
  </w:style>
  <w:style w:type="character" w:customStyle="1" w:styleId="BodyTextChar">
    <w:name w:val="Body Text Char"/>
    <w:basedOn w:val="DefaultParagraphFont"/>
    <w:link w:val="BodyText"/>
    <w:uiPriority w:val="99"/>
    <w:rsid w:val="00AA1D8D"/>
  </w:style>
  <w:style w:type="paragraph" w:styleId="BodyText2">
    <w:name w:val="Body Text 2"/>
    <w:basedOn w:val="Normal"/>
    <w:link w:val="BodyText2Char"/>
    <w:uiPriority w:val="99"/>
    <w:unhideWhenUsed/>
    <w:rsid w:val="00AA1D8D"/>
    <w:pPr>
      <w:spacing w:after="120" w:line="480" w:lineRule="auto"/>
    </w:pPr>
  </w:style>
  <w:style w:type="character" w:customStyle="1" w:styleId="BodyText2Char">
    <w:name w:val="Body Text 2 Char"/>
    <w:basedOn w:val="DefaultParagraphFont"/>
    <w:link w:val="BodyText2"/>
    <w:uiPriority w:val="99"/>
    <w:rsid w:val="00AA1D8D"/>
  </w:style>
  <w:style w:type="paragraph" w:styleId="BodyText3">
    <w:name w:val="Body Text 3"/>
    <w:basedOn w:val="Normal"/>
    <w:link w:val="BodyText3Char"/>
    <w:uiPriority w:val="99"/>
    <w:unhideWhenUsed/>
    <w:rsid w:val="00AA1D8D"/>
    <w:pPr>
      <w:spacing w:after="120"/>
    </w:pPr>
    <w:rPr>
      <w:sz w:val="16"/>
      <w:szCs w:val="16"/>
    </w:rPr>
  </w:style>
  <w:style w:type="character" w:customStyle="1" w:styleId="BodyText3Char">
    <w:name w:val="Body Text 3 Char"/>
    <w:basedOn w:val="DefaultParagraphFont"/>
    <w:link w:val="BodyText3"/>
    <w:uiPriority w:val="99"/>
    <w:rsid w:val="00AA1D8D"/>
    <w:rPr>
      <w:sz w:val="16"/>
      <w:szCs w:val="16"/>
    </w:rPr>
  </w:style>
  <w:style w:type="paragraph" w:styleId="List">
    <w:name w:val="List"/>
    <w:basedOn w:val="Normal"/>
    <w:uiPriority w:val="99"/>
    <w:unhideWhenUsed/>
    <w:rsid w:val="00AA1D8D"/>
    <w:pPr>
      <w:ind w:left="360" w:hanging="360"/>
      <w:contextualSpacing/>
    </w:pPr>
  </w:style>
  <w:style w:type="paragraph" w:styleId="List2">
    <w:name w:val="List 2"/>
    <w:basedOn w:val="Normal"/>
    <w:uiPriority w:val="99"/>
    <w:unhideWhenUsed/>
    <w:rsid w:val="00326F90"/>
    <w:pPr>
      <w:ind w:left="720" w:hanging="360"/>
      <w:contextualSpacing/>
    </w:pPr>
  </w:style>
  <w:style w:type="paragraph" w:styleId="List3">
    <w:name w:val="List 3"/>
    <w:basedOn w:val="Normal"/>
    <w:uiPriority w:val="99"/>
    <w:unhideWhenUsed/>
    <w:rsid w:val="00326F90"/>
    <w:pPr>
      <w:ind w:left="1080" w:hanging="360"/>
      <w:contextualSpacing/>
    </w:pPr>
  </w:style>
  <w:style w:type="paragraph" w:styleId="ListBullet">
    <w:name w:val="List Bullet"/>
    <w:basedOn w:val="Normal"/>
    <w:uiPriority w:val="99"/>
    <w:unhideWhenUsed/>
    <w:rsid w:val="00326F90"/>
    <w:pPr>
      <w:numPr>
        <w:numId w:val="1"/>
      </w:numPr>
      <w:contextualSpacing/>
    </w:pPr>
  </w:style>
  <w:style w:type="paragraph" w:styleId="ListBullet2">
    <w:name w:val="List Bullet 2"/>
    <w:basedOn w:val="Normal"/>
    <w:uiPriority w:val="99"/>
    <w:unhideWhenUsed/>
    <w:rsid w:val="00326F90"/>
    <w:pPr>
      <w:numPr>
        <w:numId w:val="2"/>
      </w:numPr>
      <w:contextualSpacing/>
    </w:pPr>
  </w:style>
  <w:style w:type="paragraph" w:styleId="ListBullet3">
    <w:name w:val="List Bullet 3"/>
    <w:basedOn w:val="Normal"/>
    <w:uiPriority w:val="99"/>
    <w:unhideWhenUsed/>
    <w:rsid w:val="00326F90"/>
    <w:pPr>
      <w:numPr>
        <w:numId w:val="3"/>
      </w:numPr>
      <w:contextualSpacing/>
    </w:pPr>
  </w:style>
  <w:style w:type="paragraph" w:styleId="ListNumber">
    <w:name w:val="List Number"/>
    <w:basedOn w:val="Normal"/>
    <w:uiPriority w:val="99"/>
    <w:unhideWhenUsed/>
    <w:rsid w:val="00326F90"/>
    <w:pPr>
      <w:numPr>
        <w:numId w:val="5"/>
      </w:numPr>
      <w:contextualSpacing/>
    </w:pPr>
  </w:style>
  <w:style w:type="paragraph" w:styleId="ListNumber2">
    <w:name w:val="List Number 2"/>
    <w:basedOn w:val="Normal"/>
    <w:uiPriority w:val="99"/>
    <w:unhideWhenUsed/>
    <w:rsid w:val="0029639D"/>
    <w:pPr>
      <w:numPr>
        <w:numId w:val="6"/>
      </w:numPr>
      <w:contextualSpacing/>
    </w:pPr>
  </w:style>
  <w:style w:type="paragraph" w:styleId="ListNumber3">
    <w:name w:val="List Number 3"/>
    <w:basedOn w:val="Normal"/>
    <w:uiPriority w:val="99"/>
    <w:unhideWhenUsed/>
    <w:rsid w:val="0029639D"/>
    <w:pPr>
      <w:numPr>
        <w:numId w:val="7"/>
      </w:numPr>
      <w:contextualSpacing/>
    </w:pPr>
  </w:style>
  <w:style w:type="paragraph" w:styleId="ListContinue">
    <w:name w:val="List Continue"/>
    <w:basedOn w:val="Normal"/>
    <w:uiPriority w:val="99"/>
    <w:unhideWhenUsed/>
    <w:rsid w:val="0029639D"/>
    <w:pPr>
      <w:spacing w:after="120"/>
      <w:ind w:left="360"/>
      <w:contextualSpacing/>
    </w:pPr>
  </w:style>
  <w:style w:type="paragraph" w:styleId="ListContinue2">
    <w:name w:val="List Continue 2"/>
    <w:basedOn w:val="Normal"/>
    <w:uiPriority w:val="99"/>
    <w:unhideWhenUsed/>
    <w:rsid w:val="0029639D"/>
    <w:pPr>
      <w:spacing w:after="120"/>
      <w:ind w:left="720"/>
      <w:contextualSpacing/>
    </w:pPr>
  </w:style>
  <w:style w:type="paragraph" w:styleId="ListContinue3">
    <w:name w:val="List Continue 3"/>
    <w:basedOn w:val="Normal"/>
    <w:uiPriority w:val="99"/>
    <w:unhideWhenUsed/>
    <w:rsid w:val="0029639D"/>
    <w:pPr>
      <w:spacing w:after="120"/>
      <w:ind w:left="1080"/>
      <w:contextualSpacing/>
    </w:pPr>
  </w:style>
  <w:style w:type="paragraph" w:styleId="MacroText">
    <w:name w:val="macro"/>
    <w:link w:val="MacroTextChar"/>
    <w:uiPriority w:val="99"/>
    <w:unhideWhenUsed/>
    <w:rsid w:val="0029639D"/>
    <w:pPr>
      <w:tabs>
        <w:tab w:val="left" w:pos="576"/>
        <w:tab w:val="left" w:pos="1152"/>
        <w:tab w:val="left" w:pos="1728"/>
        <w:tab w:val="left" w:pos="2304"/>
        <w:tab w:val="left" w:pos="2880"/>
        <w:tab w:val="left" w:pos="3456"/>
        <w:tab w:val="left" w:pos="4032"/>
      </w:tabs>
    </w:pPr>
    <w:rPr>
      <w:rFonts w:ascii="Courier" w:hAnsi="Courier"/>
      <w:sz w:val="20"/>
      <w:szCs w:val="20"/>
    </w:rPr>
  </w:style>
  <w:style w:type="character" w:customStyle="1" w:styleId="MacroTextChar">
    <w:name w:val="Macro Text Char"/>
    <w:basedOn w:val="DefaultParagraphFont"/>
    <w:link w:val="MacroText"/>
    <w:uiPriority w:val="99"/>
    <w:rsid w:val="0029639D"/>
    <w:rPr>
      <w:rFonts w:ascii="Courier" w:hAnsi="Courier"/>
      <w:sz w:val="20"/>
      <w:szCs w:val="20"/>
    </w:rPr>
  </w:style>
  <w:style w:type="paragraph" w:styleId="Quote">
    <w:name w:val="Quote"/>
    <w:basedOn w:val="Normal"/>
    <w:next w:val="Normal"/>
    <w:link w:val="QuoteChar"/>
    <w:uiPriority w:val="29"/>
    <w:qFormat/>
    <w:rsid w:val="00FC693F"/>
    <w:rPr>
      <w:i/>
      <w:iCs/>
      <w:color w:val="000000" w:themeColor="text1"/>
    </w:rPr>
  </w:style>
  <w:style w:type="character" w:customStyle="1" w:styleId="QuoteChar">
    <w:name w:val="Quote Char"/>
    <w:basedOn w:val="DefaultParagraphFont"/>
    <w:link w:val="Quote"/>
    <w:uiPriority w:val="29"/>
    <w:rsid w:val="00FC693F"/>
    <w:rPr>
      <w:i/>
      <w:iCs/>
      <w:color w:val="000000" w:themeColor="text1"/>
    </w:rPr>
  </w:style>
  <w:style w:type="character" w:customStyle="1" w:styleId="Heading4Char">
    <w:name w:val="Heading 4 Char"/>
    <w:basedOn w:val="DefaultParagraphFont"/>
    <w:link w:val="Heading4"/>
    <w:uiPriority w:val="9"/>
    <w:semiHidden/>
    <w:rsid w:val="00FC693F"/>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semiHidden/>
    <w:rsid w:val="00FC693F"/>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semiHidden/>
    <w:rsid w:val="00FC693F"/>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semiHidden/>
    <w:rsid w:val="00FC693F"/>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semiHidden/>
    <w:rsid w:val="00FC693F"/>
    <w:rPr>
      <w:rFonts w:asciiTheme="majorHAnsi" w:eastAsiaTheme="majorEastAsia" w:hAnsiTheme="majorHAnsi" w:cstheme="majorBidi"/>
      <w:color w:val="4F81BD" w:themeColor="accent1"/>
      <w:sz w:val="20"/>
      <w:szCs w:val="20"/>
    </w:rPr>
  </w:style>
  <w:style w:type="character" w:customStyle="1" w:styleId="Heading9Char">
    <w:name w:val="Heading 9 Char"/>
    <w:basedOn w:val="DefaultParagraphFont"/>
    <w:link w:val="Heading9"/>
    <w:uiPriority w:val="9"/>
    <w:semiHidden/>
    <w:rsid w:val="00FC693F"/>
    <w:rPr>
      <w:rFonts w:asciiTheme="majorHAnsi" w:eastAsiaTheme="majorEastAsia" w:hAnsiTheme="majorHAnsi" w:cstheme="majorBidi"/>
      <w:i/>
      <w:iCs/>
      <w:color w:val="404040" w:themeColor="text1" w:themeTint="BF"/>
      <w:sz w:val="20"/>
      <w:szCs w:val="20"/>
    </w:rPr>
  </w:style>
  <w:style w:type="paragraph" w:styleId="Caption">
    <w:name w:val="caption"/>
    <w:basedOn w:val="Normal"/>
    <w:next w:val="Normal"/>
    <w:uiPriority w:val="35"/>
    <w:semiHidden/>
    <w:unhideWhenUsed/>
    <w:qFormat/>
    <w:rsid w:val="00FC693F"/>
    <w:pPr>
      <w:spacing w:line="240" w:lineRule="auto"/>
    </w:pPr>
    <w:rPr>
      <w:b/>
      <w:bCs/>
      <w:color w:val="4F81BD" w:themeColor="accent1"/>
      <w:sz w:val="18"/>
      <w:szCs w:val="18"/>
    </w:rPr>
  </w:style>
  <w:style w:type="character" w:styleId="Strong">
    <w:name w:val="Strong"/>
    <w:basedOn w:val="DefaultParagraphFont"/>
    <w:uiPriority w:val="22"/>
    <w:qFormat/>
    <w:rsid w:val="00FC693F"/>
    <w:rPr>
      <w:b/>
      <w:bCs/>
    </w:rPr>
  </w:style>
  <w:style w:type="character" w:styleId="Emphasis">
    <w:name w:val="Emphasis"/>
    <w:basedOn w:val="DefaultParagraphFont"/>
    <w:uiPriority w:val="20"/>
    <w:qFormat/>
    <w:rsid w:val="00FC693F"/>
    <w:rPr>
      <w:i/>
      <w:iCs/>
    </w:rPr>
  </w:style>
  <w:style w:type="paragraph" w:styleId="IntenseQuote">
    <w:name w:val="Intense Quote"/>
    <w:basedOn w:val="Normal"/>
    <w:next w:val="Normal"/>
    <w:link w:val="IntenseQuoteChar"/>
    <w:uiPriority w:val="30"/>
    <w:qFormat/>
    <w:rsid w:val="00FC693F"/>
    <w:pPr>
      <w:pBdr>
        <w:bottom w:val="single" w:sz="4" w:space="4" w:color="4F81BD" w:themeColor="accent1"/>
      </w:pBdr>
      <w:spacing w:before="200" w:after="280"/>
      <w:ind w:left="936" w:right="936"/>
    </w:pPr>
    <w:rPr>
      <w:b/>
      <w:bCs/>
      <w:i/>
      <w:iCs/>
      <w:color w:val="4F81BD" w:themeColor="accent1"/>
    </w:rPr>
  </w:style>
  <w:style w:type="character" w:customStyle="1" w:styleId="IntenseQuoteChar">
    <w:name w:val="Intense Quote Char"/>
    <w:basedOn w:val="DefaultParagraphFont"/>
    <w:link w:val="IntenseQuote"/>
    <w:uiPriority w:val="30"/>
    <w:rsid w:val="00FC693F"/>
    <w:rPr>
      <w:b/>
      <w:bCs/>
      <w:i/>
      <w:iCs/>
      <w:color w:val="4F81BD" w:themeColor="accent1"/>
    </w:rPr>
  </w:style>
  <w:style w:type="character" w:styleId="SubtleEmphasis">
    <w:name w:val="Subtle Emphasis"/>
    <w:basedOn w:val="DefaultParagraphFont"/>
    <w:uiPriority w:val="19"/>
    <w:qFormat/>
    <w:rsid w:val="00FC693F"/>
    <w:rPr>
      <w:i/>
      <w:iCs/>
      <w:color w:val="808080" w:themeColor="text1" w:themeTint="7F"/>
    </w:rPr>
  </w:style>
  <w:style w:type="character" w:styleId="IntenseEmphasis">
    <w:name w:val="Intense Emphasis"/>
    <w:basedOn w:val="DefaultParagraphFont"/>
    <w:uiPriority w:val="21"/>
    <w:qFormat/>
    <w:rsid w:val="00FC693F"/>
    <w:rPr>
      <w:b/>
      <w:bCs/>
      <w:i/>
      <w:iCs/>
      <w:color w:val="4F81BD" w:themeColor="accent1"/>
    </w:rPr>
  </w:style>
  <w:style w:type="character" w:styleId="SubtleReference">
    <w:name w:val="Subtle Reference"/>
    <w:basedOn w:val="DefaultParagraphFont"/>
    <w:uiPriority w:val="31"/>
    <w:qFormat/>
    <w:rsid w:val="00FC693F"/>
    <w:rPr>
      <w:smallCaps/>
      <w:color w:val="C0504D" w:themeColor="accent2"/>
      <w:u w:val="single"/>
    </w:rPr>
  </w:style>
  <w:style w:type="character" w:styleId="IntenseReference">
    <w:name w:val="Intense Reference"/>
    <w:basedOn w:val="DefaultParagraphFont"/>
    <w:uiPriority w:val="32"/>
    <w:qFormat/>
    <w:rsid w:val="00FC693F"/>
    <w:rPr>
      <w:b/>
      <w:bCs/>
      <w:smallCaps/>
      <w:color w:val="C0504D" w:themeColor="accent2"/>
      <w:spacing w:val="5"/>
      <w:u w:val="single"/>
    </w:rPr>
  </w:style>
  <w:style w:type="character" w:styleId="BookTitle">
    <w:name w:val="Book Title"/>
    <w:basedOn w:val="DefaultParagraphFont"/>
    <w:uiPriority w:val="33"/>
    <w:qFormat/>
    <w:rsid w:val="00FC693F"/>
    <w:rPr>
      <w:b/>
      <w:bCs/>
      <w:smallCaps/>
      <w:spacing w:val="5"/>
    </w:rPr>
  </w:style>
  <w:style w:type="paragraph" w:styleId="TOCHeading">
    <w:name w:val="TOC Heading"/>
    <w:basedOn w:val="Heading1"/>
    <w:next w:val="Normal"/>
    <w:uiPriority w:val="39"/>
    <w:semiHidden/>
    <w:unhideWhenUsed/>
    <w:qFormat/>
    <w:rsid w:val="00FC693F"/>
    <w:pPr>
      <w:outlineLvl w:val="9"/>
    </w:pPr>
  </w:style>
  <w:style w:type="table" w:styleId="TableGrid">
    <w:name w:val="Table Grid"/>
    <w:basedOn w:val="TableNormal"/>
    <w:uiPriority w:val="59"/>
    <w:rsid w:val="00FC693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ightShading">
    <w:name w:val="Light Shading"/>
    <w:basedOn w:val="TableNormal"/>
    <w:uiPriority w:val="60"/>
    <w:rsid w:val="00FC693F"/>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LightShading-Accent1">
    <w:name w:val="Light Shading Accent 1"/>
    <w:basedOn w:val="TableNormal"/>
    <w:uiPriority w:val="60"/>
    <w:rsid w:val="00FC693F"/>
    <w:pPr>
      <w:spacing w:after="0" w:line="240" w:lineRule="auto"/>
    </w:pPr>
    <w:rPr>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LightShading-Accent2">
    <w:name w:val="Light Shading Accent 2"/>
    <w:basedOn w:val="TableNormal"/>
    <w:uiPriority w:val="60"/>
    <w:rsid w:val="00FC693F"/>
    <w:pPr>
      <w:spacing w:after="0" w:line="240" w:lineRule="auto"/>
    </w:pPr>
    <w:rPr>
      <w:color w:val="943634" w:themeColor="accent2" w:themeShade="BF"/>
    </w:rPr>
    <w:tblPr>
      <w:tblStyleRowBandSize w:val="1"/>
      <w:tblStyleColBandSize w:val="1"/>
      <w:tblBorders>
        <w:top w:val="single" w:sz="8" w:space="0" w:color="C0504D" w:themeColor="accent2"/>
        <w:bottom w:val="single" w:sz="8" w:space="0" w:color="C0504D" w:themeColor="accent2"/>
      </w:tblBorders>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styleId="LightShading-Accent3">
    <w:name w:val="Light Shading Accent 3"/>
    <w:basedOn w:val="TableNormal"/>
    <w:uiPriority w:val="60"/>
    <w:rsid w:val="00FC693F"/>
    <w:pPr>
      <w:spacing w:after="0" w:line="240" w:lineRule="auto"/>
    </w:pPr>
    <w:rPr>
      <w:color w:val="76923C" w:themeColor="accent3" w:themeShade="BF"/>
    </w:rPr>
    <w:tblPr>
      <w:tblStyleRowBandSize w:val="1"/>
      <w:tblStyleColBandSize w:val="1"/>
      <w:tblBorders>
        <w:top w:val="single" w:sz="8" w:space="0" w:color="9BBB59" w:themeColor="accent3"/>
        <w:bottom w:val="single" w:sz="8" w:space="0" w:color="9BBB59" w:themeColor="accent3"/>
      </w:tblBorders>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LightShading-Accent4">
    <w:name w:val="Light Shading Accent 4"/>
    <w:basedOn w:val="TableNormal"/>
    <w:uiPriority w:val="60"/>
    <w:rsid w:val="00FC693F"/>
    <w:pPr>
      <w:spacing w:after="0" w:line="240" w:lineRule="auto"/>
    </w:pPr>
    <w:rPr>
      <w:color w:val="5F497A" w:themeColor="accent4" w:themeShade="BF"/>
    </w:rPr>
    <w:tblPr>
      <w:tblStyleRowBandSize w:val="1"/>
      <w:tblStyleColBandSize w:val="1"/>
      <w:tblBorders>
        <w:top w:val="single" w:sz="8" w:space="0" w:color="8064A2" w:themeColor="accent4"/>
        <w:bottom w:val="single" w:sz="8" w:space="0" w:color="8064A2" w:themeColor="accent4"/>
      </w:tblBorders>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styleId="LightShading-Accent5">
    <w:name w:val="Light Shading Accent 5"/>
    <w:basedOn w:val="TableNormal"/>
    <w:uiPriority w:val="60"/>
    <w:rsid w:val="00FC693F"/>
    <w:pPr>
      <w:spacing w:after="0" w:line="240" w:lineRule="auto"/>
    </w:pPr>
    <w:rPr>
      <w:color w:val="31849B" w:themeColor="accent5" w:themeShade="BF"/>
    </w:rPr>
    <w:tblPr>
      <w:tblStyleRowBandSize w:val="1"/>
      <w:tblStyleColBandSize w:val="1"/>
      <w:tblBorders>
        <w:top w:val="single" w:sz="8" w:space="0" w:color="4BACC6" w:themeColor="accent5"/>
        <w:bottom w:val="single" w:sz="8" w:space="0" w:color="4BACC6" w:themeColor="accent5"/>
      </w:tblBorders>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LightShading-Accent6">
    <w:name w:val="Light Shading Accent 6"/>
    <w:basedOn w:val="TableNormal"/>
    <w:uiPriority w:val="60"/>
    <w:rsid w:val="00FC693F"/>
    <w:pPr>
      <w:spacing w:after="0" w:line="240" w:lineRule="auto"/>
    </w:pPr>
    <w:rPr>
      <w:color w:val="E36C0A" w:themeColor="accent6" w:themeShade="BF"/>
    </w:rPr>
    <w:tblPr>
      <w:tblStyleRowBandSize w:val="1"/>
      <w:tblStyleColBandSize w:val="1"/>
      <w:tblBorders>
        <w:top w:val="single" w:sz="8" w:space="0" w:color="F79646" w:themeColor="accent6"/>
        <w:bottom w:val="single" w:sz="8" w:space="0" w:color="F79646" w:themeColor="accent6"/>
      </w:tblBorders>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styleId="LightList">
    <w:name w:val="Light List"/>
    <w:basedOn w:val="TableNormal"/>
    <w:uiPriority w:val="61"/>
    <w:rsid w:val="00FC693F"/>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LightList-Accent1">
    <w:name w:val="Light List Accent 1"/>
    <w:basedOn w:val="TableNormal"/>
    <w:uiPriority w:val="61"/>
    <w:rsid w:val="00FC693F"/>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LightList-Accent2">
    <w:name w:val="Light List Accent 2"/>
    <w:basedOn w:val="TableNormal"/>
    <w:uiPriority w:val="61"/>
    <w:rsid w:val="00CB0664"/>
    <w:pPr>
      <w:spacing w:after="0" w:line="240" w:lineRule="auto"/>
    </w:p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table" w:styleId="LightList-Accent3">
    <w:name w:val="Light List Accent 3"/>
    <w:basedOn w:val="TableNormal"/>
    <w:uiPriority w:val="61"/>
    <w:rsid w:val="00CB0664"/>
    <w:pPr>
      <w:spacing w:after="0" w:line="240" w:lineRule="auto"/>
    </w:p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LightList-Accent4">
    <w:name w:val="Light List Accent 4"/>
    <w:basedOn w:val="TableNormal"/>
    <w:uiPriority w:val="61"/>
    <w:rsid w:val="00CB0664"/>
    <w:pPr>
      <w:spacing w:after="0" w:line="240" w:lineRule="auto"/>
    </w:p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pPr>
        <w:spacing w:before="0" w:after="0" w:line="240" w:lineRule="auto"/>
      </w:pPr>
      <w:rPr>
        <w:b/>
        <w:bCs/>
        <w:color w:val="FFFFFF" w:themeColor="background1"/>
      </w:rPr>
      <w:tblPr/>
      <w:tcPr>
        <w:shd w:val="clear" w:color="auto" w:fill="8064A2" w:themeFill="accent4"/>
      </w:tcPr>
    </w:tblStylePr>
    <w:tblStylePr w:type="lastRow">
      <w:pPr>
        <w:spacing w:before="0" w:after="0" w:line="240" w:lineRule="auto"/>
      </w:pPr>
      <w:rPr>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tcBorders>
      </w:tcPr>
    </w:tblStylePr>
    <w:tblStylePr w:type="firstCol">
      <w:rPr>
        <w:b/>
        <w:bCs/>
      </w:rPr>
    </w:tblStylePr>
    <w:tblStylePr w:type="lastCol">
      <w:rPr>
        <w:b/>
        <w:bCs/>
      </w:r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style>
  <w:style w:type="table" w:styleId="LightList-Accent5">
    <w:name w:val="Light List Accent 5"/>
    <w:basedOn w:val="TableNormal"/>
    <w:uiPriority w:val="61"/>
    <w:rsid w:val="00CB0664"/>
    <w:pPr>
      <w:spacing w:after="0" w:line="240" w:lineRule="auto"/>
    </w:p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LightList-Accent6">
    <w:name w:val="Light List Accent 6"/>
    <w:basedOn w:val="TableNormal"/>
    <w:uiPriority w:val="61"/>
    <w:rsid w:val="00CB0664"/>
    <w:pPr>
      <w:spacing w:after="0" w:line="240" w:lineRule="auto"/>
    </w:p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pPr>
        <w:spacing w:before="0" w:after="0" w:line="240" w:lineRule="auto"/>
      </w:pPr>
      <w:rPr>
        <w:b/>
        <w:bCs/>
        <w:color w:val="FFFFFF" w:themeColor="background1"/>
      </w:rPr>
      <w:tblPr/>
      <w:tcPr>
        <w:shd w:val="clear" w:color="auto" w:fill="F79646" w:themeFill="accent6"/>
      </w:tcPr>
    </w:tblStylePr>
    <w:tblStylePr w:type="lastRow">
      <w:pPr>
        <w:spacing w:before="0" w:after="0" w:line="240" w:lineRule="auto"/>
      </w:pPr>
      <w:rPr>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tcBorders>
      </w:tcPr>
    </w:tblStylePr>
    <w:tblStylePr w:type="firstCol">
      <w:rPr>
        <w:b/>
        <w:bCs/>
      </w:rPr>
    </w:tblStylePr>
    <w:tblStylePr w:type="lastCol">
      <w:rPr>
        <w:b/>
        <w:bCs/>
      </w:r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style>
  <w:style w:type="table" w:styleId="LightGrid">
    <w:name w:val="Light Grid"/>
    <w:basedOn w:val="TableNormal"/>
    <w:uiPriority w:val="62"/>
    <w:rsid w:val="00CB0664"/>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LightGrid-Accent1">
    <w:name w:val="Light Grid Accent 1"/>
    <w:basedOn w:val="TableNormal"/>
    <w:uiPriority w:val="62"/>
    <w:rsid w:val="00CB0664"/>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LightGrid-Accent2">
    <w:name w:val="Light Grid Accent 2"/>
    <w:basedOn w:val="TableNormal"/>
    <w:uiPriority w:val="62"/>
    <w:rsid w:val="00CB0664"/>
    <w:pPr>
      <w:spacing w:after="0" w:line="240" w:lineRule="auto"/>
    </w:p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18" w:space="0" w:color="C0504D" w:themeColor="accent2"/>
          <w:right w:val="single" w:sz="8" w:space="0" w:color="C0504D" w:themeColor="accent2"/>
          <w:insideH w:val="nil"/>
          <w:insideV w:val="single" w:sz="8" w:space="0" w:color="C0504D"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insideH w:val="nil"/>
          <w:insideV w:val="single" w:sz="8" w:space="0" w:color="C0504D"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shd w:val="clear" w:color="auto" w:fill="EFD3D2" w:themeFill="accent2" w:themeFillTint="3F"/>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shd w:val="clear" w:color="auto" w:fill="EFD3D2" w:themeFill="accent2" w:themeFillTint="3F"/>
      </w:tcPr>
    </w:tblStylePr>
    <w:tblStylePr w:type="band2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tcPr>
    </w:tblStylePr>
  </w:style>
  <w:style w:type="table" w:styleId="LightGrid-Accent3">
    <w:name w:val="Light Grid Accent 3"/>
    <w:basedOn w:val="TableNormal"/>
    <w:uiPriority w:val="62"/>
    <w:rsid w:val="00CB0664"/>
    <w:pPr>
      <w:spacing w:after="0" w:line="240" w:lineRule="auto"/>
    </w:p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table" w:styleId="LightGrid-Accent4">
    <w:name w:val="Light Grid Accent 4"/>
    <w:basedOn w:val="TableNormal"/>
    <w:uiPriority w:val="62"/>
    <w:rsid w:val="00CB0664"/>
    <w:pPr>
      <w:spacing w:after="0" w:line="240" w:lineRule="auto"/>
    </w:p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LightGrid-Accent5">
    <w:name w:val="Light Grid Accent 5"/>
    <w:basedOn w:val="TableNormal"/>
    <w:uiPriority w:val="62"/>
    <w:rsid w:val="00CB0664"/>
    <w:pPr>
      <w:spacing w:after="0" w:line="240" w:lineRule="auto"/>
    </w:p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styleId="LightGrid-Accent6">
    <w:name w:val="Light Grid Accent 6"/>
    <w:basedOn w:val="TableNormal"/>
    <w:uiPriority w:val="62"/>
    <w:rsid w:val="00CB0664"/>
    <w:pPr>
      <w:spacing w:after="0" w:line="240" w:lineRule="auto"/>
    </w:p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18" w:space="0" w:color="F79646" w:themeColor="accent6"/>
          <w:right w:val="single" w:sz="8" w:space="0" w:color="F79646" w:themeColor="accent6"/>
          <w:insideH w:val="nil"/>
          <w:insideV w:val="single" w:sz="8" w:space="0" w:color="F79646"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insideH w:val="nil"/>
          <w:insideV w:val="single" w:sz="8" w:space="0" w:color="F79646"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shd w:val="clear" w:color="auto" w:fill="FDE4D0" w:themeFill="accent6" w:themeFillTint="3F"/>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shd w:val="clear" w:color="auto" w:fill="FDE4D0" w:themeFill="accent6" w:themeFillTint="3F"/>
      </w:tcPr>
    </w:tblStylePr>
    <w:tblStylePr w:type="band2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tcPr>
    </w:tblStylePr>
  </w:style>
  <w:style w:type="table" w:styleId="MediumShading1">
    <w:name w:val="Medium Shading 1"/>
    <w:basedOn w:val="TableNormal"/>
    <w:uiPriority w:val="63"/>
    <w:rsid w:val="00CB0664"/>
    <w:pPr>
      <w:spacing w:after="0" w:line="240" w:lineRule="auto"/>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MediumShading1-Accent1">
    <w:name w:val="Medium Shading 1 Accent 1"/>
    <w:basedOn w:val="TableNormal"/>
    <w:uiPriority w:val="63"/>
    <w:rsid w:val="00CB0664"/>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MediumShading1-Accent2">
    <w:name w:val="Medium Shading 1 Accent 2"/>
    <w:basedOn w:val="TableNormal"/>
    <w:uiPriority w:val="63"/>
    <w:rsid w:val="00CB0664"/>
    <w:pPr>
      <w:spacing w:after="0" w:line="240" w:lineRule="auto"/>
    </w:p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tblBorders>
    </w:tblPr>
    <w:tblStylePr w:type="firstRow">
      <w:pPr>
        <w:spacing w:before="0" w:after="0" w:line="240" w:lineRule="auto"/>
      </w:pPr>
      <w:rPr>
        <w:b/>
        <w:bCs/>
        <w:color w:val="FFFFFF" w:themeColor="background1"/>
      </w:rPr>
      <w:tblPr/>
      <w:tcPr>
        <w:tc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shd w:val="clear" w:color="auto" w:fill="C0504D" w:themeFill="accent2"/>
      </w:tcPr>
    </w:tblStylePr>
    <w:tblStylePr w:type="lastRow">
      <w:pPr>
        <w:spacing w:before="0" w:after="0" w:line="240" w:lineRule="auto"/>
      </w:pPr>
      <w:rPr>
        <w:b/>
        <w:bCs/>
      </w:rPr>
      <w:tblPr/>
      <w:tcPr>
        <w:tcBorders>
          <w:top w:val="double" w:sz="6"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tcPr>
    </w:tblStylePr>
    <w:tblStylePr w:type="firstCol">
      <w:rPr>
        <w:b/>
        <w:bCs/>
      </w:rPr>
    </w:tblStylePr>
    <w:tblStylePr w:type="lastCol">
      <w:rPr>
        <w:b/>
        <w:bCs/>
      </w:rPr>
    </w:tblStylePr>
    <w:tblStylePr w:type="band1Vert">
      <w:tblPr/>
      <w:tcPr>
        <w:shd w:val="clear" w:color="auto" w:fill="EFD3D2" w:themeFill="accent2" w:themeFillTint="3F"/>
      </w:tcPr>
    </w:tblStylePr>
    <w:tblStylePr w:type="band1Horz">
      <w:tblPr/>
      <w:tcPr>
        <w:tcBorders>
          <w:insideH w:val="nil"/>
          <w:insideV w:val="nil"/>
        </w:tcBorders>
        <w:shd w:val="clear" w:color="auto" w:fill="EFD3D2" w:themeFill="accent2" w:themeFillTint="3F"/>
      </w:tcPr>
    </w:tblStylePr>
    <w:tblStylePr w:type="band2Horz">
      <w:tblPr/>
      <w:tcPr>
        <w:tcBorders>
          <w:insideH w:val="nil"/>
          <w:insideV w:val="nil"/>
        </w:tcBorders>
      </w:tcPr>
    </w:tblStylePr>
  </w:style>
  <w:style w:type="table" w:styleId="MediumShading1-Accent3">
    <w:name w:val="Medium Shading 1 Accent 3"/>
    <w:basedOn w:val="TableNormal"/>
    <w:uiPriority w:val="63"/>
    <w:rsid w:val="00CB0664"/>
    <w:pPr>
      <w:spacing w:after="0" w:line="240" w:lineRule="auto"/>
    </w:p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tblBorders>
    </w:tblPr>
    <w:tblStylePr w:type="firstRow">
      <w:pPr>
        <w:spacing w:before="0" w:after="0" w:line="240" w:lineRule="auto"/>
      </w:pPr>
      <w:rPr>
        <w:b/>
        <w:bCs/>
        <w:color w:val="FFFFFF" w:themeColor="background1"/>
      </w:rPr>
      <w:tblPr/>
      <w:tcPr>
        <w:tc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shd w:val="clear" w:color="auto" w:fill="9BBB59" w:themeFill="accent3"/>
      </w:tcPr>
    </w:tblStylePr>
    <w:tblStylePr w:type="lastRow">
      <w:pPr>
        <w:spacing w:before="0" w:after="0" w:line="240" w:lineRule="auto"/>
      </w:pPr>
      <w:rPr>
        <w:b/>
        <w:bCs/>
      </w:rPr>
      <w:tblPr/>
      <w:tcPr>
        <w:tcBorders>
          <w:top w:val="double" w:sz="6"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tcPr>
    </w:tblStylePr>
    <w:tblStylePr w:type="firstCol">
      <w:rPr>
        <w:b/>
        <w:bCs/>
      </w:rPr>
    </w:tblStylePr>
    <w:tblStylePr w:type="lastCol">
      <w:rPr>
        <w:b/>
        <w:bCs/>
      </w:rPr>
    </w:tblStylePr>
    <w:tblStylePr w:type="band1Vert">
      <w:tblPr/>
      <w:tcPr>
        <w:shd w:val="clear" w:color="auto" w:fill="E6EED5" w:themeFill="accent3" w:themeFillTint="3F"/>
      </w:tcPr>
    </w:tblStylePr>
    <w:tblStylePr w:type="band1Horz">
      <w:tblPr/>
      <w:tcPr>
        <w:tcBorders>
          <w:insideH w:val="nil"/>
          <w:insideV w:val="nil"/>
        </w:tcBorders>
        <w:shd w:val="clear" w:color="auto" w:fill="E6EED5" w:themeFill="accent3" w:themeFillTint="3F"/>
      </w:tcPr>
    </w:tblStylePr>
    <w:tblStylePr w:type="band2Horz">
      <w:tblPr/>
      <w:tcPr>
        <w:tcBorders>
          <w:insideH w:val="nil"/>
          <w:insideV w:val="nil"/>
        </w:tcBorders>
      </w:tcPr>
    </w:tblStylePr>
  </w:style>
  <w:style w:type="table" w:styleId="MediumShading1-Accent4">
    <w:name w:val="Medium Shading 1 Accent 4"/>
    <w:basedOn w:val="TableNormal"/>
    <w:uiPriority w:val="63"/>
    <w:rsid w:val="00CB0664"/>
    <w:pPr>
      <w:spacing w:after="0" w:line="240" w:lineRule="auto"/>
    </w:p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tblBorders>
    </w:tblPr>
    <w:tblStylePr w:type="firstRow">
      <w:pPr>
        <w:spacing w:before="0" w:after="0" w:line="240" w:lineRule="auto"/>
      </w:pPr>
      <w:rPr>
        <w:b/>
        <w:bCs/>
        <w:color w:val="FFFFFF" w:themeColor="background1"/>
      </w:rPr>
      <w:tblPr/>
      <w:tcPr>
        <w:tc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shd w:val="clear" w:color="auto" w:fill="8064A2" w:themeFill="accent4"/>
      </w:tcPr>
    </w:tblStylePr>
    <w:tblStylePr w:type="lastRow">
      <w:pPr>
        <w:spacing w:before="0" w:after="0" w:line="240" w:lineRule="auto"/>
      </w:pPr>
      <w:rPr>
        <w:b/>
        <w:bCs/>
      </w:rPr>
      <w:tblPr/>
      <w:tcPr>
        <w:tcBorders>
          <w:top w:val="double" w:sz="6"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tcPr>
    </w:tblStylePr>
    <w:tblStylePr w:type="firstCol">
      <w:rPr>
        <w:b/>
        <w:bCs/>
      </w:rPr>
    </w:tblStylePr>
    <w:tblStylePr w:type="lastCol">
      <w:rPr>
        <w:b/>
        <w:bCs/>
      </w:rPr>
    </w:tblStylePr>
    <w:tblStylePr w:type="band1Vert">
      <w:tblPr/>
      <w:tcPr>
        <w:shd w:val="clear" w:color="auto" w:fill="DFD8E8" w:themeFill="accent4" w:themeFillTint="3F"/>
      </w:tcPr>
    </w:tblStylePr>
    <w:tblStylePr w:type="band1Horz">
      <w:tblPr/>
      <w:tcPr>
        <w:tcBorders>
          <w:insideH w:val="nil"/>
          <w:insideV w:val="nil"/>
        </w:tcBorders>
        <w:shd w:val="clear" w:color="auto" w:fill="DFD8E8" w:themeFill="accent4" w:themeFillTint="3F"/>
      </w:tcPr>
    </w:tblStylePr>
    <w:tblStylePr w:type="band2Horz">
      <w:tblPr/>
      <w:tcPr>
        <w:tcBorders>
          <w:insideH w:val="nil"/>
          <w:insideV w:val="nil"/>
        </w:tcBorders>
      </w:tcPr>
    </w:tblStylePr>
  </w:style>
  <w:style w:type="table" w:styleId="MediumShading1-Accent5">
    <w:name w:val="Medium Shading 1 Accent 5"/>
    <w:basedOn w:val="TableNormal"/>
    <w:uiPriority w:val="63"/>
    <w:rsid w:val="00CB0664"/>
    <w:pPr>
      <w:spacing w:after="0" w:line="240" w:lineRule="auto"/>
    </w:p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rsid w:val="00CB0664"/>
    <w:pPr>
      <w:spacing w:after="0" w:line="240" w:lineRule="auto"/>
    </w:p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tblBorders>
    </w:tblPr>
    <w:tblStylePr w:type="firstRow">
      <w:pPr>
        <w:spacing w:before="0" w:after="0" w:line="240" w:lineRule="auto"/>
      </w:pPr>
      <w:rPr>
        <w:b/>
        <w:bCs/>
        <w:color w:val="FFFFFF" w:themeColor="background1"/>
      </w:rPr>
      <w:tblPr/>
      <w:tcPr>
        <w:tc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shd w:val="clear" w:color="auto" w:fill="F79646" w:themeFill="accent6"/>
      </w:tcPr>
    </w:tblStylePr>
    <w:tblStylePr w:type="lastRow">
      <w:pPr>
        <w:spacing w:before="0" w:after="0" w:line="240" w:lineRule="auto"/>
      </w:pPr>
      <w:rPr>
        <w:b/>
        <w:bCs/>
      </w:rPr>
      <w:tblPr/>
      <w:tcPr>
        <w:tcBorders>
          <w:top w:val="double" w:sz="6"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tcPr>
    </w:tblStylePr>
    <w:tblStylePr w:type="firstCol">
      <w:rPr>
        <w:b/>
        <w:bCs/>
      </w:rPr>
    </w:tblStylePr>
    <w:tblStylePr w:type="lastCol">
      <w:rPr>
        <w:b/>
        <w:bCs/>
      </w:rPr>
    </w:tblStylePr>
    <w:tblStylePr w:type="band1Vert">
      <w:tblPr/>
      <w:tcPr>
        <w:shd w:val="clear" w:color="auto" w:fill="FDE4D0" w:themeFill="accent6" w:themeFillTint="3F"/>
      </w:tcPr>
    </w:tblStylePr>
    <w:tblStylePr w:type="band1Horz">
      <w:tblPr/>
      <w:tcPr>
        <w:tcBorders>
          <w:insideH w:val="nil"/>
          <w:insideV w:val="nil"/>
        </w:tcBorders>
        <w:shd w:val="clear" w:color="auto" w:fill="FDE4D0" w:themeFill="accent6" w:themeFillTint="3F"/>
      </w:tcPr>
    </w:tblStylePr>
    <w:tblStylePr w:type="band2Horz">
      <w:tblPr/>
      <w:tcPr>
        <w:tcBorders>
          <w:insideH w:val="nil"/>
          <w:insideV w:val="nil"/>
        </w:tcBorders>
      </w:tcPr>
    </w:tblStylePr>
  </w:style>
  <w:style w:type="table" w:styleId="MediumShading2">
    <w:name w:val="Medium Shading 2"/>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1">
    <w:name w:val="Medium Shading 2 Accent 1"/>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2">
    <w:name w:val="Medium Shading 2 Accent 2"/>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C0504D"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C0504D" w:themeFill="accent2"/>
      </w:tcPr>
    </w:tblStylePr>
    <w:tblStylePr w:type="lastCol">
      <w:rPr>
        <w:b/>
        <w:bCs/>
        <w:color w:val="FFFFFF" w:themeColor="background1"/>
      </w:rPr>
      <w:tblPr/>
      <w:tcPr>
        <w:tcBorders>
          <w:left w:val="nil"/>
          <w:right w:val="nil"/>
          <w:insideH w:val="nil"/>
          <w:insideV w:val="nil"/>
        </w:tcBorders>
        <w:shd w:val="clear" w:color="auto" w:fill="C0504D"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3">
    <w:name w:val="Medium Shading 2 Accent 3"/>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4">
    <w:name w:val="Medium Shading 2 Accent 4"/>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8064A2"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8064A2" w:themeFill="accent4"/>
      </w:tcPr>
    </w:tblStylePr>
    <w:tblStylePr w:type="lastCol">
      <w:rPr>
        <w:b/>
        <w:bCs/>
        <w:color w:val="FFFFFF" w:themeColor="background1"/>
      </w:rPr>
      <w:tblPr/>
      <w:tcPr>
        <w:tcBorders>
          <w:left w:val="nil"/>
          <w:right w:val="nil"/>
          <w:insideH w:val="nil"/>
          <w:insideV w:val="nil"/>
        </w:tcBorders>
        <w:shd w:val="clear" w:color="auto" w:fill="8064A2"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5">
    <w:name w:val="Medium Shading 2 Accent 5"/>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6">
    <w:name w:val="Medium Shading 2 Accent 6"/>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79646"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79646" w:themeFill="accent6"/>
      </w:tcPr>
    </w:tblStylePr>
    <w:tblStylePr w:type="lastCol">
      <w:rPr>
        <w:b/>
        <w:bCs/>
        <w:color w:val="FFFFFF" w:themeColor="background1"/>
      </w:rPr>
      <w:tblPr/>
      <w:tcPr>
        <w:tcBorders>
          <w:left w:val="nil"/>
          <w:right w:val="nil"/>
          <w:insideH w:val="nil"/>
          <w:insideV w:val="nil"/>
        </w:tcBorders>
        <w:shd w:val="clear" w:color="auto" w:fill="F79646"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List1">
    <w:name w:val="Medium List 1"/>
    <w:basedOn w:val="TableNormal"/>
    <w:uiPriority w:val="65"/>
    <w:rsid w:val="00CB0664"/>
    <w:pPr>
      <w:spacing w:after="0" w:line="240" w:lineRule="auto"/>
    </w:pPr>
    <w:rPr>
      <w:color w:val="000000" w:themeColor="text1"/>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1F497D"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MediumList1-Accent1">
    <w:name w:val="Medium List 1 Accent 1"/>
    <w:basedOn w:val="TableNormal"/>
    <w:uiPriority w:val="65"/>
    <w:rsid w:val="00CB0664"/>
    <w:pPr>
      <w:spacing w:after="0" w:line="240" w:lineRule="auto"/>
    </w:pPr>
    <w:rPr>
      <w:color w:val="000000" w:themeColor="text1"/>
    </w:rPr>
    <w:tblPr>
      <w:tblStyleRowBandSize w:val="1"/>
      <w:tblStyleColBandSize w:val="1"/>
      <w:tblBorders>
        <w:top w:val="single" w:sz="8" w:space="0" w:color="4F81BD" w:themeColor="accent1"/>
        <w:bottom w:val="single" w:sz="8" w:space="0" w:color="4F81BD" w:themeColor="accent1"/>
      </w:tblBorders>
    </w:tblPr>
    <w:tblStylePr w:type="firstRow">
      <w:rPr>
        <w:rFonts w:asciiTheme="majorHAnsi" w:eastAsiaTheme="majorEastAsia" w:hAnsiTheme="majorHAnsi" w:cstheme="majorBidi"/>
      </w:rPr>
      <w:tblPr/>
      <w:tcPr>
        <w:tcBorders>
          <w:top w:val="nil"/>
          <w:bottom w:val="single" w:sz="8" w:space="0" w:color="4F81BD" w:themeColor="accent1"/>
        </w:tcBorders>
      </w:tcPr>
    </w:tblStylePr>
    <w:tblStylePr w:type="lastRow">
      <w:rPr>
        <w:b/>
        <w:bCs/>
        <w:color w:val="1F497D" w:themeColor="text2"/>
      </w:rPr>
      <w:tblPr/>
      <w:tcPr>
        <w:tcBorders>
          <w:top w:val="single" w:sz="8" w:space="0" w:color="4F81BD" w:themeColor="accent1"/>
          <w:bottom w:val="single" w:sz="8" w:space="0" w:color="4F81BD" w:themeColor="accent1"/>
        </w:tcBorders>
      </w:tcPr>
    </w:tblStylePr>
    <w:tblStylePr w:type="firstCol">
      <w:rPr>
        <w:b/>
        <w:bCs/>
      </w:rPr>
    </w:tblStylePr>
    <w:tblStylePr w:type="lastCol">
      <w:rPr>
        <w:b/>
        <w:bCs/>
      </w:rPr>
      <w:tblPr/>
      <w:tcPr>
        <w:tcBorders>
          <w:top w:val="single" w:sz="8" w:space="0" w:color="4F81BD" w:themeColor="accent1"/>
          <w:bottom w:val="single" w:sz="8" w:space="0" w:color="4F81BD" w:themeColor="accent1"/>
        </w:tcBorders>
      </w:tcPr>
    </w:tblStylePr>
    <w:tblStylePr w:type="band1Vert">
      <w:tblPr/>
      <w:tcPr>
        <w:shd w:val="clear" w:color="auto" w:fill="D3DFEE" w:themeFill="accent1" w:themeFillTint="3F"/>
      </w:tcPr>
    </w:tblStylePr>
    <w:tblStylePr w:type="band1Horz">
      <w:tblPr/>
      <w:tcPr>
        <w:shd w:val="clear" w:color="auto" w:fill="D3DFEE" w:themeFill="accent1" w:themeFillTint="3F"/>
      </w:tcPr>
    </w:tblStylePr>
  </w:style>
  <w:style w:type="table" w:styleId="MediumList1-Accent2">
    <w:name w:val="Medium List 1 Accent 2"/>
    <w:basedOn w:val="TableNormal"/>
    <w:uiPriority w:val="65"/>
    <w:rsid w:val="00CB0664"/>
    <w:pPr>
      <w:spacing w:after="0" w:line="240" w:lineRule="auto"/>
    </w:pPr>
    <w:rPr>
      <w:color w:val="000000" w:themeColor="text1"/>
    </w:rPr>
    <w:tblPr>
      <w:tblStyleRowBandSize w:val="1"/>
      <w:tblStyleColBandSize w:val="1"/>
      <w:tblBorders>
        <w:top w:val="single" w:sz="8" w:space="0" w:color="C0504D" w:themeColor="accent2"/>
        <w:bottom w:val="single" w:sz="8" w:space="0" w:color="C0504D" w:themeColor="accent2"/>
      </w:tblBorders>
    </w:tblPr>
    <w:tblStylePr w:type="firstRow">
      <w:rPr>
        <w:rFonts w:asciiTheme="majorHAnsi" w:eastAsiaTheme="majorEastAsia" w:hAnsiTheme="majorHAnsi" w:cstheme="majorBidi"/>
      </w:rPr>
      <w:tblPr/>
      <w:tcPr>
        <w:tcBorders>
          <w:top w:val="nil"/>
          <w:bottom w:val="single" w:sz="8" w:space="0" w:color="C0504D" w:themeColor="accent2"/>
        </w:tcBorders>
      </w:tcPr>
    </w:tblStylePr>
    <w:tblStylePr w:type="lastRow">
      <w:rPr>
        <w:b/>
        <w:bCs/>
        <w:color w:val="1F497D" w:themeColor="text2"/>
      </w:rPr>
      <w:tblPr/>
      <w:tcPr>
        <w:tcBorders>
          <w:top w:val="single" w:sz="8" w:space="0" w:color="C0504D" w:themeColor="accent2"/>
          <w:bottom w:val="single" w:sz="8" w:space="0" w:color="C0504D" w:themeColor="accent2"/>
        </w:tcBorders>
      </w:tcPr>
    </w:tblStylePr>
    <w:tblStylePr w:type="firstCol">
      <w:rPr>
        <w:b/>
        <w:bCs/>
      </w:rPr>
    </w:tblStylePr>
    <w:tblStylePr w:type="lastCol">
      <w:rPr>
        <w:b/>
        <w:bCs/>
      </w:rPr>
      <w:tblPr/>
      <w:tcPr>
        <w:tcBorders>
          <w:top w:val="single" w:sz="8" w:space="0" w:color="C0504D" w:themeColor="accent2"/>
          <w:bottom w:val="single" w:sz="8" w:space="0" w:color="C0504D" w:themeColor="accent2"/>
        </w:tcBorders>
      </w:tcPr>
    </w:tblStylePr>
    <w:tblStylePr w:type="band1Vert">
      <w:tblPr/>
      <w:tcPr>
        <w:shd w:val="clear" w:color="auto" w:fill="EFD3D2" w:themeFill="accent2" w:themeFillTint="3F"/>
      </w:tcPr>
    </w:tblStylePr>
    <w:tblStylePr w:type="band1Horz">
      <w:tblPr/>
      <w:tcPr>
        <w:shd w:val="clear" w:color="auto" w:fill="EFD3D2" w:themeFill="accent2" w:themeFillTint="3F"/>
      </w:tcPr>
    </w:tblStylePr>
  </w:style>
  <w:style w:type="table" w:styleId="MediumList1-Accent3">
    <w:name w:val="Medium List 1 Accent 3"/>
    <w:basedOn w:val="TableNormal"/>
    <w:uiPriority w:val="65"/>
    <w:rsid w:val="00CB0664"/>
    <w:pPr>
      <w:spacing w:after="0" w:line="240" w:lineRule="auto"/>
    </w:pPr>
    <w:rPr>
      <w:color w:val="000000" w:themeColor="text1"/>
    </w:rPr>
    <w:tblPr>
      <w:tblStyleRowBandSize w:val="1"/>
      <w:tblStyleColBandSize w:val="1"/>
      <w:tblBorders>
        <w:top w:val="single" w:sz="8" w:space="0" w:color="9BBB59" w:themeColor="accent3"/>
        <w:bottom w:val="single" w:sz="8" w:space="0" w:color="9BBB59" w:themeColor="accent3"/>
      </w:tblBorders>
    </w:tblPr>
    <w:tblStylePr w:type="firstRow">
      <w:rPr>
        <w:rFonts w:asciiTheme="majorHAnsi" w:eastAsiaTheme="majorEastAsia" w:hAnsiTheme="majorHAnsi" w:cstheme="majorBidi"/>
      </w:rPr>
      <w:tblPr/>
      <w:tcPr>
        <w:tcBorders>
          <w:top w:val="nil"/>
          <w:bottom w:val="single" w:sz="8" w:space="0" w:color="9BBB59" w:themeColor="accent3"/>
        </w:tcBorders>
      </w:tcPr>
    </w:tblStylePr>
    <w:tblStylePr w:type="lastRow">
      <w:rPr>
        <w:b/>
        <w:bCs/>
        <w:color w:val="1F497D" w:themeColor="text2"/>
      </w:rPr>
      <w:tblPr/>
      <w:tcPr>
        <w:tcBorders>
          <w:top w:val="single" w:sz="8" w:space="0" w:color="9BBB59" w:themeColor="accent3"/>
          <w:bottom w:val="single" w:sz="8" w:space="0" w:color="9BBB59" w:themeColor="accent3"/>
        </w:tcBorders>
      </w:tcPr>
    </w:tblStylePr>
    <w:tblStylePr w:type="firstCol">
      <w:rPr>
        <w:b/>
        <w:bCs/>
      </w:rPr>
    </w:tblStylePr>
    <w:tblStylePr w:type="lastCol">
      <w:rPr>
        <w:b/>
        <w:bCs/>
      </w:rPr>
      <w:tblPr/>
      <w:tcPr>
        <w:tcBorders>
          <w:top w:val="single" w:sz="8" w:space="0" w:color="9BBB59" w:themeColor="accent3"/>
          <w:bottom w:val="single" w:sz="8" w:space="0" w:color="9BBB59" w:themeColor="accent3"/>
        </w:tcBorders>
      </w:tcPr>
    </w:tblStylePr>
    <w:tblStylePr w:type="band1Vert">
      <w:tblPr/>
      <w:tcPr>
        <w:shd w:val="clear" w:color="auto" w:fill="E6EED5" w:themeFill="accent3" w:themeFillTint="3F"/>
      </w:tcPr>
    </w:tblStylePr>
    <w:tblStylePr w:type="band1Horz">
      <w:tblPr/>
      <w:tcPr>
        <w:shd w:val="clear" w:color="auto" w:fill="E6EED5" w:themeFill="accent3" w:themeFillTint="3F"/>
      </w:tcPr>
    </w:tblStylePr>
  </w:style>
  <w:style w:type="table" w:styleId="MediumList1-Accent4">
    <w:name w:val="Medium List 1 Accent 4"/>
    <w:basedOn w:val="TableNormal"/>
    <w:uiPriority w:val="65"/>
    <w:rsid w:val="00CB0664"/>
    <w:pPr>
      <w:spacing w:after="0" w:line="240" w:lineRule="auto"/>
    </w:pPr>
    <w:rPr>
      <w:color w:val="000000" w:themeColor="text1"/>
    </w:rPr>
    <w:tblPr>
      <w:tblStyleRowBandSize w:val="1"/>
      <w:tblStyleColBandSize w:val="1"/>
      <w:tblBorders>
        <w:top w:val="single" w:sz="8" w:space="0" w:color="8064A2" w:themeColor="accent4"/>
        <w:bottom w:val="single" w:sz="8" w:space="0" w:color="8064A2" w:themeColor="accent4"/>
      </w:tblBorders>
    </w:tblPr>
    <w:tblStylePr w:type="firstRow">
      <w:rPr>
        <w:rFonts w:asciiTheme="majorHAnsi" w:eastAsiaTheme="majorEastAsia" w:hAnsiTheme="majorHAnsi" w:cstheme="majorBidi"/>
      </w:rPr>
      <w:tblPr/>
      <w:tcPr>
        <w:tcBorders>
          <w:top w:val="nil"/>
          <w:bottom w:val="single" w:sz="8" w:space="0" w:color="8064A2" w:themeColor="accent4"/>
        </w:tcBorders>
      </w:tcPr>
    </w:tblStylePr>
    <w:tblStylePr w:type="lastRow">
      <w:rPr>
        <w:b/>
        <w:bCs/>
        <w:color w:val="1F497D" w:themeColor="text2"/>
      </w:rPr>
      <w:tblPr/>
      <w:tcPr>
        <w:tcBorders>
          <w:top w:val="single" w:sz="8" w:space="0" w:color="8064A2" w:themeColor="accent4"/>
          <w:bottom w:val="single" w:sz="8" w:space="0" w:color="8064A2" w:themeColor="accent4"/>
        </w:tcBorders>
      </w:tcPr>
    </w:tblStylePr>
    <w:tblStylePr w:type="firstCol">
      <w:rPr>
        <w:b/>
        <w:bCs/>
      </w:rPr>
    </w:tblStylePr>
    <w:tblStylePr w:type="lastCol">
      <w:rPr>
        <w:b/>
        <w:bCs/>
      </w:rPr>
      <w:tblPr/>
      <w:tcPr>
        <w:tcBorders>
          <w:top w:val="single" w:sz="8" w:space="0" w:color="8064A2" w:themeColor="accent4"/>
          <w:bottom w:val="single" w:sz="8" w:space="0" w:color="8064A2" w:themeColor="accent4"/>
        </w:tcBorders>
      </w:tcPr>
    </w:tblStylePr>
    <w:tblStylePr w:type="band1Vert">
      <w:tblPr/>
      <w:tcPr>
        <w:shd w:val="clear" w:color="auto" w:fill="DFD8E8" w:themeFill="accent4" w:themeFillTint="3F"/>
      </w:tcPr>
    </w:tblStylePr>
    <w:tblStylePr w:type="band1Horz">
      <w:tblPr/>
      <w:tcPr>
        <w:shd w:val="clear" w:color="auto" w:fill="DFD8E8" w:themeFill="accent4" w:themeFillTint="3F"/>
      </w:tcPr>
    </w:tblStylePr>
  </w:style>
  <w:style w:type="table" w:styleId="MediumList1-Accent5">
    <w:name w:val="Medium List 1 Accent 5"/>
    <w:basedOn w:val="TableNormal"/>
    <w:uiPriority w:val="65"/>
    <w:rsid w:val="00CB0664"/>
    <w:pPr>
      <w:spacing w:after="0" w:line="240" w:lineRule="auto"/>
    </w:pPr>
    <w:rPr>
      <w:color w:val="000000" w:themeColor="text1"/>
    </w:rPr>
    <w:tblPr>
      <w:tblStyleRowBandSize w:val="1"/>
      <w:tblStyleColBandSize w:val="1"/>
      <w:tblBorders>
        <w:top w:val="single" w:sz="8" w:space="0" w:color="4BACC6" w:themeColor="accent5"/>
        <w:bottom w:val="single" w:sz="8" w:space="0" w:color="4BACC6" w:themeColor="accent5"/>
      </w:tblBorders>
    </w:tblPr>
    <w:tblStylePr w:type="firstRow">
      <w:rPr>
        <w:rFonts w:asciiTheme="majorHAnsi" w:eastAsiaTheme="majorEastAsia" w:hAnsiTheme="majorHAnsi" w:cstheme="majorBidi"/>
      </w:rPr>
      <w:tblPr/>
      <w:tcPr>
        <w:tcBorders>
          <w:top w:val="nil"/>
          <w:bottom w:val="single" w:sz="8" w:space="0" w:color="4BACC6" w:themeColor="accent5"/>
        </w:tcBorders>
      </w:tcPr>
    </w:tblStylePr>
    <w:tblStylePr w:type="lastRow">
      <w:rPr>
        <w:b/>
        <w:bCs/>
        <w:color w:val="1F497D" w:themeColor="text2"/>
      </w:rPr>
      <w:tblPr/>
      <w:tcPr>
        <w:tcBorders>
          <w:top w:val="single" w:sz="8" w:space="0" w:color="4BACC6" w:themeColor="accent5"/>
          <w:bottom w:val="single" w:sz="8" w:space="0" w:color="4BACC6" w:themeColor="accent5"/>
        </w:tcBorders>
      </w:tcPr>
    </w:tblStylePr>
    <w:tblStylePr w:type="firstCol">
      <w:rPr>
        <w:b/>
        <w:bCs/>
      </w:rPr>
    </w:tblStylePr>
    <w:tblStylePr w:type="lastCol">
      <w:rPr>
        <w:b/>
        <w:bCs/>
      </w:rPr>
      <w:tblPr/>
      <w:tcPr>
        <w:tcBorders>
          <w:top w:val="single" w:sz="8" w:space="0" w:color="4BACC6" w:themeColor="accent5"/>
          <w:bottom w:val="single" w:sz="8" w:space="0" w:color="4BACC6" w:themeColor="accent5"/>
        </w:tcBorders>
      </w:tcPr>
    </w:tblStylePr>
    <w:tblStylePr w:type="band1Vert">
      <w:tblPr/>
      <w:tcPr>
        <w:shd w:val="clear" w:color="auto" w:fill="D2EAF1" w:themeFill="accent5" w:themeFillTint="3F"/>
      </w:tcPr>
    </w:tblStylePr>
    <w:tblStylePr w:type="band1Horz">
      <w:tblPr/>
      <w:tcPr>
        <w:shd w:val="clear" w:color="auto" w:fill="D2EAF1" w:themeFill="accent5" w:themeFillTint="3F"/>
      </w:tcPr>
    </w:tblStylePr>
  </w:style>
  <w:style w:type="table" w:styleId="MediumList1-Accent6">
    <w:name w:val="Medium List 1 Accent 6"/>
    <w:basedOn w:val="TableNormal"/>
    <w:uiPriority w:val="65"/>
    <w:rsid w:val="00CB0664"/>
    <w:pPr>
      <w:spacing w:after="0" w:line="240" w:lineRule="auto"/>
    </w:pPr>
    <w:rPr>
      <w:color w:val="000000" w:themeColor="text1"/>
    </w:rPr>
    <w:tblPr>
      <w:tblStyleRowBandSize w:val="1"/>
      <w:tblStyleColBandSize w:val="1"/>
      <w:tblBorders>
        <w:top w:val="single" w:sz="8" w:space="0" w:color="F79646" w:themeColor="accent6"/>
        <w:bottom w:val="single" w:sz="8" w:space="0" w:color="F79646" w:themeColor="accent6"/>
      </w:tblBorders>
    </w:tblPr>
    <w:tblStylePr w:type="firstRow">
      <w:rPr>
        <w:rFonts w:asciiTheme="majorHAnsi" w:eastAsiaTheme="majorEastAsia" w:hAnsiTheme="majorHAnsi" w:cstheme="majorBidi"/>
      </w:rPr>
      <w:tblPr/>
      <w:tcPr>
        <w:tcBorders>
          <w:top w:val="nil"/>
          <w:bottom w:val="single" w:sz="8" w:space="0" w:color="F79646" w:themeColor="accent6"/>
        </w:tcBorders>
      </w:tcPr>
    </w:tblStylePr>
    <w:tblStylePr w:type="lastRow">
      <w:rPr>
        <w:b/>
        <w:bCs/>
        <w:color w:val="1F497D" w:themeColor="text2"/>
      </w:rPr>
      <w:tblPr/>
      <w:tcPr>
        <w:tcBorders>
          <w:top w:val="single" w:sz="8" w:space="0" w:color="F79646" w:themeColor="accent6"/>
          <w:bottom w:val="single" w:sz="8" w:space="0" w:color="F79646" w:themeColor="accent6"/>
        </w:tcBorders>
      </w:tcPr>
    </w:tblStylePr>
    <w:tblStylePr w:type="firstCol">
      <w:rPr>
        <w:b/>
        <w:bCs/>
      </w:rPr>
    </w:tblStylePr>
    <w:tblStylePr w:type="lastCol">
      <w:rPr>
        <w:b/>
        <w:bCs/>
      </w:rPr>
      <w:tblPr/>
      <w:tcPr>
        <w:tcBorders>
          <w:top w:val="single" w:sz="8" w:space="0" w:color="F79646" w:themeColor="accent6"/>
          <w:bottom w:val="single" w:sz="8" w:space="0" w:color="F79646" w:themeColor="accent6"/>
        </w:tcBorders>
      </w:tcPr>
    </w:tblStylePr>
    <w:tblStylePr w:type="band1Vert">
      <w:tblPr/>
      <w:tcPr>
        <w:shd w:val="clear" w:color="auto" w:fill="FDE4D0" w:themeFill="accent6" w:themeFillTint="3F"/>
      </w:tcPr>
    </w:tblStylePr>
    <w:tblStylePr w:type="band1Horz">
      <w:tblPr/>
      <w:tcPr>
        <w:shd w:val="clear" w:color="auto" w:fill="FDE4D0" w:themeFill="accent6" w:themeFillTint="3F"/>
      </w:tcPr>
    </w:tblStylePr>
  </w:style>
  <w:style w:type="table" w:styleId="MediumList2">
    <w:name w:val="Medium List 2"/>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1">
    <w:name w:val="Medium List 2 Accent 1"/>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2">
    <w:name w:val="Medium List 2 Accent 2"/>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rPr>
        <w:sz w:val="24"/>
        <w:szCs w:val="24"/>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tblPr/>
      <w:tcPr>
        <w:tcBorders>
          <w:top w:val="single" w:sz="8" w:space="0" w:color="C0504D"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C0504D" w:themeColor="accent2"/>
          <w:insideH w:val="nil"/>
          <w:insideV w:val="nil"/>
        </w:tcBorders>
        <w:shd w:val="clear" w:color="auto" w:fill="FFFFFF" w:themeFill="background1"/>
      </w:tcPr>
    </w:tblStylePr>
    <w:tblStylePr w:type="lastCol">
      <w:tblPr/>
      <w:tcPr>
        <w:tcBorders>
          <w:top w:val="nil"/>
          <w:left w:val="single" w:sz="8" w:space="0" w:color="C0504D"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top w:val="nil"/>
          <w:bottom w:val="nil"/>
          <w:insideH w:val="nil"/>
          <w:insideV w:val="nil"/>
        </w:tcBorders>
        <w:shd w:val="clear" w:color="auto" w:fill="EFD3D2"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3">
    <w:name w:val="Medium List 2 Accent 3"/>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rPr>
        <w:sz w:val="24"/>
        <w:szCs w:val="24"/>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tblPr/>
      <w:tcPr>
        <w:tcBorders>
          <w:top w:val="single" w:sz="8" w:space="0" w:color="9BBB59"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9BBB59" w:themeColor="accent3"/>
          <w:insideH w:val="nil"/>
          <w:insideV w:val="nil"/>
        </w:tcBorders>
        <w:shd w:val="clear" w:color="auto" w:fill="FFFFFF" w:themeFill="background1"/>
      </w:tcPr>
    </w:tblStylePr>
    <w:tblStylePr w:type="lastCol">
      <w:tblPr/>
      <w:tcPr>
        <w:tcBorders>
          <w:top w:val="nil"/>
          <w:left w:val="single" w:sz="8" w:space="0" w:color="9BBB59"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top w:val="nil"/>
          <w:bottom w:val="nil"/>
          <w:insideH w:val="nil"/>
          <w:insideV w:val="nil"/>
        </w:tcBorders>
        <w:shd w:val="clear" w:color="auto" w:fill="E6EED5"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4">
    <w:name w:val="Medium List 2 Accent 4"/>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rPr>
        <w:sz w:val="24"/>
        <w:szCs w:val="24"/>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tblPr/>
      <w:tcPr>
        <w:tcBorders>
          <w:top w:val="single" w:sz="8" w:space="0" w:color="8064A2"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8064A2" w:themeColor="accent4"/>
          <w:insideH w:val="nil"/>
          <w:insideV w:val="nil"/>
        </w:tcBorders>
        <w:shd w:val="clear" w:color="auto" w:fill="FFFFFF" w:themeFill="background1"/>
      </w:tcPr>
    </w:tblStylePr>
    <w:tblStylePr w:type="lastCol">
      <w:tblPr/>
      <w:tcPr>
        <w:tcBorders>
          <w:top w:val="nil"/>
          <w:left w:val="single" w:sz="8" w:space="0" w:color="8064A2"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top w:val="nil"/>
          <w:bottom w:val="nil"/>
          <w:insideH w:val="nil"/>
          <w:insideV w:val="nil"/>
        </w:tcBorders>
        <w:shd w:val="clear" w:color="auto" w:fill="DFD8E8"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5">
    <w:name w:val="Medium List 2 Accent 5"/>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rPr>
        <w:sz w:val="24"/>
        <w:szCs w:val="24"/>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tblPr/>
      <w:tcPr>
        <w:tcBorders>
          <w:top w:val="single" w:sz="8" w:space="0" w:color="4BACC6"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BACC6" w:themeColor="accent5"/>
          <w:insideH w:val="nil"/>
          <w:insideV w:val="nil"/>
        </w:tcBorders>
        <w:shd w:val="clear" w:color="auto" w:fill="FFFFFF" w:themeFill="background1"/>
      </w:tcPr>
    </w:tblStylePr>
    <w:tblStylePr w:type="lastCol">
      <w:tblPr/>
      <w:tcPr>
        <w:tcBorders>
          <w:top w:val="nil"/>
          <w:left w:val="single" w:sz="8" w:space="0" w:color="4BACC6"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top w:val="nil"/>
          <w:bottom w:val="nil"/>
          <w:insideH w:val="nil"/>
          <w:insideV w:val="nil"/>
        </w:tcBorders>
        <w:shd w:val="clear" w:color="auto" w:fill="D2EAF1"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6">
    <w:name w:val="Medium List 2 Accent 6"/>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rPr>
        <w:sz w:val="24"/>
        <w:szCs w:val="24"/>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tblPr/>
      <w:tcPr>
        <w:tcBorders>
          <w:top w:val="single" w:sz="8" w:space="0" w:color="F79646"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79646" w:themeColor="accent6"/>
          <w:insideH w:val="nil"/>
          <w:insideV w:val="nil"/>
        </w:tcBorders>
        <w:shd w:val="clear" w:color="auto" w:fill="FFFFFF" w:themeFill="background1"/>
      </w:tcPr>
    </w:tblStylePr>
    <w:tblStylePr w:type="lastCol">
      <w:tblPr/>
      <w:tcPr>
        <w:tcBorders>
          <w:top w:val="nil"/>
          <w:left w:val="single" w:sz="8" w:space="0" w:color="F79646"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top w:val="nil"/>
          <w:bottom w:val="nil"/>
          <w:insideH w:val="nil"/>
          <w:insideV w:val="nil"/>
        </w:tcBorders>
        <w:shd w:val="clear" w:color="auto" w:fill="FDE4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Grid1">
    <w:name w:val="Medium Grid 1"/>
    <w:basedOn w:val="TableNormal"/>
    <w:uiPriority w:val="67"/>
    <w:rsid w:val="00CB0664"/>
    <w:pPr>
      <w:spacing w:after="0" w:line="240" w:lineRule="auto"/>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MediumGrid1-Accent1">
    <w:name w:val="Medium Grid 1 Accent 1"/>
    <w:basedOn w:val="TableNormal"/>
    <w:uiPriority w:val="67"/>
    <w:rsid w:val="00CB0664"/>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insideV w:val="single" w:sz="8" w:space="0" w:color="7BA0CD" w:themeColor="accent1" w:themeTint="BF"/>
      </w:tblBorders>
    </w:tblPr>
    <w:tcPr>
      <w:shd w:val="clear" w:color="auto" w:fill="D3DFEE" w:themeFill="accent1" w:themeFillTint="3F"/>
    </w:tcPr>
    <w:tblStylePr w:type="firstRow">
      <w:rPr>
        <w:b/>
        <w:bCs/>
      </w:rPr>
    </w:tblStylePr>
    <w:tblStylePr w:type="lastRow">
      <w:rPr>
        <w:b/>
        <w:bCs/>
      </w:rPr>
      <w:tblPr/>
      <w:tcPr>
        <w:tcBorders>
          <w:top w:val="single" w:sz="18" w:space="0" w:color="7BA0CD" w:themeColor="accent1" w:themeTint="BF"/>
        </w:tcBorders>
      </w:tcPr>
    </w:tblStylePr>
    <w:tblStylePr w:type="firstCol">
      <w:rPr>
        <w:b/>
        <w:bCs/>
      </w:rPr>
    </w:tblStylePr>
    <w:tblStylePr w:type="lastCol">
      <w:rPr>
        <w:b/>
        <w:bCs/>
      </w:r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MediumGrid1-Accent2">
    <w:name w:val="Medium Grid 1 Accent 2"/>
    <w:basedOn w:val="TableNormal"/>
    <w:uiPriority w:val="67"/>
    <w:rsid w:val="00CB0664"/>
    <w:pPr>
      <w:spacing w:after="0" w:line="240" w:lineRule="auto"/>
    </w:p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Pr>
    <w:tcPr>
      <w:shd w:val="clear" w:color="auto" w:fill="EFD3D2" w:themeFill="accent2" w:themeFillTint="3F"/>
    </w:tcPr>
    <w:tblStylePr w:type="firstRow">
      <w:rPr>
        <w:b/>
        <w:bCs/>
      </w:rPr>
    </w:tblStylePr>
    <w:tblStylePr w:type="lastRow">
      <w:rPr>
        <w:b/>
        <w:bCs/>
      </w:rPr>
      <w:tblPr/>
      <w:tcPr>
        <w:tcBorders>
          <w:top w:val="single" w:sz="18" w:space="0" w:color="CF7B79" w:themeColor="accent2" w:themeTint="BF"/>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MediumGrid1-Accent3">
    <w:name w:val="Medium Grid 1 Accent 3"/>
    <w:basedOn w:val="TableNormal"/>
    <w:uiPriority w:val="67"/>
    <w:rsid w:val="00CB0664"/>
    <w:pPr>
      <w:spacing w:after="0" w:line="240" w:lineRule="auto"/>
    </w:p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insideV w:val="single" w:sz="8" w:space="0" w:color="B3CC82" w:themeColor="accent3" w:themeTint="BF"/>
      </w:tblBorders>
    </w:tblPr>
    <w:tcPr>
      <w:shd w:val="clear" w:color="auto" w:fill="E6EED5" w:themeFill="accent3" w:themeFillTint="3F"/>
    </w:tcPr>
    <w:tblStylePr w:type="firstRow">
      <w:rPr>
        <w:b/>
        <w:bCs/>
      </w:rPr>
    </w:tblStylePr>
    <w:tblStylePr w:type="lastRow">
      <w:rPr>
        <w:b/>
        <w:bCs/>
      </w:rPr>
      <w:tblPr/>
      <w:tcPr>
        <w:tcBorders>
          <w:top w:val="single" w:sz="18" w:space="0" w:color="B3CC82" w:themeColor="accent3" w:themeTint="BF"/>
        </w:tcBorders>
      </w:tcPr>
    </w:tblStylePr>
    <w:tblStylePr w:type="firstCol">
      <w:rPr>
        <w:b/>
        <w:bCs/>
      </w:rPr>
    </w:tblStylePr>
    <w:tblStylePr w:type="lastCol">
      <w:rPr>
        <w:b/>
        <w:bCs/>
      </w:r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MediumGrid1-Accent4">
    <w:name w:val="Medium Grid 1 Accent 4"/>
    <w:basedOn w:val="TableNormal"/>
    <w:uiPriority w:val="67"/>
    <w:rsid w:val="00CB0664"/>
    <w:pPr>
      <w:spacing w:after="0" w:line="240" w:lineRule="auto"/>
    </w:p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insideV w:val="single" w:sz="8" w:space="0" w:color="9F8AB9" w:themeColor="accent4" w:themeTint="BF"/>
      </w:tblBorders>
    </w:tblPr>
    <w:tcPr>
      <w:shd w:val="clear" w:color="auto" w:fill="DFD8E8" w:themeFill="accent4" w:themeFillTint="3F"/>
    </w:tcPr>
    <w:tblStylePr w:type="firstRow">
      <w:rPr>
        <w:b/>
        <w:bCs/>
      </w:rPr>
    </w:tblStylePr>
    <w:tblStylePr w:type="lastRow">
      <w:rPr>
        <w:b/>
        <w:bCs/>
      </w:rPr>
      <w:tblPr/>
      <w:tcPr>
        <w:tcBorders>
          <w:top w:val="single" w:sz="18" w:space="0" w:color="9F8AB9" w:themeColor="accent4" w:themeTint="BF"/>
        </w:tcBorders>
      </w:tcPr>
    </w:tblStylePr>
    <w:tblStylePr w:type="firstCol">
      <w:rPr>
        <w:b/>
        <w:bCs/>
      </w:rPr>
    </w:tblStylePr>
    <w:tblStylePr w:type="lastCol">
      <w:rPr>
        <w:b/>
        <w:bCs/>
      </w:r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MediumGrid1-Accent5">
    <w:name w:val="Medium Grid 1 Accent 5"/>
    <w:basedOn w:val="TableNormal"/>
    <w:uiPriority w:val="67"/>
    <w:rsid w:val="00CB0664"/>
    <w:pPr>
      <w:spacing w:after="0" w:line="240" w:lineRule="auto"/>
    </w:p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insideV w:val="single" w:sz="8" w:space="0" w:color="78C0D4" w:themeColor="accent5" w:themeTint="BF"/>
      </w:tblBorders>
    </w:tblPr>
    <w:tcPr>
      <w:shd w:val="clear" w:color="auto" w:fill="D2EAF1" w:themeFill="accent5" w:themeFillTint="3F"/>
    </w:tcPr>
    <w:tblStylePr w:type="firstRow">
      <w:rPr>
        <w:b/>
        <w:bCs/>
      </w:rPr>
    </w:tblStylePr>
    <w:tblStylePr w:type="lastRow">
      <w:rPr>
        <w:b/>
        <w:bCs/>
      </w:rPr>
      <w:tblPr/>
      <w:tcPr>
        <w:tcBorders>
          <w:top w:val="single" w:sz="18" w:space="0" w:color="78C0D4" w:themeColor="accent5" w:themeTint="BF"/>
        </w:tcBorders>
      </w:tcPr>
    </w:tblStylePr>
    <w:tblStylePr w:type="firstCol">
      <w:rPr>
        <w:b/>
        <w:bCs/>
      </w:rPr>
    </w:tblStylePr>
    <w:tblStylePr w:type="lastCol">
      <w:rPr>
        <w:b/>
        <w:bCs/>
      </w:r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MediumGrid1-Accent6">
    <w:name w:val="Medium Grid 1 Accent 6"/>
    <w:basedOn w:val="TableNormal"/>
    <w:uiPriority w:val="67"/>
    <w:rsid w:val="00CB0664"/>
    <w:pPr>
      <w:spacing w:after="0" w:line="240" w:lineRule="auto"/>
    </w:p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insideV w:val="single" w:sz="8" w:space="0" w:color="F9B074" w:themeColor="accent6" w:themeTint="BF"/>
      </w:tblBorders>
    </w:tblPr>
    <w:tcPr>
      <w:shd w:val="clear" w:color="auto" w:fill="FDE4D0" w:themeFill="accent6" w:themeFillTint="3F"/>
    </w:tcPr>
    <w:tblStylePr w:type="firstRow">
      <w:rPr>
        <w:b/>
        <w:bCs/>
      </w:rPr>
    </w:tblStylePr>
    <w:tblStylePr w:type="lastRow">
      <w:rPr>
        <w:b/>
        <w:bCs/>
      </w:rPr>
      <w:tblPr/>
      <w:tcPr>
        <w:tcBorders>
          <w:top w:val="single" w:sz="18" w:space="0" w:color="F9B074" w:themeColor="accent6" w:themeTint="BF"/>
        </w:tcBorders>
      </w:tcPr>
    </w:tblStylePr>
    <w:tblStylePr w:type="firstCol">
      <w:rPr>
        <w:b/>
        <w:bCs/>
      </w:rPr>
    </w:tblStylePr>
    <w:tblStylePr w:type="lastCol">
      <w:rPr>
        <w:b/>
        <w:bCs/>
      </w:r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table" w:styleId="MediumGrid2">
    <w:name w:val="Medium Grid 2"/>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MediumGrid2-Accent1">
    <w:name w:val="Medium Grid 2 Accent 1"/>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cPr>
      <w:shd w:val="clear" w:color="auto" w:fill="D3DFEE" w:themeFill="accent1" w:themeFillTint="3F"/>
    </w:tcPr>
    <w:tblStylePr w:type="firstRow">
      <w:rPr>
        <w:b/>
        <w:bCs/>
        <w:color w:val="000000" w:themeColor="text1"/>
      </w:rPr>
      <w:tblPr/>
      <w:tcPr>
        <w:shd w:val="clear" w:color="auto" w:fill="EDF2F8"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BE5F1" w:themeFill="accent1" w:themeFillTint="33"/>
      </w:tcPr>
    </w:tblStylePr>
    <w:tblStylePr w:type="band1Vert">
      <w:tblPr/>
      <w:tcPr>
        <w:shd w:val="clear" w:color="auto" w:fill="A7BFDE" w:themeFill="accent1" w:themeFillTint="7F"/>
      </w:tcPr>
    </w:tblStylePr>
    <w:tblStylePr w:type="band1Horz">
      <w:tblPr/>
      <w:tcPr>
        <w:tcBorders>
          <w:insideH w:val="single" w:sz="6" w:space="0" w:color="4F81BD" w:themeColor="accent1"/>
          <w:insideV w:val="single" w:sz="6" w:space="0" w:color="4F81BD" w:themeColor="accent1"/>
        </w:tcBorders>
        <w:shd w:val="clear" w:color="auto" w:fill="A7BFDE" w:themeFill="accent1" w:themeFillTint="7F"/>
      </w:tcPr>
    </w:tblStylePr>
    <w:tblStylePr w:type="nwCell">
      <w:tblPr/>
      <w:tcPr>
        <w:shd w:val="clear" w:color="auto" w:fill="FFFFFF" w:themeFill="background1"/>
      </w:tcPr>
    </w:tblStylePr>
  </w:style>
  <w:style w:type="table" w:styleId="MediumGrid2-Accent2">
    <w:name w:val="Medium Grid 2 Accent 2"/>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cPr>
      <w:shd w:val="clear" w:color="auto" w:fill="EFD3D2" w:themeFill="accent2" w:themeFillTint="3F"/>
    </w:tcPr>
    <w:tblStylePr w:type="firstRow">
      <w:rPr>
        <w:b/>
        <w:bCs/>
        <w:color w:val="000000" w:themeColor="text1"/>
      </w:rPr>
      <w:tblPr/>
      <w:tcPr>
        <w:shd w:val="clear" w:color="auto" w:fill="F8EDED"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2DBDB" w:themeFill="accent2" w:themeFillTint="33"/>
      </w:tcPr>
    </w:tblStylePr>
    <w:tblStylePr w:type="band1Vert">
      <w:tblPr/>
      <w:tcPr>
        <w:shd w:val="clear" w:color="auto" w:fill="DFA7A6" w:themeFill="accent2" w:themeFillTint="7F"/>
      </w:tcPr>
    </w:tblStylePr>
    <w:tblStylePr w:type="band1Horz">
      <w:tblPr/>
      <w:tcPr>
        <w:tcBorders>
          <w:insideH w:val="single" w:sz="6" w:space="0" w:color="C0504D" w:themeColor="accent2"/>
          <w:insideV w:val="single" w:sz="6" w:space="0" w:color="C0504D" w:themeColor="accent2"/>
        </w:tcBorders>
        <w:shd w:val="clear" w:color="auto" w:fill="DFA7A6" w:themeFill="accent2" w:themeFillTint="7F"/>
      </w:tcPr>
    </w:tblStylePr>
    <w:tblStylePr w:type="nwCell">
      <w:tblPr/>
      <w:tcPr>
        <w:shd w:val="clear" w:color="auto" w:fill="FFFFFF" w:themeFill="background1"/>
      </w:tcPr>
    </w:tblStylePr>
  </w:style>
  <w:style w:type="table" w:styleId="MediumGrid2-Accent3">
    <w:name w:val="Medium Grid 2 Accent 3"/>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cPr>
      <w:shd w:val="clear" w:color="auto" w:fill="E6EED5" w:themeFill="accent3" w:themeFillTint="3F"/>
    </w:tcPr>
    <w:tblStylePr w:type="firstRow">
      <w:rPr>
        <w:b/>
        <w:bCs/>
        <w:color w:val="000000" w:themeColor="text1"/>
      </w:rPr>
      <w:tblPr/>
      <w:tcPr>
        <w:shd w:val="clear" w:color="auto" w:fill="F5F8EE"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AF1DD" w:themeFill="accent3" w:themeFillTint="33"/>
      </w:tcPr>
    </w:tblStylePr>
    <w:tblStylePr w:type="band1Vert">
      <w:tblPr/>
      <w:tcPr>
        <w:shd w:val="clear" w:color="auto" w:fill="CDDDAC" w:themeFill="accent3" w:themeFillTint="7F"/>
      </w:tcPr>
    </w:tblStylePr>
    <w:tblStylePr w:type="band1Horz">
      <w:tblPr/>
      <w:tcPr>
        <w:tcBorders>
          <w:insideH w:val="single" w:sz="6" w:space="0" w:color="9BBB59" w:themeColor="accent3"/>
          <w:insideV w:val="single" w:sz="6" w:space="0" w:color="9BBB59" w:themeColor="accent3"/>
        </w:tcBorders>
        <w:shd w:val="clear" w:color="auto" w:fill="CDDDAC" w:themeFill="accent3" w:themeFillTint="7F"/>
      </w:tcPr>
    </w:tblStylePr>
    <w:tblStylePr w:type="nwCell">
      <w:tblPr/>
      <w:tcPr>
        <w:shd w:val="clear" w:color="auto" w:fill="FFFFFF" w:themeFill="background1"/>
      </w:tcPr>
    </w:tblStylePr>
  </w:style>
  <w:style w:type="table" w:styleId="MediumGrid2-Accent4">
    <w:name w:val="Medium Grid 2 Accent 4"/>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cPr>
      <w:shd w:val="clear" w:color="auto" w:fill="DFD8E8" w:themeFill="accent4" w:themeFillTint="3F"/>
    </w:tcPr>
    <w:tblStylePr w:type="firstRow">
      <w:rPr>
        <w:b/>
        <w:bCs/>
        <w:color w:val="000000" w:themeColor="text1"/>
      </w:rPr>
      <w:tblPr/>
      <w:tcPr>
        <w:shd w:val="clear" w:color="auto" w:fill="F2EFF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5DFEC" w:themeFill="accent4" w:themeFillTint="33"/>
      </w:tcPr>
    </w:tblStylePr>
    <w:tblStylePr w:type="band1Vert">
      <w:tblPr/>
      <w:tcPr>
        <w:shd w:val="clear" w:color="auto" w:fill="BFB1D0" w:themeFill="accent4" w:themeFillTint="7F"/>
      </w:tcPr>
    </w:tblStylePr>
    <w:tblStylePr w:type="band1Horz">
      <w:tblPr/>
      <w:tcPr>
        <w:tcBorders>
          <w:insideH w:val="single" w:sz="6" w:space="0" w:color="8064A2" w:themeColor="accent4"/>
          <w:insideV w:val="single" w:sz="6" w:space="0" w:color="8064A2" w:themeColor="accent4"/>
        </w:tcBorders>
        <w:shd w:val="clear" w:color="auto" w:fill="BFB1D0" w:themeFill="accent4" w:themeFillTint="7F"/>
      </w:tcPr>
    </w:tblStylePr>
    <w:tblStylePr w:type="nwCell">
      <w:tblPr/>
      <w:tcPr>
        <w:shd w:val="clear" w:color="auto" w:fill="FFFFFF" w:themeFill="background1"/>
      </w:tcPr>
    </w:tblStylePr>
  </w:style>
  <w:style w:type="table" w:styleId="MediumGrid2-Accent5">
    <w:name w:val="Medium Grid 2 Accent 5"/>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cPr>
      <w:shd w:val="clear" w:color="auto" w:fill="D2EAF1" w:themeFill="accent5" w:themeFillTint="3F"/>
    </w:tcPr>
    <w:tblStylePr w:type="firstRow">
      <w:rPr>
        <w:b/>
        <w:bCs/>
        <w:color w:val="000000" w:themeColor="text1"/>
      </w:rPr>
      <w:tblPr/>
      <w:tcPr>
        <w:shd w:val="clear" w:color="auto" w:fill="EDF6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AEEF3" w:themeFill="accent5" w:themeFillTint="33"/>
      </w:tcPr>
    </w:tblStylePr>
    <w:tblStylePr w:type="band1Vert">
      <w:tblPr/>
      <w:tcPr>
        <w:shd w:val="clear" w:color="auto" w:fill="A5D5E2" w:themeFill="accent5" w:themeFillTint="7F"/>
      </w:tcPr>
    </w:tblStylePr>
    <w:tblStylePr w:type="band1Horz">
      <w:tblPr/>
      <w:tcPr>
        <w:tcBorders>
          <w:insideH w:val="single" w:sz="6" w:space="0" w:color="4BACC6" w:themeColor="accent5"/>
          <w:insideV w:val="single" w:sz="6" w:space="0" w:color="4BACC6" w:themeColor="accent5"/>
        </w:tcBorders>
        <w:shd w:val="clear" w:color="auto" w:fill="A5D5E2" w:themeFill="accent5" w:themeFillTint="7F"/>
      </w:tcPr>
    </w:tblStylePr>
    <w:tblStylePr w:type="nwCell">
      <w:tblPr/>
      <w:tcPr>
        <w:shd w:val="clear" w:color="auto" w:fill="FFFFFF" w:themeFill="background1"/>
      </w:tcPr>
    </w:tblStylePr>
  </w:style>
  <w:style w:type="table" w:styleId="MediumGrid2-Accent6">
    <w:name w:val="Medium Grid 2 Accent 6"/>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cPr>
      <w:shd w:val="clear" w:color="auto" w:fill="FDE4D0" w:themeFill="accent6" w:themeFillTint="3F"/>
    </w:tcPr>
    <w:tblStylePr w:type="firstRow">
      <w:rPr>
        <w:b/>
        <w:bCs/>
        <w:color w:val="000000" w:themeColor="text1"/>
      </w:rPr>
      <w:tblPr/>
      <w:tcPr>
        <w:shd w:val="clear" w:color="auto" w:fill="FEF4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DE9D9" w:themeFill="accent6" w:themeFillTint="33"/>
      </w:tcPr>
    </w:tblStylePr>
    <w:tblStylePr w:type="band1Vert">
      <w:tblPr/>
      <w:tcPr>
        <w:shd w:val="clear" w:color="auto" w:fill="FBCAA2" w:themeFill="accent6" w:themeFillTint="7F"/>
      </w:tcPr>
    </w:tblStylePr>
    <w:tblStylePr w:type="band1Horz">
      <w:tblPr/>
      <w:tcPr>
        <w:tcBorders>
          <w:insideH w:val="single" w:sz="6" w:space="0" w:color="F79646" w:themeColor="accent6"/>
          <w:insideV w:val="single" w:sz="6" w:space="0" w:color="F79646" w:themeColor="accent6"/>
        </w:tcBorders>
        <w:shd w:val="clear" w:color="auto" w:fill="FBCAA2" w:themeFill="accent6" w:themeFillTint="7F"/>
      </w:tcPr>
    </w:tblStylePr>
    <w:tblStylePr w:type="nwCell">
      <w:tblPr/>
      <w:tcPr>
        <w:shd w:val="clear" w:color="auto" w:fill="FFFFFF" w:themeFill="background1"/>
      </w:tcPr>
    </w:tblStylePr>
  </w:style>
  <w:style w:type="table" w:styleId="MediumGrid3">
    <w:name w:val="Medium Grid 3"/>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MediumGrid3-Accent1">
    <w:name w:val="Medium Grid 3 Accent 1"/>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table" w:styleId="MediumGrid3-Accent2">
    <w:name w:val="Medium Grid 3 Accent 2"/>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FD3D2"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C0504D"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C0504D"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FA7A6"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FA7A6" w:themeFill="accent2" w:themeFillTint="7F"/>
      </w:tcPr>
    </w:tblStylePr>
  </w:style>
  <w:style w:type="table" w:styleId="MediumGrid3-Accent3">
    <w:name w:val="Medium Grid 3 Accent 3"/>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6EED5"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9BBB59"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9BBB59"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CDDDAC"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CDDDAC" w:themeFill="accent3" w:themeFillTint="7F"/>
      </w:tcPr>
    </w:tblStylePr>
  </w:style>
  <w:style w:type="table" w:styleId="MediumGrid3-Accent4">
    <w:name w:val="Medium Grid 3 Accent 4"/>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FD8E8"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8064A2"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8064A2"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FB1D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FB1D0" w:themeFill="accent4" w:themeFillTint="7F"/>
      </w:tcPr>
    </w:tblStylePr>
  </w:style>
  <w:style w:type="table" w:styleId="MediumGrid3-Accent5">
    <w:name w:val="Medium Grid 3 Accent 5"/>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table" w:styleId="MediumGrid3-Accent6">
    <w:name w:val="Medium Grid 3 Accent 6"/>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DE4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79646"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79646"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BCAA2"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BCAA2" w:themeFill="accent6" w:themeFillTint="7F"/>
      </w:tcPr>
    </w:tblStylePr>
  </w:style>
  <w:style w:type="table" w:styleId="DarkList">
    <w:name w:val="Dark List"/>
    <w:basedOn w:val="TableNormal"/>
    <w:uiPriority w:val="70"/>
    <w:rsid w:val="00CB0664"/>
    <w:pPr>
      <w:spacing w:after="0" w:line="240" w:lineRule="auto"/>
    </w:pPr>
    <w:rPr>
      <w:color w:val="FFFFFF" w:themeColor="background1"/>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DarkList-Accent1">
    <w:name w:val="Dark List Accent 1"/>
    <w:basedOn w:val="TableNormal"/>
    <w:uiPriority w:val="70"/>
    <w:rsid w:val="00CB0664"/>
    <w:pPr>
      <w:spacing w:after="0" w:line="240" w:lineRule="auto"/>
    </w:pPr>
    <w:rPr>
      <w:color w:val="FFFFFF" w:themeColor="background1"/>
    </w:rPr>
    <w:tblPr>
      <w:tblStyleRowBandSize w:val="1"/>
      <w:tblStyleColBandSize w:val="1"/>
    </w:tblPr>
    <w:tcPr>
      <w:shd w:val="clear" w:color="auto" w:fill="4F81BD"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43F60"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365F91"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365F91" w:themeFill="accent1" w:themeFillShade="BF"/>
      </w:tcPr>
    </w:tblStylePr>
    <w:tblStylePr w:type="band1Vert">
      <w:tblPr/>
      <w:tcPr>
        <w:tcBorders>
          <w:top w:val="nil"/>
          <w:left w:val="nil"/>
          <w:bottom w:val="nil"/>
          <w:right w:val="nil"/>
          <w:insideH w:val="nil"/>
          <w:insideV w:val="nil"/>
        </w:tcBorders>
        <w:shd w:val="clear" w:color="auto" w:fill="365F91" w:themeFill="accent1" w:themeFillShade="BF"/>
      </w:tcPr>
    </w:tblStylePr>
    <w:tblStylePr w:type="band1Horz">
      <w:tblPr/>
      <w:tcPr>
        <w:tcBorders>
          <w:top w:val="nil"/>
          <w:left w:val="nil"/>
          <w:bottom w:val="nil"/>
          <w:right w:val="nil"/>
          <w:insideH w:val="nil"/>
          <w:insideV w:val="nil"/>
        </w:tcBorders>
        <w:shd w:val="clear" w:color="auto" w:fill="365F91" w:themeFill="accent1" w:themeFillShade="BF"/>
      </w:tcPr>
    </w:tblStylePr>
  </w:style>
  <w:style w:type="table" w:styleId="DarkList-Accent2">
    <w:name w:val="Dark List Accent 2"/>
    <w:basedOn w:val="TableNormal"/>
    <w:uiPriority w:val="70"/>
    <w:rsid w:val="00CB0664"/>
    <w:pPr>
      <w:spacing w:after="0" w:line="240" w:lineRule="auto"/>
    </w:pPr>
    <w:rPr>
      <w:color w:val="FFFFFF" w:themeColor="background1"/>
    </w:rPr>
    <w:tblPr>
      <w:tblStyleRowBandSize w:val="1"/>
      <w:tblStyleColBandSize w:val="1"/>
    </w:tblPr>
    <w:tcPr>
      <w:shd w:val="clear" w:color="auto" w:fill="C0504D"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622423"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943634"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943634" w:themeFill="accent2" w:themeFillShade="BF"/>
      </w:tcPr>
    </w:tblStylePr>
    <w:tblStylePr w:type="band1Vert">
      <w:tblPr/>
      <w:tcPr>
        <w:tcBorders>
          <w:top w:val="nil"/>
          <w:left w:val="nil"/>
          <w:bottom w:val="nil"/>
          <w:right w:val="nil"/>
          <w:insideH w:val="nil"/>
          <w:insideV w:val="nil"/>
        </w:tcBorders>
        <w:shd w:val="clear" w:color="auto" w:fill="943634" w:themeFill="accent2" w:themeFillShade="BF"/>
      </w:tcPr>
    </w:tblStylePr>
    <w:tblStylePr w:type="band1Horz">
      <w:tblPr/>
      <w:tcPr>
        <w:tcBorders>
          <w:top w:val="nil"/>
          <w:left w:val="nil"/>
          <w:bottom w:val="nil"/>
          <w:right w:val="nil"/>
          <w:insideH w:val="nil"/>
          <w:insideV w:val="nil"/>
        </w:tcBorders>
        <w:shd w:val="clear" w:color="auto" w:fill="943634" w:themeFill="accent2" w:themeFillShade="BF"/>
      </w:tcPr>
    </w:tblStylePr>
  </w:style>
  <w:style w:type="table" w:styleId="DarkList-Accent3">
    <w:name w:val="Dark List Accent 3"/>
    <w:basedOn w:val="TableNormal"/>
    <w:uiPriority w:val="70"/>
    <w:rsid w:val="00CB0664"/>
    <w:pPr>
      <w:spacing w:after="0" w:line="240" w:lineRule="auto"/>
    </w:pPr>
    <w:rPr>
      <w:color w:val="FFFFFF" w:themeColor="background1"/>
    </w:rPr>
    <w:tblPr>
      <w:tblStyleRowBandSize w:val="1"/>
      <w:tblStyleColBandSize w:val="1"/>
    </w:tblPr>
    <w:tcPr>
      <w:shd w:val="clear" w:color="auto" w:fill="9BBB59"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4E6128"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6923C"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6923C" w:themeFill="accent3" w:themeFillShade="BF"/>
      </w:tcPr>
    </w:tblStylePr>
    <w:tblStylePr w:type="band1Vert">
      <w:tblPr/>
      <w:tcPr>
        <w:tcBorders>
          <w:top w:val="nil"/>
          <w:left w:val="nil"/>
          <w:bottom w:val="nil"/>
          <w:right w:val="nil"/>
          <w:insideH w:val="nil"/>
          <w:insideV w:val="nil"/>
        </w:tcBorders>
        <w:shd w:val="clear" w:color="auto" w:fill="76923C" w:themeFill="accent3" w:themeFillShade="BF"/>
      </w:tcPr>
    </w:tblStylePr>
    <w:tblStylePr w:type="band1Horz">
      <w:tblPr/>
      <w:tcPr>
        <w:tcBorders>
          <w:top w:val="nil"/>
          <w:left w:val="nil"/>
          <w:bottom w:val="nil"/>
          <w:right w:val="nil"/>
          <w:insideH w:val="nil"/>
          <w:insideV w:val="nil"/>
        </w:tcBorders>
        <w:shd w:val="clear" w:color="auto" w:fill="76923C" w:themeFill="accent3" w:themeFillShade="BF"/>
      </w:tcPr>
    </w:tblStylePr>
  </w:style>
  <w:style w:type="table" w:styleId="DarkList-Accent4">
    <w:name w:val="Dark List Accent 4"/>
    <w:basedOn w:val="TableNormal"/>
    <w:uiPriority w:val="70"/>
    <w:rsid w:val="00CB0664"/>
    <w:pPr>
      <w:spacing w:after="0" w:line="240" w:lineRule="auto"/>
    </w:pPr>
    <w:rPr>
      <w:color w:val="FFFFFF" w:themeColor="background1"/>
    </w:rPr>
    <w:tblPr>
      <w:tblStyleRowBandSize w:val="1"/>
      <w:tblStyleColBandSize w:val="1"/>
    </w:tblPr>
    <w:tcPr>
      <w:shd w:val="clear" w:color="auto" w:fill="8064A2"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F3151"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5F497A"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5F497A" w:themeFill="accent4" w:themeFillShade="BF"/>
      </w:tcPr>
    </w:tblStylePr>
    <w:tblStylePr w:type="band1Vert">
      <w:tblPr/>
      <w:tcPr>
        <w:tcBorders>
          <w:top w:val="nil"/>
          <w:left w:val="nil"/>
          <w:bottom w:val="nil"/>
          <w:right w:val="nil"/>
          <w:insideH w:val="nil"/>
          <w:insideV w:val="nil"/>
        </w:tcBorders>
        <w:shd w:val="clear" w:color="auto" w:fill="5F497A" w:themeFill="accent4" w:themeFillShade="BF"/>
      </w:tcPr>
    </w:tblStylePr>
    <w:tblStylePr w:type="band1Horz">
      <w:tblPr/>
      <w:tcPr>
        <w:tcBorders>
          <w:top w:val="nil"/>
          <w:left w:val="nil"/>
          <w:bottom w:val="nil"/>
          <w:right w:val="nil"/>
          <w:insideH w:val="nil"/>
          <w:insideV w:val="nil"/>
        </w:tcBorders>
        <w:shd w:val="clear" w:color="auto" w:fill="5F497A" w:themeFill="accent4" w:themeFillShade="BF"/>
      </w:tcPr>
    </w:tblStylePr>
  </w:style>
  <w:style w:type="table" w:styleId="DarkList-Accent5">
    <w:name w:val="Dark List Accent 5"/>
    <w:basedOn w:val="TableNormal"/>
    <w:uiPriority w:val="70"/>
    <w:rsid w:val="00CB0664"/>
    <w:pPr>
      <w:spacing w:after="0" w:line="240" w:lineRule="auto"/>
    </w:pPr>
    <w:rPr>
      <w:color w:val="FFFFFF" w:themeColor="background1"/>
    </w:rPr>
    <w:tblPr>
      <w:tblStyleRowBandSize w:val="1"/>
      <w:tblStyleColBandSize w:val="1"/>
    </w:tblPr>
    <w:tcPr>
      <w:shd w:val="clear" w:color="auto" w:fill="4BACC6"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05867"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31849B"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31849B" w:themeFill="accent5" w:themeFillShade="BF"/>
      </w:tcPr>
    </w:tblStylePr>
    <w:tblStylePr w:type="band1Vert">
      <w:tblPr/>
      <w:tcPr>
        <w:tcBorders>
          <w:top w:val="nil"/>
          <w:left w:val="nil"/>
          <w:bottom w:val="nil"/>
          <w:right w:val="nil"/>
          <w:insideH w:val="nil"/>
          <w:insideV w:val="nil"/>
        </w:tcBorders>
        <w:shd w:val="clear" w:color="auto" w:fill="31849B" w:themeFill="accent5" w:themeFillShade="BF"/>
      </w:tcPr>
    </w:tblStylePr>
    <w:tblStylePr w:type="band1Horz">
      <w:tblPr/>
      <w:tcPr>
        <w:tcBorders>
          <w:top w:val="nil"/>
          <w:left w:val="nil"/>
          <w:bottom w:val="nil"/>
          <w:right w:val="nil"/>
          <w:insideH w:val="nil"/>
          <w:insideV w:val="nil"/>
        </w:tcBorders>
        <w:shd w:val="clear" w:color="auto" w:fill="31849B" w:themeFill="accent5" w:themeFillShade="BF"/>
      </w:tcPr>
    </w:tblStylePr>
  </w:style>
  <w:style w:type="table" w:styleId="DarkList-Accent6">
    <w:name w:val="Dark List Accent 6"/>
    <w:basedOn w:val="TableNormal"/>
    <w:uiPriority w:val="70"/>
    <w:rsid w:val="00CB0664"/>
    <w:pPr>
      <w:spacing w:after="0" w:line="240" w:lineRule="auto"/>
    </w:pPr>
    <w:rPr>
      <w:color w:val="FFFFFF" w:themeColor="background1"/>
    </w:rPr>
    <w:tblPr>
      <w:tblStyleRowBandSize w:val="1"/>
      <w:tblStyleColBandSize w:val="1"/>
    </w:tblPr>
    <w:tcPr>
      <w:shd w:val="clear" w:color="auto" w:fill="F79646"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974706"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E36C0A"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E36C0A" w:themeFill="accent6" w:themeFillShade="BF"/>
      </w:tcPr>
    </w:tblStylePr>
    <w:tblStylePr w:type="band1Vert">
      <w:tblPr/>
      <w:tcPr>
        <w:tcBorders>
          <w:top w:val="nil"/>
          <w:left w:val="nil"/>
          <w:bottom w:val="nil"/>
          <w:right w:val="nil"/>
          <w:insideH w:val="nil"/>
          <w:insideV w:val="nil"/>
        </w:tcBorders>
        <w:shd w:val="clear" w:color="auto" w:fill="E36C0A" w:themeFill="accent6" w:themeFillShade="BF"/>
      </w:tcPr>
    </w:tblStylePr>
    <w:tblStylePr w:type="band1Horz">
      <w:tblPr/>
      <w:tcPr>
        <w:tcBorders>
          <w:top w:val="nil"/>
          <w:left w:val="nil"/>
          <w:bottom w:val="nil"/>
          <w:right w:val="nil"/>
          <w:insideH w:val="nil"/>
          <w:insideV w:val="nil"/>
        </w:tcBorders>
        <w:shd w:val="clear" w:color="auto" w:fill="E36C0A" w:themeFill="accent6" w:themeFillShade="BF"/>
      </w:tcPr>
    </w:tblStylePr>
  </w:style>
  <w:style w:type="table" w:styleId="ColourfulShading">
    <w:name w:val="Colorful Shading"/>
    <w:basedOn w:val="TableNormal"/>
    <w:uiPriority w:val="71"/>
    <w:rsid w:val="00CB0664"/>
    <w:pPr>
      <w:spacing w:after="0" w:line="240" w:lineRule="auto"/>
    </w:pPr>
    <w:rPr>
      <w:color w:val="000000" w:themeColor="text1"/>
    </w:rPr>
    <w:tblPr>
      <w:tblStyleRowBandSize w:val="1"/>
      <w:tblStyleColBandSize w:val="1"/>
      <w:tblBorders>
        <w:top w:val="single" w:sz="24" w:space="0" w:color="C0504D"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ColourfulShadingAccent1">
    <w:name w:val="Colorful Shading Accent 1"/>
    <w:basedOn w:val="TableNormal"/>
    <w:uiPriority w:val="71"/>
    <w:rsid w:val="00CB0664"/>
    <w:pPr>
      <w:spacing w:after="0" w:line="240" w:lineRule="auto"/>
    </w:pPr>
    <w:rPr>
      <w:color w:val="000000" w:themeColor="text1"/>
    </w:rPr>
    <w:tblPr>
      <w:tblStyleRowBandSize w:val="1"/>
      <w:tblStyleColBandSize w:val="1"/>
      <w:tblBorders>
        <w:top w:val="single" w:sz="24" w:space="0" w:color="C0504D" w:themeColor="accent2"/>
        <w:left w:val="single" w:sz="4" w:space="0" w:color="4F81BD" w:themeColor="accent1"/>
        <w:bottom w:val="single" w:sz="4" w:space="0" w:color="4F81BD" w:themeColor="accent1"/>
        <w:right w:val="single" w:sz="4" w:space="0" w:color="4F81BD" w:themeColor="accent1"/>
        <w:insideH w:val="single" w:sz="4" w:space="0" w:color="FFFFFF" w:themeColor="background1"/>
        <w:insideV w:val="single" w:sz="4" w:space="0" w:color="FFFFFF" w:themeColor="background1"/>
      </w:tblBorders>
    </w:tblPr>
    <w:tcPr>
      <w:shd w:val="clear" w:color="auto" w:fill="EDF2F8" w:themeFill="accen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C4C74" w:themeFill="accent1" w:themeFillShade="99"/>
      </w:tcPr>
    </w:tblStylePr>
    <w:tblStylePr w:type="firstCol">
      <w:rPr>
        <w:color w:val="FFFFFF" w:themeColor="background1"/>
      </w:rPr>
      <w:tblPr/>
      <w:tcPr>
        <w:tcBorders>
          <w:top w:val="nil"/>
          <w:left w:val="nil"/>
          <w:bottom w:val="nil"/>
          <w:right w:val="nil"/>
          <w:insideH w:val="single" w:sz="4" w:space="0" w:color="2C4C74" w:themeColor="accent1" w:themeShade="99"/>
          <w:insideV w:val="nil"/>
        </w:tcBorders>
        <w:shd w:val="clear" w:color="auto" w:fill="2C4C74"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C4C74" w:themeFill="accent1" w:themeFillShade="99"/>
      </w:tcPr>
    </w:tblStylePr>
    <w:tblStylePr w:type="band1Vert">
      <w:tblPr/>
      <w:tcPr>
        <w:shd w:val="clear" w:color="auto" w:fill="B8CCE4" w:themeFill="accent1" w:themeFillTint="66"/>
      </w:tcPr>
    </w:tblStylePr>
    <w:tblStylePr w:type="band1Horz">
      <w:tblPr/>
      <w:tcPr>
        <w:shd w:val="clear" w:color="auto" w:fill="A7BFDE" w:themeFill="accent1" w:themeFillTint="7F"/>
      </w:tcPr>
    </w:tblStylePr>
    <w:tblStylePr w:type="neCell">
      <w:rPr>
        <w:color w:val="000000" w:themeColor="text1"/>
      </w:rPr>
    </w:tblStylePr>
    <w:tblStylePr w:type="nwCell">
      <w:rPr>
        <w:color w:val="000000" w:themeColor="text1"/>
      </w:rPr>
    </w:tblStylePr>
  </w:style>
  <w:style w:type="table" w:styleId="ColourfulShadingAccent2">
    <w:name w:val="Colorful Shading Accent 2"/>
    <w:basedOn w:val="TableNormal"/>
    <w:uiPriority w:val="71"/>
    <w:rsid w:val="00CB0664"/>
    <w:pPr>
      <w:spacing w:after="0" w:line="240" w:lineRule="auto"/>
    </w:pPr>
    <w:rPr>
      <w:color w:val="000000" w:themeColor="text1"/>
    </w:rPr>
    <w:tblPr>
      <w:tblStyleRowBandSize w:val="1"/>
      <w:tblStyleColBandSize w:val="1"/>
      <w:tblBorders>
        <w:top w:val="single" w:sz="24" w:space="0" w:color="C0504D" w:themeColor="accent2"/>
        <w:left w:val="single" w:sz="4" w:space="0" w:color="C0504D" w:themeColor="accent2"/>
        <w:bottom w:val="single" w:sz="4" w:space="0" w:color="C0504D" w:themeColor="accent2"/>
        <w:right w:val="single" w:sz="4" w:space="0" w:color="C0504D" w:themeColor="accent2"/>
        <w:insideH w:val="single" w:sz="4" w:space="0" w:color="FFFFFF" w:themeColor="background1"/>
        <w:insideV w:val="single" w:sz="4" w:space="0" w:color="FFFFFF" w:themeColor="background1"/>
      </w:tblBorders>
    </w:tblPr>
    <w:tcPr>
      <w:shd w:val="clear" w:color="auto" w:fill="F8EDED" w:themeFill="accent2"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772C2A" w:themeFill="accent2" w:themeFillShade="99"/>
      </w:tcPr>
    </w:tblStylePr>
    <w:tblStylePr w:type="firstCol">
      <w:rPr>
        <w:color w:val="FFFFFF" w:themeColor="background1"/>
      </w:rPr>
      <w:tblPr/>
      <w:tcPr>
        <w:tcBorders>
          <w:top w:val="nil"/>
          <w:left w:val="nil"/>
          <w:bottom w:val="nil"/>
          <w:right w:val="nil"/>
          <w:insideH w:val="single" w:sz="4" w:space="0" w:color="772C2A" w:themeColor="accent2" w:themeShade="99"/>
          <w:insideV w:val="nil"/>
        </w:tcBorders>
        <w:shd w:val="clear" w:color="auto" w:fill="772C2A"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772C2A" w:themeFill="accent2" w:themeFillShade="99"/>
      </w:tcPr>
    </w:tblStylePr>
    <w:tblStylePr w:type="band1Vert">
      <w:tblPr/>
      <w:tcPr>
        <w:shd w:val="clear" w:color="auto" w:fill="E5B8B7" w:themeFill="accent2" w:themeFillTint="66"/>
      </w:tcPr>
    </w:tblStylePr>
    <w:tblStylePr w:type="band1Horz">
      <w:tblPr/>
      <w:tcPr>
        <w:shd w:val="clear" w:color="auto" w:fill="DFA7A6" w:themeFill="accent2" w:themeFillTint="7F"/>
      </w:tcPr>
    </w:tblStylePr>
    <w:tblStylePr w:type="neCell">
      <w:rPr>
        <w:color w:val="000000" w:themeColor="text1"/>
      </w:rPr>
    </w:tblStylePr>
    <w:tblStylePr w:type="nwCell">
      <w:rPr>
        <w:color w:val="000000" w:themeColor="text1"/>
      </w:rPr>
    </w:tblStylePr>
  </w:style>
  <w:style w:type="table" w:styleId="ColourfulShadingAccent3">
    <w:name w:val="Colorful Shading Accent 3"/>
    <w:basedOn w:val="TableNormal"/>
    <w:uiPriority w:val="71"/>
    <w:rsid w:val="00CB0664"/>
    <w:pPr>
      <w:spacing w:after="0" w:line="240" w:lineRule="auto"/>
    </w:pPr>
    <w:rPr>
      <w:color w:val="000000" w:themeColor="text1"/>
    </w:rPr>
    <w:tblPr>
      <w:tblStyleRowBandSize w:val="1"/>
      <w:tblStyleColBandSize w:val="1"/>
      <w:tblBorders>
        <w:top w:val="single" w:sz="24" w:space="0" w:color="8064A2" w:themeColor="accent4"/>
        <w:left w:val="single" w:sz="4" w:space="0" w:color="9BBB59" w:themeColor="accent3"/>
        <w:bottom w:val="single" w:sz="4" w:space="0" w:color="9BBB59" w:themeColor="accent3"/>
        <w:right w:val="single" w:sz="4" w:space="0" w:color="9BBB59" w:themeColor="accent3"/>
        <w:insideH w:val="single" w:sz="4" w:space="0" w:color="FFFFFF" w:themeColor="background1"/>
        <w:insideV w:val="single" w:sz="4" w:space="0" w:color="FFFFFF" w:themeColor="background1"/>
      </w:tblBorders>
    </w:tblPr>
    <w:tcPr>
      <w:shd w:val="clear" w:color="auto" w:fill="F5F8EE" w:themeFill="accent3" w:themeFillTint="19"/>
    </w:tcPr>
    <w:tblStylePr w:type="firstRow">
      <w:rPr>
        <w:b/>
        <w:bCs/>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5E7530" w:themeFill="accent3" w:themeFillShade="99"/>
      </w:tcPr>
    </w:tblStylePr>
    <w:tblStylePr w:type="firstCol">
      <w:rPr>
        <w:color w:val="FFFFFF" w:themeColor="background1"/>
      </w:rPr>
      <w:tblPr/>
      <w:tcPr>
        <w:tcBorders>
          <w:top w:val="nil"/>
          <w:left w:val="nil"/>
          <w:bottom w:val="nil"/>
          <w:right w:val="nil"/>
          <w:insideH w:val="single" w:sz="4" w:space="0" w:color="5E7530" w:themeColor="accent3" w:themeShade="99"/>
          <w:insideV w:val="nil"/>
        </w:tcBorders>
        <w:shd w:val="clear" w:color="auto" w:fill="5E7530"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5E7530" w:themeFill="accent3" w:themeFillShade="99"/>
      </w:tcPr>
    </w:tblStylePr>
    <w:tblStylePr w:type="band1Vert">
      <w:tblPr/>
      <w:tcPr>
        <w:shd w:val="clear" w:color="auto" w:fill="D6E3BC" w:themeFill="accent3" w:themeFillTint="66"/>
      </w:tcPr>
    </w:tblStylePr>
    <w:tblStylePr w:type="band1Horz">
      <w:tblPr/>
      <w:tcPr>
        <w:shd w:val="clear" w:color="auto" w:fill="CDDDAC" w:themeFill="accent3" w:themeFillTint="7F"/>
      </w:tcPr>
    </w:tblStylePr>
  </w:style>
  <w:style w:type="table" w:styleId="ColourfulShadingAccent4">
    <w:name w:val="Colorful Shading Accent 4"/>
    <w:basedOn w:val="TableNormal"/>
    <w:uiPriority w:val="71"/>
    <w:rsid w:val="00CB0664"/>
    <w:pPr>
      <w:spacing w:after="0" w:line="240" w:lineRule="auto"/>
    </w:pPr>
    <w:rPr>
      <w:color w:val="000000" w:themeColor="text1"/>
    </w:rPr>
    <w:tblPr>
      <w:tblStyleRowBandSize w:val="1"/>
      <w:tblStyleColBandSize w:val="1"/>
      <w:tblBorders>
        <w:top w:val="single" w:sz="24" w:space="0" w:color="9BBB59" w:themeColor="accent3"/>
        <w:left w:val="single" w:sz="4" w:space="0" w:color="8064A2" w:themeColor="accent4"/>
        <w:bottom w:val="single" w:sz="4" w:space="0" w:color="8064A2" w:themeColor="accent4"/>
        <w:right w:val="single" w:sz="4" w:space="0" w:color="8064A2" w:themeColor="accent4"/>
        <w:insideH w:val="single" w:sz="4" w:space="0" w:color="FFFFFF" w:themeColor="background1"/>
        <w:insideV w:val="single" w:sz="4" w:space="0" w:color="FFFFFF" w:themeColor="background1"/>
      </w:tblBorders>
    </w:tblPr>
    <w:tcPr>
      <w:shd w:val="clear" w:color="auto" w:fill="F2EFF6" w:themeFill="accent4" w:themeFillTint="19"/>
    </w:tcPr>
    <w:tblStylePr w:type="firstRow">
      <w:rPr>
        <w:b/>
        <w:bCs/>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C3B62" w:themeFill="accent4" w:themeFillShade="99"/>
      </w:tcPr>
    </w:tblStylePr>
    <w:tblStylePr w:type="firstCol">
      <w:rPr>
        <w:color w:val="FFFFFF" w:themeColor="background1"/>
      </w:rPr>
      <w:tblPr/>
      <w:tcPr>
        <w:tcBorders>
          <w:top w:val="nil"/>
          <w:left w:val="nil"/>
          <w:bottom w:val="nil"/>
          <w:right w:val="nil"/>
          <w:insideH w:val="single" w:sz="4" w:space="0" w:color="4C3B62" w:themeColor="accent4" w:themeShade="99"/>
          <w:insideV w:val="nil"/>
        </w:tcBorders>
        <w:shd w:val="clear" w:color="auto" w:fill="4C3B62"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4C3B62" w:themeFill="accent4" w:themeFillShade="99"/>
      </w:tcPr>
    </w:tblStylePr>
    <w:tblStylePr w:type="band1Vert">
      <w:tblPr/>
      <w:tcPr>
        <w:shd w:val="clear" w:color="auto" w:fill="CCC0D9" w:themeFill="accent4" w:themeFillTint="66"/>
      </w:tcPr>
    </w:tblStylePr>
    <w:tblStylePr w:type="band1Horz">
      <w:tblPr/>
      <w:tcPr>
        <w:shd w:val="clear" w:color="auto" w:fill="BFB1D0" w:themeFill="accent4" w:themeFillTint="7F"/>
      </w:tcPr>
    </w:tblStylePr>
    <w:tblStylePr w:type="neCell">
      <w:rPr>
        <w:color w:val="000000" w:themeColor="text1"/>
      </w:rPr>
    </w:tblStylePr>
    <w:tblStylePr w:type="nwCell">
      <w:rPr>
        <w:color w:val="000000" w:themeColor="text1"/>
      </w:rPr>
    </w:tblStylePr>
  </w:style>
  <w:style w:type="table" w:styleId="ColourfulShadingAccent5">
    <w:name w:val="Colorful Shading Accent 5"/>
    <w:basedOn w:val="TableNormal"/>
    <w:uiPriority w:val="71"/>
    <w:rsid w:val="00CB0664"/>
    <w:pPr>
      <w:spacing w:after="0" w:line="240" w:lineRule="auto"/>
    </w:pPr>
    <w:rPr>
      <w:color w:val="000000" w:themeColor="text1"/>
    </w:rPr>
    <w:tblPr>
      <w:tblStyleRowBandSize w:val="1"/>
      <w:tblStyleColBandSize w:val="1"/>
      <w:tblBorders>
        <w:top w:val="single" w:sz="24" w:space="0" w:color="F79646" w:themeColor="accent6"/>
        <w:left w:val="single" w:sz="4" w:space="0" w:color="4BACC6" w:themeColor="accent5"/>
        <w:bottom w:val="single" w:sz="4" w:space="0" w:color="4BACC6" w:themeColor="accent5"/>
        <w:right w:val="single" w:sz="4" w:space="0" w:color="4BACC6" w:themeColor="accent5"/>
        <w:insideH w:val="single" w:sz="4" w:space="0" w:color="FFFFFF" w:themeColor="background1"/>
        <w:insideV w:val="single" w:sz="4" w:space="0" w:color="FFFFFF" w:themeColor="background1"/>
      </w:tblBorders>
    </w:tblPr>
    <w:tcPr>
      <w:shd w:val="clear" w:color="auto" w:fill="EDF6F9" w:themeFill="accent5" w:themeFillTint="19"/>
    </w:tcPr>
    <w:tblStylePr w:type="firstRow">
      <w:rPr>
        <w:b/>
        <w:bCs/>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76A7C" w:themeFill="accent5" w:themeFillShade="99"/>
      </w:tcPr>
    </w:tblStylePr>
    <w:tblStylePr w:type="firstCol">
      <w:rPr>
        <w:color w:val="FFFFFF" w:themeColor="background1"/>
      </w:rPr>
      <w:tblPr/>
      <w:tcPr>
        <w:tcBorders>
          <w:top w:val="nil"/>
          <w:left w:val="nil"/>
          <w:bottom w:val="nil"/>
          <w:right w:val="nil"/>
          <w:insideH w:val="single" w:sz="4" w:space="0" w:color="276A7C" w:themeColor="accent5" w:themeShade="99"/>
          <w:insideV w:val="nil"/>
        </w:tcBorders>
        <w:shd w:val="clear" w:color="auto" w:fill="276A7C"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76A7C" w:themeFill="accent5" w:themeFillShade="99"/>
      </w:tcPr>
    </w:tblStylePr>
    <w:tblStylePr w:type="band1Vert">
      <w:tblPr/>
      <w:tcPr>
        <w:shd w:val="clear" w:color="auto" w:fill="B6DDE8" w:themeFill="accent5" w:themeFillTint="66"/>
      </w:tcPr>
    </w:tblStylePr>
    <w:tblStylePr w:type="band1Horz">
      <w:tblPr/>
      <w:tcPr>
        <w:shd w:val="clear" w:color="auto" w:fill="A5D5E2" w:themeFill="accent5" w:themeFillTint="7F"/>
      </w:tcPr>
    </w:tblStylePr>
    <w:tblStylePr w:type="neCell">
      <w:rPr>
        <w:color w:val="000000" w:themeColor="text1"/>
      </w:rPr>
    </w:tblStylePr>
    <w:tblStylePr w:type="nwCell">
      <w:rPr>
        <w:color w:val="000000" w:themeColor="text1"/>
      </w:rPr>
    </w:tblStylePr>
  </w:style>
  <w:style w:type="table" w:styleId="ColourfulShadingAccent6">
    <w:name w:val="Colorful Shading Accent 6"/>
    <w:basedOn w:val="TableNormal"/>
    <w:uiPriority w:val="71"/>
    <w:rsid w:val="00CB0664"/>
    <w:pPr>
      <w:spacing w:after="0" w:line="240" w:lineRule="auto"/>
    </w:pPr>
    <w:rPr>
      <w:color w:val="000000" w:themeColor="text1"/>
    </w:rPr>
    <w:tblPr>
      <w:tblStyleRowBandSize w:val="1"/>
      <w:tblStyleColBandSize w:val="1"/>
      <w:tblBorders>
        <w:top w:val="single" w:sz="24" w:space="0" w:color="4BACC6" w:themeColor="accent5"/>
        <w:left w:val="single" w:sz="4" w:space="0" w:color="F79646" w:themeColor="accent6"/>
        <w:bottom w:val="single" w:sz="4" w:space="0" w:color="F79646" w:themeColor="accent6"/>
        <w:right w:val="single" w:sz="4" w:space="0" w:color="F79646" w:themeColor="accent6"/>
        <w:insideH w:val="single" w:sz="4" w:space="0" w:color="FFFFFF" w:themeColor="background1"/>
        <w:insideV w:val="single" w:sz="4" w:space="0" w:color="FFFFFF" w:themeColor="background1"/>
      </w:tblBorders>
    </w:tblPr>
    <w:tcPr>
      <w:shd w:val="clear" w:color="auto" w:fill="FEF4EC" w:themeFill="accent6" w:themeFillTint="19"/>
    </w:tcPr>
    <w:tblStylePr w:type="firstRow">
      <w:rPr>
        <w:b/>
        <w:bCs/>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B65608" w:themeFill="accent6" w:themeFillShade="99"/>
      </w:tcPr>
    </w:tblStylePr>
    <w:tblStylePr w:type="firstCol">
      <w:rPr>
        <w:color w:val="FFFFFF" w:themeColor="background1"/>
      </w:rPr>
      <w:tblPr/>
      <w:tcPr>
        <w:tcBorders>
          <w:top w:val="nil"/>
          <w:left w:val="nil"/>
          <w:bottom w:val="nil"/>
          <w:right w:val="nil"/>
          <w:insideH w:val="single" w:sz="4" w:space="0" w:color="B65608" w:themeColor="accent6" w:themeShade="99"/>
          <w:insideV w:val="nil"/>
        </w:tcBorders>
        <w:shd w:val="clear" w:color="auto" w:fill="B65608"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B65608" w:themeFill="accent6" w:themeFillShade="99"/>
      </w:tcPr>
    </w:tblStylePr>
    <w:tblStylePr w:type="band1Vert">
      <w:tblPr/>
      <w:tcPr>
        <w:shd w:val="clear" w:color="auto" w:fill="FBD4B4" w:themeFill="accent6" w:themeFillTint="66"/>
      </w:tcPr>
    </w:tblStylePr>
    <w:tblStylePr w:type="band1Horz">
      <w:tblPr/>
      <w:tcPr>
        <w:shd w:val="clear" w:color="auto" w:fill="FBCAA2" w:themeFill="accent6" w:themeFillTint="7F"/>
      </w:tcPr>
    </w:tblStylePr>
    <w:tblStylePr w:type="neCell">
      <w:rPr>
        <w:color w:val="000000" w:themeColor="text1"/>
      </w:rPr>
    </w:tblStylePr>
    <w:tblStylePr w:type="nwCell">
      <w:rPr>
        <w:color w:val="000000" w:themeColor="text1"/>
      </w:rPr>
    </w:tblStylePr>
  </w:style>
  <w:style w:type="table" w:styleId="ColourfulList">
    <w:name w:val="Colorful List"/>
    <w:basedOn w:val="TableNormal"/>
    <w:uiPriority w:val="72"/>
    <w:rsid w:val="00CB0664"/>
    <w:pPr>
      <w:spacing w:after="0" w:line="240" w:lineRule="auto"/>
    </w:pPr>
    <w:rPr>
      <w:color w:val="000000" w:themeColor="text1"/>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ColourfulListAccent1">
    <w:name w:val="Colorful List Accent 1"/>
    <w:basedOn w:val="TableNormal"/>
    <w:uiPriority w:val="72"/>
    <w:rsid w:val="00CB0664"/>
    <w:pPr>
      <w:spacing w:after="0" w:line="240" w:lineRule="auto"/>
    </w:pPr>
    <w:rPr>
      <w:color w:val="000000" w:themeColor="text1"/>
    </w:rPr>
    <w:tblPr>
      <w:tblStyleRowBandSize w:val="1"/>
      <w:tblStyleColBandSize w:val="1"/>
    </w:tblPr>
    <w:tcPr>
      <w:shd w:val="clear" w:color="auto" w:fill="EDF2F8" w:themeFill="accen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3DFEE" w:themeFill="accent1" w:themeFillTint="3F"/>
      </w:tcPr>
    </w:tblStylePr>
    <w:tblStylePr w:type="band1Horz">
      <w:tblPr/>
      <w:tcPr>
        <w:shd w:val="clear" w:color="auto" w:fill="DBE5F1" w:themeFill="accent1" w:themeFillTint="33"/>
      </w:tcPr>
    </w:tblStylePr>
  </w:style>
  <w:style w:type="table" w:styleId="ColourfulListAccent2">
    <w:name w:val="Colorful List Accent 2"/>
    <w:basedOn w:val="TableNormal"/>
    <w:uiPriority w:val="72"/>
    <w:rsid w:val="00CB0664"/>
    <w:pPr>
      <w:spacing w:after="0" w:line="240" w:lineRule="auto"/>
    </w:pPr>
    <w:rPr>
      <w:color w:val="000000" w:themeColor="text1"/>
    </w:rPr>
    <w:tblPr>
      <w:tblStyleRowBandSize w:val="1"/>
      <w:tblStyleColBandSize w:val="1"/>
    </w:tblPr>
    <w:tcPr>
      <w:shd w:val="clear" w:color="auto" w:fill="F8EDED" w:themeFill="accent2"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FD3D2" w:themeFill="accent2" w:themeFillTint="3F"/>
      </w:tcPr>
    </w:tblStylePr>
    <w:tblStylePr w:type="band1Horz">
      <w:tblPr/>
      <w:tcPr>
        <w:shd w:val="clear" w:color="auto" w:fill="F2DBDB" w:themeFill="accent2" w:themeFillTint="33"/>
      </w:tcPr>
    </w:tblStylePr>
  </w:style>
  <w:style w:type="table" w:styleId="ColourfulListAccent3">
    <w:name w:val="Colorful List Accent 3"/>
    <w:basedOn w:val="TableNormal"/>
    <w:uiPriority w:val="72"/>
    <w:rsid w:val="00CB0664"/>
    <w:pPr>
      <w:spacing w:after="0" w:line="240" w:lineRule="auto"/>
    </w:pPr>
    <w:rPr>
      <w:color w:val="000000" w:themeColor="text1"/>
    </w:rPr>
    <w:tblPr>
      <w:tblStyleRowBandSize w:val="1"/>
      <w:tblStyleColBandSize w:val="1"/>
    </w:tblPr>
    <w:tcPr>
      <w:shd w:val="clear" w:color="auto" w:fill="F5F8EE" w:themeFill="accent3" w:themeFillTint="19"/>
    </w:tcPr>
    <w:tblStylePr w:type="firstRow">
      <w:rPr>
        <w:b/>
        <w:bCs/>
        <w:color w:val="FFFFFF" w:themeColor="background1"/>
      </w:rPr>
      <w:tblPr/>
      <w:tcPr>
        <w:tcBorders>
          <w:bottom w:val="single" w:sz="12" w:space="0" w:color="FFFFFF" w:themeColor="background1"/>
        </w:tcBorders>
        <w:shd w:val="clear" w:color="auto" w:fill="664E82" w:themeFill="accent4" w:themeFillShade="CC"/>
      </w:tcPr>
    </w:tblStylePr>
    <w:tblStylePr w:type="lastRow">
      <w:rPr>
        <w:b/>
        <w:bCs/>
        <w:color w:val="664E82"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6EED5" w:themeFill="accent3" w:themeFillTint="3F"/>
      </w:tcPr>
    </w:tblStylePr>
    <w:tblStylePr w:type="band1Horz">
      <w:tblPr/>
      <w:tcPr>
        <w:shd w:val="clear" w:color="auto" w:fill="EAF1DD" w:themeFill="accent3" w:themeFillTint="33"/>
      </w:tcPr>
    </w:tblStylePr>
  </w:style>
  <w:style w:type="table" w:styleId="ColourfulListAccent4">
    <w:name w:val="Colorful List Accent 4"/>
    <w:basedOn w:val="TableNormal"/>
    <w:uiPriority w:val="72"/>
    <w:rsid w:val="00CB0664"/>
    <w:pPr>
      <w:spacing w:after="0" w:line="240" w:lineRule="auto"/>
    </w:pPr>
    <w:rPr>
      <w:color w:val="000000" w:themeColor="text1"/>
    </w:rPr>
    <w:tblPr>
      <w:tblStyleRowBandSize w:val="1"/>
      <w:tblStyleColBandSize w:val="1"/>
    </w:tblPr>
    <w:tcPr>
      <w:shd w:val="clear" w:color="auto" w:fill="F2EFF6" w:themeFill="accent4" w:themeFillTint="19"/>
    </w:tcPr>
    <w:tblStylePr w:type="firstRow">
      <w:rPr>
        <w:b/>
        <w:bCs/>
        <w:color w:val="FFFFFF" w:themeColor="background1"/>
      </w:rPr>
      <w:tblPr/>
      <w:tcPr>
        <w:tcBorders>
          <w:bottom w:val="single" w:sz="12" w:space="0" w:color="FFFFFF" w:themeColor="background1"/>
        </w:tcBorders>
        <w:shd w:val="clear" w:color="auto" w:fill="7E9C40" w:themeFill="accent3" w:themeFillShade="CC"/>
      </w:tcPr>
    </w:tblStylePr>
    <w:tblStylePr w:type="lastRow">
      <w:rPr>
        <w:b/>
        <w:bCs/>
        <w:color w:val="7E9C40"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D8E8" w:themeFill="accent4" w:themeFillTint="3F"/>
      </w:tcPr>
    </w:tblStylePr>
    <w:tblStylePr w:type="band1Horz">
      <w:tblPr/>
      <w:tcPr>
        <w:shd w:val="clear" w:color="auto" w:fill="E5DFEC" w:themeFill="accent4" w:themeFillTint="33"/>
      </w:tcPr>
    </w:tblStylePr>
  </w:style>
  <w:style w:type="table" w:styleId="ColourfulListAccent5">
    <w:name w:val="Colorful List Accent 5"/>
    <w:basedOn w:val="TableNormal"/>
    <w:uiPriority w:val="72"/>
    <w:rsid w:val="00CB0664"/>
    <w:pPr>
      <w:spacing w:after="0" w:line="240" w:lineRule="auto"/>
    </w:pPr>
    <w:rPr>
      <w:color w:val="000000" w:themeColor="text1"/>
    </w:rPr>
    <w:tblPr>
      <w:tblStyleRowBandSize w:val="1"/>
      <w:tblStyleColBandSize w:val="1"/>
    </w:tblPr>
    <w:tcPr>
      <w:shd w:val="clear" w:color="auto" w:fill="EDF6F9" w:themeFill="accent5" w:themeFillTint="19"/>
    </w:tcPr>
    <w:tblStylePr w:type="firstRow">
      <w:rPr>
        <w:b/>
        <w:bCs/>
        <w:color w:val="FFFFFF" w:themeColor="background1"/>
      </w:rPr>
      <w:tblPr/>
      <w:tcPr>
        <w:tcBorders>
          <w:bottom w:val="single" w:sz="12" w:space="0" w:color="FFFFFF" w:themeColor="background1"/>
        </w:tcBorders>
        <w:shd w:val="clear" w:color="auto" w:fill="F2730A" w:themeFill="accent6" w:themeFillShade="CC"/>
      </w:tcPr>
    </w:tblStylePr>
    <w:tblStylePr w:type="lastRow">
      <w:rPr>
        <w:b/>
        <w:bCs/>
        <w:color w:val="F2730A"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2EAF1" w:themeFill="accent5" w:themeFillTint="3F"/>
      </w:tcPr>
    </w:tblStylePr>
    <w:tblStylePr w:type="band1Horz">
      <w:tblPr/>
      <w:tcPr>
        <w:shd w:val="clear" w:color="auto" w:fill="DAEEF3" w:themeFill="accent5" w:themeFillTint="33"/>
      </w:tcPr>
    </w:tblStylePr>
  </w:style>
  <w:style w:type="table" w:styleId="ColourfulListAccent6">
    <w:name w:val="Colorful List Accent 6"/>
    <w:basedOn w:val="TableNormal"/>
    <w:uiPriority w:val="72"/>
    <w:rsid w:val="00CB0664"/>
    <w:pPr>
      <w:spacing w:after="0" w:line="240" w:lineRule="auto"/>
    </w:pPr>
    <w:rPr>
      <w:color w:val="000000" w:themeColor="text1"/>
    </w:rPr>
    <w:tblPr>
      <w:tblStyleRowBandSize w:val="1"/>
      <w:tblStyleColBandSize w:val="1"/>
    </w:tblPr>
    <w:tcPr>
      <w:shd w:val="clear" w:color="auto" w:fill="FEF4EC" w:themeFill="accent6" w:themeFillTint="19"/>
    </w:tcPr>
    <w:tblStylePr w:type="firstRow">
      <w:rPr>
        <w:b/>
        <w:bCs/>
        <w:color w:val="FFFFFF" w:themeColor="background1"/>
      </w:rPr>
      <w:tblPr/>
      <w:tcPr>
        <w:tcBorders>
          <w:bottom w:val="single" w:sz="12" w:space="0" w:color="FFFFFF" w:themeColor="background1"/>
        </w:tcBorders>
        <w:shd w:val="clear" w:color="auto" w:fill="348DA5" w:themeFill="accent5" w:themeFillShade="CC"/>
      </w:tcPr>
    </w:tblStylePr>
    <w:tblStylePr w:type="lastRow">
      <w:rPr>
        <w:b/>
        <w:bCs/>
        <w:color w:val="348DA5"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4D0" w:themeFill="accent6" w:themeFillTint="3F"/>
      </w:tcPr>
    </w:tblStylePr>
    <w:tblStylePr w:type="band1Horz">
      <w:tblPr/>
      <w:tcPr>
        <w:shd w:val="clear" w:color="auto" w:fill="FDE9D9" w:themeFill="accent6" w:themeFillTint="33"/>
      </w:tcPr>
    </w:tblStylePr>
  </w:style>
  <w:style w:type="table" w:styleId="ColourfulGrid">
    <w:name w:val="Colorful Grid"/>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ColourfulGridAccent1">
    <w:name w:val="Colorful Grid Accent 1"/>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DBE5F1" w:themeFill="accent1" w:themeFillTint="33"/>
    </w:tcPr>
    <w:tblStylePr w:type="firstRow">
      <w:rPr>
        <w:b/>
        <w:bCs/>
      </w:rPr>
      <w:tblPr/>
      <w:tcPr>
        <w:shd w:val="clear" w:color="auto" w:fill="B8CCE4" w:themeFill="accent1" w:themeFillTint="66"/>
      </w:tcPr>
    </w:tblStylePr>
    <w:tblStylePr w:type="lastRow">
      <w:rPr>
        <w:b/>
        <w:bCs/>
        <w:color w:val="000000" w:themeColor="text1"/>
      </w:rPr>
      <w:tblPr/>
      <w:tcPr>
        <w:shd w:val="clear" w:color="auto" w:fill="B8CCE4" w:themeFill="accent1" w:themeFillTint="66"/>
      </w:tcPr>
    </w:tblStylePr>
    <w:tblStylePr w:type="firstCol">
      <w:rPr>
        <w:color w:val="FFFFFF" w:themeColor="background1"/>
      </w:rPr>
      <w:tblPr/>
      <w:tcPr>
        <w:shd w:val="clear" w:color="auto" w:fill="365F91" w:themeFill="accent1" w:themeFillShade="BF"/>
      </w:tcPr>
    </w:tblStylePr>
    <w:tblStylePr w:type="lastCol">
      <w:rPr>
        <w:color w:val="FFFFFF" w:themeColor="background1"/>
      </w:rPr>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ColourfulGridAccent2">
    <w:name w:val="Colorful Grid Accent 2"/>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F2DBDB" w:themeFill="accent2" w:themeFillTint="33"/>
    </w:tcPr>
    <w:tblStylePr w:type="firstRow">
      <w:rPr>
        <w:b/>
        <w:bCs/>
      </w:rPr>
      <w:tblPr/>
      <w:tcPr>
        <w:shd w:val="clear" w:color="auto" w:fill="E5B8B7" w:themeFill="accent2" w:themeFillTint="66"/>
      </w:tcPr>
    </w:tblStylePr>
    <w:tblStylePr w:type="lastRow">
      <w:rPr>
        <w:b/>
        <w:bCs/>
        <w:color w:val="000000" w:themeColor="text1"/>
      </w:rPr>
      <w:tblPr/>
      <w:tcPr>
        <w:shd w:val="clear" w:color="auto" w:fill="E5B8B7" w:themeFill="accent2" w:themeFillTint="66"/>
      </w:tcPr>
    </w:tblStylePr>
    <w:tblStylePr w:type="firstCol">
      <w:rPr>
        <w:color w:val="FFFFFF" w:themeColor="background1"/>
      </w:rPr>
      <w:tblPr/>
      <w:tcPr>
        <w:shd w:val="clear" w:color="auto" w:fill="943634" w:themeFill="accent2" w:themeFillShade="BF"/>
      </w:tcPr>
    </w:tblStylePr>
    <w:tblStylePr w:type="lastCol">
      <w:rPr>
        <w:color w:val="FFFFFF" w:themeColor="background1"/>
      </w:rPr>
      <w:tblPr/>
      <w:tcPr>
        <w:shd w:val="clear" w:color="auto" w:fill="943634" w:themeFill="accent2" w:themeFillShade="BF"/>
      </w:tc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ColourfulGridAccent3">
    <w:name w:val="Colorful Grid Accent 3"/>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EAF1DD" w:themeFill="accent3" w:themeFillTint="33"/>
    </w:tcPr>
    <w:tblStylePr w:type="firstRow">
      <w:rPr>
        <w:b/>
        <w:bCs/>
      </w:rPr>
      <w:tblPr/>
      <w:tcPr>
        <w:shd w:val="clear" w:color="auto" w:fill="D6E3BC" w:themeFill="accent3" w:themeFillTint="66"/>
      </w:tcPr>
    </w:tblStylePr>
    <w:tblStylePr w:type="lastRow">
      <w:rPr>
        <w:b/>
        <w:bCs/>
        <w:color w:val="000000" w:themeColor="text1"/>
      </w:rPr>
      <w:tblPr/>
      <w:tcPr>
        <w:shd w:val="clear" w:color="auto" w:fill="D6E3BC" w:themeFill="accent3" w:themeFillTint="66"/>
      </w:tcPr>
    </w:tblStylePr>
    <w:tblStylePr w:type="firstCol">
      <w:rPr>
        <w:color w:val="FFFFFF" w:themeColor="background1"/>
      </w:rPr>
      <w:tblPr/>
      <w:tcPr>
        <w:shd w:val="clear" w:color="auto" w:fill="76923C" w:themeFill="accent3" w:themeFillShade="BF"/>
      </w:tcPr>
    </w:tblStylePr>
    <w:tblStylePr w:type="lastCol">
      <w:rPr>
        <w:color w:val="FFFFFF" w:themeColor="background1"/>
      </w:rPr>
      <w:tblPr/>
      <w:tcPr>
        <w:shd w:val="clear" w:color="auto" w:fill="76923C" w:themeFill="accent3" w:themeFillShade="BF"/>
      </w:tc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ColourfulGridAccent4">
    <w:name w:val="Colorful Grid Accent 4"/>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E5DFEC" w:themeFill="accent4" w:themeFillTint="33"/>
    </w:tcPr>
    <w:tblStylePr w:type="firstRow">
      <w:rPr>
        <w:b/>
        <w:bCs/>
      </w:rPr>
      <w:tblPr/>
      <w:tcPr>
        <w:shd w:val="clear" w:color="auto" w:fill="CCC0D9" w:themeFill="accent4" w:themeFillTint="66"/>
      </w:tcPr>
    </w:tblStylePr>
    <w:tblStylePr w:type="lastRow">
      <w:rPr>
        <w:b/>
        <w:bCs/>
        <w:color w:val="000000" w:themeColor="text1"/>
      </w:rPr>
      <w:tblPr/>
      <w:tcPr>
        <w:shd w:val="clear" w:color="auto" w:fill="CCC0D9" w:themeFill="accent4" w:themeFillTint="66"/>
      </w:tcPr>
    </w:tblStylePr>
    <w:tblStylePr w:type="firstCol">
      <w:rPr>
        <w:color w:val="FFFFFF" w:themeColor="background1"/>
      </w:rPr>
      <w:tblPr/>
      <w:tcPr>
        <w:shd w:val="clear" w:color="auto" w:fill="5F497A" w:themeFill="accent4" w:themeFillShade="BF"/>
      </w:tcPr>
    </w:tblStylePr>
    <w:tblStylePr w:type="lastCol">
      <w:rPr>
        <w:color w:val="FFFFFF" w:themeColor="background1"/>
      </w:rPr>
      <w:tblPr/>
      <w:tcPr>
        <w:shd w:val="clear" w:color="auto" w:fill="5F497A" w:themeFill="accent4" w:themeFillShade="BF"/>
      </w:tc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ColourfulGridAccent5">
    <w:name w:val="Colorful Grid Accent 5"/>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DAEEF3" w:themeFill="accent5" w:themeFillTint="33"/>
    </w:tcPr>
    <w:tblStylePr w:type="firstRow">
      <w:rPr>
        <w:b/>
        <w:bCs/>
      </w:rPr>
      <w:tblPr/>
      <w:tcPr>
        <w:shd w:val="clear" w:color="auto" w:fill="B6DDE8" w:themeFill="accent5" w:themeFillTint="66"/>
      </w:tcPr>
    </w:tblStylePr>
    <w:tblStylePr w:type="lastRow">
      <w:rPr>
        <w:b/>
        <w:bCs/>
        <w:color w:val="000000" w:themeColor="text1"/>
      </w:rPr>
      <w:tblPr/>
      <w:tcPr>
        <w:shd w:val="clear" w:color="auto" w:fill="B6DDE8" w:themeFill="accent5" w:themeFillTint="66"/>
      </w:tcPr>
    </w:tblStylePr>
    <w:tblStylePr w:type="firstCol">
      <w:rPr>
        <w:color w:val="FFFFFF" w:themeColor="background1"/>
      </w:rPr>
      <w:tblPr/>
      <w:tcPr>
        <w:shd w:val="clear" w:color="auto" w:fill="31849B" w:themeFill="accent5" w:themeFillShade="BF"/>
      </w:tcPr>
    </w:tblStylePr>
    <w:tblStylePr w:type="lastCol">
      <w:rPr>
        <w:color w:val="FFFFFF" w:themeColor="background1"/>
      </w:rPr>
      <w:tblPr/>
      <w:tcPr>
        <w:shd w:val="clear" w:color="auto" w:fill="31849B" w:themeFill="accent5" w:themeFillShade="BF"/>
      </w:tc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ColourfulGridAccent6">
    <w:name w:val="Colorful Grid Accent 6"/>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FDE9D9" w:themeFill="accent6" w:themeFillTint="33"/>
    </w:tcPr>
    <w:tblStylePr w:type="firstRow">
      <w:rPr>
        <w:b/>
        <w:bCs/>
      </w:rPr>
      <w:tblPr/>
      <w:tcPr>
        <w:shd w:val="clear" w:color="auto" w:fill="FBD4B4" w:themeFill="accent6" w:themeFillTint="66"/>
      </w:tcPr>
    </w:tblStylePr>
    <w:tblStylePr w:type="lastRow">
      <w:rPr>
        <w:b/>
        <w:bCs/>
        <w:color w:val="000000" w:themeColor="text1"/>
      </w:rPr>
      <w:tblPr/>
      <w:tcPr>
        <w:shd w:val="clear" w:color="auto" w:fill="FBD4B4" w:themeFill="accent6" w:themeFillTint="66"/>
      </w:tcPr>
    </w:tblStylePr>
    <w:tblStylePr w:type="firstCol">
      <w:rPr>
        <w:color w:val="FFFFFF" w:themeColor="background1"/>
      </w:rPr>
      <w:tblPr/>
      <w:tcPr>
        <w:shd w:val="clear" w:color="auto" w:fill="E36C0A" w:themeFill="accent6" w:themeFillShade="BF"/>
      </w:tcPr>
    </w:tblStylePr>
    <w:tblStylePr w:type="lastCol">
      <w:rPr>
        <w:color w:val="FFFFFF" w:themeColor="background1"/>
      </w:rPr>
      <w:tblPr/>
      <w:tcPr>
        <w:shd w:val="clear" w:color="auto" w:fill="E36C0A" w:themeFill="accent6" w:themeFillShade="BF"/>
      </w:tc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character" w:styleId="PlaceholderText">
    <w:name w:val="Placeholder Text"/>
    <w:basedOn w:val="DefaultParagraphFont"/>
    <w:uiPriority w:val="99"/>
    <w:semiHidden/>
    <w:rsid w:val="008C3239"/>
    <w:rPr>
      <w:color w:val="66666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emf"/><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glossaryDocument" Target="glossary/document.xm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DefaultPlaceholder_-1854013440"/>
        <w:category>
          <w:name w:val="General"/>
          <w:gallery w:val="placeholder"/>
        </w:category>
        <w:types>
          <w:type w:val="bbPlcHdr"/>
        </w:types>
        <w:behaviors>
          <w:behavior w:val="content"/>
        </w:behaviors>
        <w:guid w:val="{BCF9BCB9-BFCC-40D3-A6EA-4C78FA321D98}"/>
      </w:docPartPr>
      <w:docPartBody>
        <w:p w:rsidR="00390027" w:rsidRDefault="00B07895">
          <w:r w:rsidRPr="00221290">
            <w:rPr>
              <w:rStyle w:val="PlaceholderText"/>
            </w:rPr>
            <w:t>Click or tap here to enter text.</w:t>
          </w:r>
        </w:p>
      </w:docPartBody>
    </w:docPart>
    <w:docPart>
      <w:docPartPr>
        <w:name w:val="DefaultPlaceholder_-1854013437"/>
        <w:category>
          <w:name w:val="General"/>
          <w:gallery w:val="placeholder"/>
        </w:category>
        <w:types>
          <w:type w:val="bbPlcHdr"/>
        </w:types>
        <w:behaviors>
          <w:behavior w:val="content"/>
        </w:behaviors>
        <w:guid w:val="{E9A0BAB8-F64A-445B-BB0C-6F30A569656B}"/>
      </w:docPartPr>
      <w:docPartBody>
        <w:p w:rsidR="00390027" w:rsidRDefault="00B07895">
          <w:r w:rsidRPr="00221290">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ourier">
    <w:panose1 w:val="02070409020205020404"/>
    <w:charset w:val="00"/>
    <w:family w:val="modern"/>
    <w:pitch w:val="fixed"/>
    <w:sig w:usb0="00000003" w:usb1="00000000" w:usb2="00000000" w:usb3="00000000" w:csb0="00000001"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07895"/>
    <w:rsid w:val="0017375E"/>
    <w:rsid w:val="001E7364"/>
    <w:rsid w:val="00390027"/>
    <w:rsid w:val="00463AA5"/>
    <w:rsid w:val="004E2C9D"/>
    <w:rsid w:val="00770CF7"/>
    <w:rsid w:val="009D3706"/>
    <w:rsid w:val="009D62D5"/>
    <w:rsid w:val="00A026A5"/>
    <w:rsid w:val="00B07895"/>
    <w:rsid w:val="00B17C88"/>
    <w:rsid w:val="00C92C0D"/>
    <w:rsid w:val="00D37AB8"/>
    <w:rsid w:val="00DB19E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en-GB" w:eastAsia="en-GB"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B07895"/>
    <w:rPr>
      <w:color w:val="666666"/>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ct:contentTypeSchema xmlns:ct="http://schemas.microsoft.com/office/2006/metadata/contentType" xmlns:ma="http://schemas.microsoft.com/office/2006/metadata/properties/metaAttributes" ct:_="" ma:_="" ma:contentTypeName="Document" ma:contentTypeID="0x010100A45673F6E57A5E458CE298BED8B487C1" ma:contentTypeVersion="46" ma:contentTypeDescription="Create a new document." ma:contentTypeScope="" ma:versionID="694e75cc6c5c00d7c30f445f21284bf6">
  <xsd:schema xmlns:xsd="http://www.w3.org/2001/XMLSchema" xmlns:xs="http://www.w3.org/2001/XMLSchema" xmlns:p="http://schemas.microsoft.com/office/2006/metadata/properties" xmlns:ns1="http://schemas.microsoft.com/sharepoint/v3" xmlns:ns2="ecb58e9d-163d-4098-bc0f-bfe62653b38b" xmlns:ns3="8065b52f-84d6-4228-8b43-5334e3314213" targetNamespace="http://schemas.microsoft.com/office/2006/metadata/properties" ma:root="true" ma:fieldsID="c29f3afcac44169a58bb61748fdc8552" ns1:_="" ns2:_="" ns3:_="">
    <xsd:import namespace="http://schemas.microsoft.com/sharepoint/v3"/>
    <xsd:import namespace="ecb58e9d-163d-4098-bc0f-bfe62653b38b"/>
    <xsd:import namespace="8065b52f-84d6-4228-8b43-5334e3314213"/>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2:MigrationWizId" minOccurs="0"/>
                <xsd:element ref="ns2:MigrationWizIdPermissions" minOccurs="0"/>
                <xsd:element ref="ns2:MigrationWizIdPermissionLevels" minOccurs="0"/>
                <xsd:element ref="ns2:MigrationWizIdDocumentLibraryPermissions" minOccurs="0"/>
                <xsd:element ref="ns2:MigrationWizIdSecurityGroups" minOccurs="0"/>
                <xsd:element ref="ns2:MediaServiceSearchProperties" minOccurs="0"/>
                <xsd:element ref="ns3:SharedWithUsers" minOccurs="0"/>
                <xsd:element ref="ns3:SharedWithDetails" minOccurs="0"/>
                <xsd:element ref="ns2:lcf76f155ced4ddcb4097134ff3c332f" minOccurs="0"/>
                <xsd:element ref="ns3:TaxCatchAll" minOccurs="0"/>
                <xsd:element ref="ns2:MediaServiceDateTaken" minOccurs="0"/>
                <xsd:element ref="ns2:MediaServiceOCR" minOccurs="0"/>
                <xsd:element ref="ns2:MediaServiceGenerationTime" minOccurs="0"/>
                <xsd:element ref="ns2:MediaServiceEventHashCode" minOccurs="0"/>
                <xsd:element ref="ns1:_ip_UnifiedCompliancePolicyProperties" minOccurs="0"/>
                <xsd:element ref="ns1:_ip_UnifiedCompliancePolicyUIAc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6" nillable="true" ma:displayName="Unified Compliance Policy Properties" ma:hidden="true" ma:internalName="_ip_UnifiedCompliancePolicyProperties">
      <xsd:simpleType>
        <xsd:restriction base="dms:Note"/>
      </xsd:simpleType>
    </xsd:element>
    <xsd:element name="_ip_UnifiedCompliancePolicyUIAction" ma:index="27"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ecb58e9d-163d-4098-bc0f-bfe62653b38b" elementFormDefault="qualified">
    <xsd:import namespace="http://schemas.microsoft.com/office/2006/documentManagement/types"/>
    <xsd:import namespace="http://schemas.microsoft.com/office/infopath/2007/PartnerControls"/>
    <xsd:element name="MediaServiceMetadata" ma:index="5" nillable="true" ma:displayName="MediaServiceMetadata" ma:hidden="true" ma:internalName="MediaServiceMetadata" ma:readOnly="true">
      <xsd:simpleType>
        <xsd:restriction base="dms:Note"/>
      </xsd:simpleType>
    </xsd:element>
    <xsd:element name="MediaServiceFastMetadata" ma:index="6"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description="" ma:hidden="true" ma:internalName="MediaServiceObjectDetectorVersions" ma:readOnly="true">
      <xsd:simpleType>
        <xsd:restriction base="dms:Text"/>
      </xsd:simpleType>
    </xsd:element>
    <xsd:element name="MigrationWizId" ma:index="11" nillable="true" ma:displayName="MigrationWizId" ma:internalName="MigrationWizId">
      <xsd:simpleType>
        <xsd:restriction base="dms:Text"/>
      </xsd:simpleType>
    </xsd:element>
    <xsd:element name="MigrationWizIdPermissions" ma:index="12" nillable="true" ma:displayName="MigrationWizIdPermissions" ma:internalName="MigrationWizIdPermissions">
      <xsd:simpleType>
        <xsd:restriction base="dms:Text"/>
      </xsd:simpleType>
    </xsd:element>
    <xsd:element name="MigrationWizIdPermissionLevels" ma:index="13" nillable="true" ma:displayName="MigrationWizIdPermissionLevels" ma:internalName="MigrationWizIdPermissionLevels">
      <xsd:simpleType>
        <xsd:restriction base="dms:Text"/>
      </xsd:simpleType>
    </xsd:element>
    <xsd:element name="MigrationWizIdDocumentLibraryPermissions" ma:index="14" nillable="true" ma:displayName="MigrationWizIdDocumentLibraryPermissions" ma:internalName="MigrationWizIdDocumentLibraryPermissions">
      <xsd:simpleType>
        <xsd:restriction base="dms:Text"/>
      </xsd:simpleType>
    </xsd:element>
    <xsd:element name="MigrationWizIdSecurityGroups" ma:index="15" nillable="true" ma:displayName="MigrationWizIdSecurityGroups" ma:internalName="MigrationWizIdSecurityGroups">
      <xsd:simpleType>
        <xsd:restriction base="dms:Text"/>
      </xsd:simpleType>
    </xsd:element>
    <xsd:element name="MediaServiceSearchProperties" ma:index="16" nillable="true" ma:displayName="MediaServiceSearchProperties" ma:hidden="true" ma:internalName="MediaServiceSearchProperties"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ediaServiceDateTaken" ma:index="22" nillable="true" ma:displayName="MediaServiceDateTaken" ma:hidden="true" ma:indexed="true" ma:internalName="MediaServiceDateTaken" ma:readOnly="true">
      <xsd:simpleType>
        <xsd:restriction base="dms:Text"/>
      </xsd:simpleType>
    </xsd:element>
    <xsd:element name="MediaServiceOCR" ma:index="23" nillable="true" ma:displayName="Extracted Text" ma:internalName="MediaServiceOCR" ma:readOnly="true">
      <xsd:simpleType>
        <xsd:restriction base="dms:Note">
          <xsd:maxLength value="255"/>
        </xsd:restriction>
      </xsd:simpleType>
    </xsd:element>
    <xsd:element name="MediaServiceGenerationTime" ma:index="24" nillable="true" ma:displayName="MediaServiceGenerationTime" ma:hidden="true" ma:internalName="MediaServiceGenerationTime" ma:readOnly="true">
      <xsd:simpleType>
        <xsd:restriction base="dms:Text"/>
      </xsd:simpleType>
    </xsd:element>
    <xsd:element name="MediaServiceEventHashCode" ma:index="25" nillable="true" ma:displayName="MediaServiceEventHashCode" ma:hidden="true" ma:internalName="MediaServiceEventHashCode"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8065b52f-84d6-4228-8b43-5334e3314213" elementFormDefault="qualified">
    <xsd:import namespace="http://schemas.microsoft.com/office/2006/documentManagement/types"/>
    <xsd:import namespace="http://schemas.microsoft.com/office/infopath/2007/PartnerControls"/>
    <xsd:element name="SharedWithUsers" ma:index="17"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8" nillable="true" ma:displayName="Shared With Details" ma:internalName="SharedWithDetails" ma:readOnly="true">
      <xsd:simpleType>
        <xsd:restriction base="dms:Note">
          <xsd:maxLength value="255"/>
        </xsd:restriction>
      </xsd:simpleType>
    </xsd:element>
    <xsd:element name="TaxCatchAll" ma:index="21" nillable="true" ma:displayName="Taxonomy Catch All Column" ma:hidden="true" ma:list="{ec04cafc-5091-418a-b54e-2f06dd257dee}" ma:internalName="TaxCatchAll" ma:showField="CatchAllData" ma:web="8065b52f-84d6-4228-8b43-5334e3314213">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7"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MigrationWizIdDocumentLibraryPermissions xmlns="ecb58e9d-163d-4098-bc0f-bfe62653b38b" xsi:nil="true"/>
    <MigrationWizIdSecurityGroups xmlns="ecb58e9d-163d-4098-bc0f-bfe62653b38b" xsi:nil="true"/>
    <lcf76f155ced4ddcb4097134ff3c332f xmlns="ecb58e9d-163d-4098-bc0f-bfe62653b38b">
      <Terms xmlns="http://schemas.microsoft.com/office/infopath/2007/PartnerControls"/>
    </lcf76f155ced4ddcb4097134ff3c332f>
    <_ip_UnifiedCompliancePolicyProperties xmlns="http://schemas.microsoft.com/sharepoint/v3" xsi:nil="true"/>
    <MigrationWizIdPermissions xmlns="ecb58e9d-163d-4098-bc0f-bfe62653b38b" xsi:nil="true"/>
    <MigrationWizIdPermissionLevels xmlns="ecb58e9d-163d-4098-bc0f-bfe62653b38b" xsi:nil="true"/>
    <MigrationWizId xmlns="ecb58e9d-163d-4098-bc0f-bfe62653b38b" xsi:nil="true"/>
    <TaxCatchAll xmlns="8065b52f-84d6-4228-8b43-5334e3314213" xsi:nil="true"/>
  </documentManagement>
</p:properties>
</file>

<file path=customXml/itemProps1.xml><?xml version="1.0" encoding="utf-8"?>
<ds:datastoreItem xmlns:ds="http://schemas.openxmlformats.org/officeDocument/2006/customXml" ds:itemID="{EF278816-EC6F-A645-907D-7F25AECB1D4A}">
  <ds:schemaRefs>
    <ds:schemaRef ds:uri="http://schemas.openxmlformats.org/officeDocument/2006/bibliography"/>
  </ds:schemaRefs>
</ds:datastoreItem>
</file>

<file path=customXml/itemProps2.xml><?xml version="1.0" encoding="utf-8"?>
<ds:datastoreItem xmlns:ds="http://schemas.openxmlformats.org/officeDocument/2006/customXml" ds:itemID="{4220F712-FC2E-4B17-9E0E-56538E175A7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ecb58e9d-163d-4098-bc0f-bfe62653b38b"/>
    <ds:schemaRef ds:uri="8065b52f-84d6-4228-8b43-5334e331421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E3E7DE40-2E53-43DF-8F85-8B26C9857E57}">
  <ds:schemaRefs>
    <ds:schemaRef ds:uri="http://schemas.microsoft.com/sharepoint/v3/contenttype/forms"/>
  </ds:schemaRefs>
</ds:datastoreItem>
</file>

<file path=customXml/itemProps4.xml><?xml version="1.0" encoding="utf-8"?>
<ds:datastoreItem xmlns:ds="http://schemas.openxmlformats.org/officeDocument/2006/customXml" ds:itemID="{E41EE354-6204-45CE-8538-381C62BAC6A9}">
  <ds:schemaRefs>
    <ds:schemaRef ds:uri="http://purl.org/dc/terms/"/>
    <ds:schemaRef ds:uri="http://www.w3.org/XML/1998/namespace"/>
    <ds:schemaRef ds:uri="http://schemas.microsoft.com/office/infopath/2007/PartnerControls"/>
    <ds:schemaRef ds:uri="8065b52f-84d6-4228-8b43-5334e3314213"/>
    <ds:schemaRef ds:uri="http://schemas.microsoft.com/office/2006/documentManagement/types"/>
    <ds:schemaRef ds:uri="http://purl.org/dc/dcmitype/"/>
    <ds:schemaRef ds:uri="ecb58e9d-163d-4098-bc0f-bfe62653b38b"/>
    <ds:schemaRef ds:uri="http://schemas.openxmlformats.org/package/2006/metadata/core-properties"/>
    <ds:schemaRef ds:uri="http://schemas.microsoft.com/sharepoint/v3"/>
    <ds:schemaRef ds:uri="http://schemas.microsoft.com/office/2006/metadata/properties"/>
    <ds:schemaRef ds:uri="http://purl.org/dc/elements/1.1/"/>
  </ds:schemaRefs>
</ds:datastoreItem>
</file>

<file path=docMetadata/LabelInfo.xml><?xml version="1.0" encoding="utf-8"?>
<clbl:labelList xmlns:clbl="http://schemas.microsoft.com/office/2020/mipLabelMetadata">
  <clbl:label id="{37c354b2-85b0-47f5-b222-07b48d774ee3}" enabled="0" method="" siteId="{37c354b2-85b0-47f5-b222-07b48d774ee3}" removed="1"/>
</clbl:labelList>
</file>

<file path=docProps/app.xml><?xml version="1.0" encoding="utf-8"?>
<Properties xmlns="http://schemas.openxmlformats.org/officeDocument/2006/extended-properties" xmlns:vt="http://schemas.openxmlformats.org/officeDocument/2006/docPropsVTypes">
  <Template>Normal</Template>
  <TotalTime>1</TotalTime>
  <Pages>2</Pages>
  <Words>430</Words>
  <Characters>2455</Characters>
  <Application>Microsoft Office Word</Application>
  <DocSecurity>0</DocSecurity>
  <Lines>20</Lines>
  <Paragraphs>5</Paragraphs>
  <ScaleCrop>false</ScaleCrop>
  <HeadingPairs>
    <vt:vector size="2" baseType="variant">
      <vt:variant>
        <vt:lpstr>Title</vt:lpstr>
      </vt:variant>
      <vt:variant>
        <vt:i4>1</vt:i4>
      </vt:variant>
    </vt:vector>
  </HeadingPairs>
  <TitlesOfParts>
    <vt:vector size="1" baseType="lpstr">
      <vt:lpstr/>
    </vt:vector>
  </TitlesOfParts>
  <Manager/>
  <Company/>
  <LinksUpToDate>false</LinksUpToDate>
  <CharactersWithSpaces>2880</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python-docx</dc:creator>
  <cp:keywords/>
  <dc:description>generated by python-docx</dc:description>
  <cp:lastModifiedBy>JAGUN, Deborah (NHS ENGLAND)</cp:lastModifiedBy>
  <cp:revision>2</cp:revision>
  <dcterms:created xsi:type="dcterms:W3CDTF">2026-01-13T11:00:00Z</dcterms:created>
  <dcterms:modified xsi:type="dcterms:W3CDTF">2026-01-13T11:00:00Z</dcterms:modified>
  <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0x010100A45673F6E57A5E458CE298BED8B487C1</vt:lpwstr>
  </property>
  <property fmtid="{D5CDD505-2E9C-101B-9397-08002B2CF9AE}" pid="3" name="MediaServiceImageTags">
    <vt:lpwstr/>
  </property>
</Properties>
</file>